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7977AD" w14:textId="77777777" w:rsidR="00D25EED" w:rsidRPr="00C4545C" w:rsidRDefault="00D25EED" w:rsidP="00CD502C">
      <w:pPr>
        <w:rPr>
          <w:b/>
          <w:bCs/>
          <w:sz w:val="22"/>
          <w:lang w:val="mk-MK"/>
        </w:rPr>
      </w:pPr>
    </w:p>
    <w:p w14:paraId="7A2E2866" w14:textId="61B029DE" w:rsidR="006E4FBD" w:rsidRDefault="00000000" w:rsidP="00CD502C">
      <w:pPr>
        <w:rPr>
          <w:b/>
          <w:bCs/>
          <w:sz w:val="22"/>
          <w:lang w:val="mk-MK"/>
        </w:rPr>
      </w:pPr>
      <w:proofErr w:type="spellStart"/>
      <w:r w:rsidRPr="00C4545C">
        <w:rPr>
          <w:b/>
          <w:bCs/>
          <w:sz w:val="22"/>
        </w:rPr>
        <w:t>Почитува</w:t>
      </w:r>
      <w:proofErr w:type="spellEnd"/>
      <w:r w:rsidR="006E4FBD">
        <w:rPr>
          <w:b/>
          <w:bCs/>
          <w:sz w:val="22"/>
          <w:lang w:val="mk-MK"/>
        </w:rPr>
        <w:t>н Заменик Министер за финансии</w:t>
      </w:r>
      <w:r w:rsidRPr="00C4545C">
        <w:rPr>
          <w:b/>
          <w:bCs/>
          <w:sz w:val="22"/>
        </w:rPr>
        <w:t>,</w:t>
      </w:r>
      <w:r w:rsidR="006E4FBD">
        <w:rPr>
          <w:b/>
          <w:bCs/>
          <w:sz w:val="22"/>
        </w:rPr>
        <w:t xml:space="preserve"> </w:t>
      </w:r>
      <w:r w:rsidR="006E4FBD">
        <w:rPr>
          <w:b/>
          <w:bCs/>
          <w:sz w:val="22"/>
          <w:lang w:val="mk-MK"/>
        </w:rPr>
        <w:t>Николче Јанкуловски,</w:t>
      </w:r>
    </w:p>
    <w:p w14:paraId="1CDDD6FD" w14:textId="205DE965" w:rsidR="00AC07EC" w:rsidRPr="006E4FBD" w:rsidRDefault="006E4FBD" w:rsidP="00CD502C">
      <w:pPr>
        <w:rPr>
          <w:b/>
          <w:bCs/>
          <w:sz w:val="22"/>
          <w:lang w:val="mk-MK"/>
        </w:rPr>
      </w:pPr>
      <w:r>
        <w:rPr>
          <w:b/>
          <w:bCs/>
          <w:sz w:val="22"/>
          <w:lang w:val="mk-MK"/>
        </w:rPr>
        <w:t xml:space="preserve">Почитувана Претседателка на Комисијата за хартии од вредност, Бујаре Абази </w:t>
      </w:r>
      <w:r w:rsidR="00000000" w:rsidRPr="00C4545C">
        <w:rPr>
          <w:b/>
          <w:bCs/>
          <w:sz w:val="22"/>
        </w:rPr>
        <w:br/>
      </w:r>
      <w:proofErr w:type="spellStart"/>
      <w:r w:rsidR="00000000" w:rsidRPr="00C4545C">
        <w:rPr>
          <w:b/>
          <w:bCs/>
          <w:sz w:val="22"/>
        </w:rPr>
        <w:t>Почитувани</w:t>
      </w:r>
      <w:proofErr w:type="spellEnd"/>
      <w:r w:rsidR="00000000" w:rsidRPr="00C4545C">
        <w:rPr>
          <w:b/>
          <w:bCs/>
          <w:sz w:val="22"/>
        </w:rPr>
        <w:t xml:space="preserve"> </w:t>
      </w:r>
      <w:proofErr w:type="spellStart"/>
      <w:r w:rsidR="00000000" w:rsidRPr="00C4545C">
        <w:rPr>
          <w:b/>
          <w:bCs/>
          <w:sz w:val="22"/>
        </w:rPr>
        <w:t>гости</w:t>
      </w:r>
      <w:proofErr w:type="spellEnd"/>
      <w:r w:rsidR="00000000" w:rsidRPr="00C4545C">
        <w:rPr>
          <w:b/>
          <w:bCs/>
          <w:sz w:val="22"/>
        </w:rPr>
        <w:t xml:space="preserve"> и </w:t>
      </w:r>
      <w:proofErr w:type="spellStart"/>
      <w:r w:rsidR="00000000" w:rsidRPr="00C4545C">
        <w:rPr>
          <w:b/>
          <w:bCs/>
          <w:sz w:val="22"/>
        </w:rPr>
        <w:t>пријатели</w:t>
      </w:r>
      <w:proofErr w:type="spellEnd"/>
      <w:r w:rsidR="00000000" w:rsidRPr="00C4545C">
        <w:rPr>
          <w:b/>
          <w:bCs/>
          <w:sz w:val="22"/>
        </w:rPr>
        <w:t xml:space="preserve"> </w:t>
      </w:r>
      <w:proofErr w:type="spellStart"/>
      <w:r w:rsidR="00000000" w:rsidRPr="00C4545C">
        <w:rPr>
          <w:b/>
          <w:bCs/>
          <w:sz w:val="22"/>
        </w:rPr>
        <w:t>на</w:t>
      </w:r>
      <w:proofErr w:type="spellEnd"/>
      <w:r w:rsidR="00000000" w:rsidRPr="00C4545C">
        <w:rPr>
          <w:b/>
          <w:bCs/>
          <w:sz w:val="22"/>
        </w:rPr>
        <w:t xml:space="preserve"> </w:t>
      </w:r>
      <w:proofErr w:type="spellStart"/>
      <w:r w:rsidR="00000000" w:rsidRPr="00C4545C">
        <w:rPr>
          <w:b/>
          <w:bCs/>
          <w:sz w:val="22"/>
        </w:rPr>
        <w:t>Берзата</w:t>
      </w:r>
      <w:proofErr w:type="spellEnd"/>
      <w:r w:rsidR="00000000" w:rsidRPr="00C4545C">
        <w:rPr>
          <w:b/>
          <w:bCs/>
          <w:sz w:val="22"/>
        </w:rPr>
        <w:t xml:space="preserve"> </w:t>
      </w:r>
      <w:proofErr w:type="spellStart"/>
      <w:r w:rsidR="00000000" w:rsidRPr="00C4545C">
        <w:rPr>
          <w:b/>
          <w:bCs/>
          <w:sz w:val="22"/>
        </w:rPr>
        <w:t>од</w:t>
      </w:r>
      <w:proofErr w:type="spellEnd"/>
      <w:r w:rsidR="00000000" w:rsidRPr="00C4545C">
        <w:rPr>
          <w:b/>
          <w:bCs/>
          <w:sz w:val="22"/>
        </w:rPr>
        <w:t xml:space="preserve"> </w:t>
      </w:r>
      <w:proofErr w:type="spellStart"/>
      <w:r w:rsidR="00000000" w:rsidRPr="00C4545C">
        <w:rPr>
          <w:b/>
          <w:bCs/>
          <w:sz w:val="22"/>
        </w:rPr>
        <w:t>земјата</w:t>
      </w:r>
      <w:proofErr w:type="spellEnd"/>
      <w:r w:rsidR="00000000" w:rsidRPr="00C4545C">
        <w:rPr>
          <w:b/>
          <w:bCs/>
          <w:sz w:val="22"/>
        </w:rPr>
        <w:t xml:space="preserve"> и </w:t>
      </w:r>
      <w:proofErr w:type="spellStart"/>
      <w:r w:rsidR="00000000" w:rsidRPr="00C4545C">
        <w:rPr>
          <w:b/>
          <w:bCs/>
          <w:sz w:val="22"/>
        </w:rPr>
        <w:t>странство</w:t>
      </w:r>
      <w:proofErr w:type="spellEnd"/>
      <w:r w:rsidR="00000000" w:rsidRPr="00C4545C">
        <w:rPr>
          <w:b/>
          <w:bCs/>
          <w:sz w:val="22"/>
        </w:rPr>
        <w:t>,</w:t>
      </w:r>
      <w:r w:rsidR="00000000" w:rsidRPr="00C4545C">
        <w:rPr>
          <w:b/>
          <w:bCs/>
          <w:sz w:val="22"/>
        </w:rPr>
        <w:br/>
      </w:r>
      <w:proofErr w:type="spellStart"/>
      <w:r w:rsidR="00000000" w:rsidRPr="00C4545C">
        <w:rPr>
          <w:b/>
          <w:bCs/>
          <w:sz w:val="22"/>
        </w:rPr>
        <w:t>Дами</w:t>
      </w:r>
      <w:proofErr w:type="spellEnd"/>
      <w:r w:rsidR="00000000" w:rsidRPr="00C4545C">
        <w:rPr>
          <w:b/>
          <w:bCs/>
          <w:sz w:val="22"/>
        </w:rPr>
        <w:t xml:space="preserve"> и </w:t>
      </w:r>
      <w:proofErr w:type="spellStart"/>
      <w:r w:rsidR="00000000" w:rsidRPr="00C4545C">
        <w:rPr>
          <w:b/>
          <w:bCs/>
          <w:sz w:val="22"/>
        </w:rPr>
        <w:t>господа</w:t>
      </w:r>
      <w:proofErr w:type="spellEnd"/>
      <w:r w:rsidR="00000000" w:rsidRPr="00C4545C">
        <w:rPr>
          <w:b/>
          <w:bCs/>
          <w:sz w:val="22"/>
        </w:rPr>
        <w:t>,</w:t>
      </w:r>
    </w:p>
    <w:p w14:paraId="4E32124D" w14:textId="77777777" w:rsidR="00D25EED" w:rsidRPr="00C4545C" w:rsidRDefault="00D25EED" w:rsidP="00CD502C">
      <w:pPr>
        <w:jc w:val="both"/>
        <w:rPr>
          <w:b/>
          <w:bCs/>
          <w:sz w:val="22"/>
          <w:lang w:val="mk-MK"/>
        </w:rPr>
      </w:pPr>
    </w:p>
    <w:p w14:paraId="058D6F2C" w14:textId="33FE3D53" w:rsidR="00AC07EC" w:rsidRPr="00C4545C" w:rsidRDefault="00000000" w:rsidP="00CD502C">
      <w:pPr>
        <w:jc w:val="both"/>
        <w:rPr>
          <w:b/>
          <w:bCs/>
          <w:sz w:val="22"/>
        </w:rPr>
      </w:pPr>
      <w:proofErr w:type="spellStart"/>
      <w:r w:rsidRPr="00C4545C">
        <w:rPr>
          <w:b/>
          <w:bCs/>
          <w:sz w:val="22"/>
        </w:rPr>
        <w:t>Добредојдовте</w:t>
      </w:r>
      <w:proofErr w:type="spellEnd"/>
      <w:r w:rsidRPr="00C4545C">
        <w:rPr>
          <w:b/>
          <w:bCs/>
          <w:sz w:val="22"/>
        </w:rPr>
        <w:t xml:space="preserve"> </w:t>
      </w:r>
      <w:proofErr w:type="spellStart"/>
      <w:r w:rsidRPr="00C4545C">
        <w:rPr>
          <w:b/>
          <w:bCs/>
          <w:sz w:val="22"/>
        </w:rPr>
        <w:t>на</w:t>
      </w:r>
      <w:proofErr w:type="spellEnd"/>
      <w:r w:rsidRPr="00C4545C">
        <w:rPr>
          <w:b/>
          <w:bCs/>
          <w:sz w:val="22"/>
        </w:rPr>
        <w:t xml:space="preserve"> 25-тата </w:t>
      </w:r>
      <w:proofErr w:type="spellStart"/>
      <w:r w:rsidRPr="00C4545C">
        <w:rPr>
          <w:b/>
          <w:bCs/>
          <w:sz w:val="22"/>
        </w:rPr>
        <w:t>годишна</w:t>
      </w:r>
      <w:proofErr w:type="spellEnd"/>
      <w:r w:rsidRPr="00C4545C">
        <w:rPr>
          <w:b/>
          <w:bCs/>
          <w:sz w:val="22"/>
        </w:rPr>
        <w:t xml:space="preserve"> </w:t>
      </w:r>
      <w:proofErr w:type="spellStart"/>
      <w:r w:rsidRPr="00C4545C">
        <w:rPr>
          <w:b/>
          <w:bCs/>
          <w:sz w:val="22"/>
        </w:rPr>
        <w:t>конференција</w:t>
      </w:r>
      <w:proofErr w:type="spellEnd"/>
      <w:r w:rsidRPr="00C4545C">
        <w:rPr>
          <w:b/>
          <w:bCs/>
          <w:sz w:val="22"/>
        </w:rPr>
        <w:t xml:space="preserve"> </w:t>
      </w:r>
      <w:proofErr w:type="spellStart"/>
      <w:r w:rsidRPr="00C4545C">
        <w:rPr>
          <w:b/>
          <w:bCs/>
          <w:sz w:val="22"/>
        </w:rPr>
        <w:t>на</w:t>
      </w:r>
      <w:proofErr w:type="spellEnd"/>
      <w:r w:rsidRPr="00C4545C">
        <w:rPr>
          <w:b/>
          <w:bCs/>
          <w:sz w:val="22"/>
        </w:rPr>
        <w:t xml:space="preserve"> </w:t>
      </w:r>
      <w:proofErr w:type="spellStart"/>
      <w:r w:rsidRPr="00C4545C">
        <w:rPr>
          <w:b/>
          <w:bCs/>
          <w:sz w:val="22"/>
        </w:rPr>
        <w:t>Македонската</w:t>
      </w:r>
      <w:proofErr w:type="spellEnd"/>
      <w:r w:rsidRPr="00C4545C">
        <w:rPr>
          <w:b/>
          <w:bCs/>
          <w:sz w:val="22"/>
        </w:rPr>
        <w:t xml:space="preserve"> </w:t>
      </w:r>
      <w:proofErr w:type="spellStart"/>
      <w:r w:rsidRPr="00C4545C">
        <w:rPr>
          <w:b/>
          <w:bCs/>
          <w:sz w:val="22"/>
        </w:rPr>
        <w:t>берза</w:t>
      </w:r>
      <w:proofErr w:type="spellEnd"/>
      <w:r w:rsidR="00C90DBC">
        <w:rPr>
          <w:b/>
          <w:bCs/>
          <w:sz w:val="22"/>
        </w:rPr>
        <w:t>!</w:t>
      </w:r>
    </w:p>
    <w:p w14:paraId="1DEE947F" w14:textId="2EC2CF1E" w:rsidR="00AC07EC" w:rsidRPr="00C4545C" w:rsidRDefault="00000000" w:rsidP="00CD502C">
      <w:pPr>
        <w:jc w:val="both"/>
        <w:rPr>
          <w:sz w:val="22"/>
        </w:rPr>
      </w:pPr>
      <w:proofErr w:type="spellStart"/>
      <w:r w:rsidRPr="00C4545C">
        <w:rPr>
          <w:sz w:val="22"/>
        </w:rPr>
        <w:t>Секоја</w:t>
      </w:r>
      <w:proofErr w:type="spellEnd"/>
      <w:r w:rsidRPr="00C4545C">
        <w:rPr>
          <w:sz w:val="22"/>
        </w:rPr>
        <w:t xml:space="preserve"> </w:t>
      </w:r>
      <w:proofErr w:type="spellStart"/>
      <w:r w:rsidRPr="00C4545C">
        <w:rPr>
          <w:sz w:val="22"/>
        </w:rPr>
        <w:t>година</w:t>
      </w:r>
      <w:proofErr w:type="spellEnd"/>
      <w:r w:rsidRPr="00C4545C">
        <w:rPr>
          <w:sz w:val="22"/>
        </w:rPr>
        <w:t xml:space="preserve">, </w:t>
      </w:r>
      <w:proofErr w:type="spellStart"/>
      <w:r w:rsidRPr="00C4545C">
        <w:rPr>
          <w:sz w:val="22"/>
        </w:rPr>
        <w:t>кога</w:t>
      </w:r>
      <w:proofErr w:type="spellEnd"/>
      <w:r w:rsidRPr="00C4545C">
        <w:rPr>
          <w:sz w:val="22"/>
        </w:rPr>
        <w:t xml:space="preserve"> </w:t>
      </w:r>
      <w:proofErr w:type="spellStart"/>
      <w:r w:rsidRPr="00C4545C">
        <w:rPr>
          <w:sz w:val="22"/>
        </w:rPr>
        <w:t>ќе</w:t>
      </w:r>
      <w:proofErr w:type="spellEnd"/>
      <w:r w:rsidRPr="00C4545C">
        <w:rPr>
          <w:sz w:val="22"/>
        </w:rPr>
        <w:t xml:space="preserve"> </w:t>
      </w:r>
      <w:proofErr w:type="spellStart"/>
      <w:r w:rsidRPr="00C4545C">
        <w:rPr>
          <w:sz w:val="22"/>
        </w:rPr>
        <w:t>кажеме</w:t>
      </w:r>
      <w:proofErr w:type="spellEnd"/>
      <w:r w:rsidRPr="00C4545C">
        <w:rPr>
          <w:sz w:val="22"/>
        </w:rPr>
        <w:t xml:space="preserve"> </w:t>
      </w:r>
      <w:proofErr w:type="spellStart"/>
      <w:r w:rsidRPr="00C4545C">
        <w:rPr>
          <w:sz w:val="22"/>
        </w:rPr>
        <w:t>дека</w:t>
      </w:r>
      <w:proofErr w:type="spellEnd"/>
      <w:r w:rsidRPr="00C4545C">
        <w:rPr>
          <w:sz w:val="22"/>
        </w:rPr>
        <w:t xml:space="preserve"> </w:t>
      </w:r>
      <w:proofErr w:type="spellStart"/>
      <w:r w:rsidRPr="00C4545C">
        <w:rPr>
          <w:sz w:val="22"/>
        </w:rPr>
        <w:t>нешто</w:t>
      </w:r>
      <w:proofErr w:type="spellEnd"/>
      <w:r w:rsidRPr="00C4545C">
        <w:rPr>
          <w:sz w:val="22"/>
        </w:rPr>
        <w:t xml:space="preserve"> </w:t>
      </w:r>
      <w:proofErr w:type="spellStart"/>
      <w:r w:rsidRPr="00C4545C">
        <w:rPr>
          <w:sz w:val="22"/>
        </w:rPr>
        <w:t>ќе</w:t>
      </w:r>
      <w:proofErr w:type="spellEnd"/>
      <w:r w:rsidRPr="00C4545C">
        <w:rPr>
          <w:sz w:val="22"/>
        </w:rPr>
        <w:t xml:space="preserve"> </w:t>
      </w:r>
      <w:proofErr w:type="spellStart"/>
      <w:r w:rsidRPr="00C4545C">
        <w:rPr>
          <w:sz w:val="22"/>
        </w:rPr>
        <w:t>направиме</w:t>
      </w:r>
      <w:proofErr w:type="spellEnd"/>
      <w:r w:rsidR="00CD502C" w:rsidRPr="00C4545C">
        <w:rPr>
          <w:sz w:val="22"/>
          <w:lang w:val="mk-MK"/>
        </w:rPr>
        <w:t xml:space="preserve"> или нешто ќе се случи</w:t>
      </w:r>
      <w:r w:rsidRPr="00C4545C">
        <w:rPr>
          <w:sz w:val="22"/>
        </w:rPr>
        <w:t xml:space="preserve"> „</w:t>
      </w:r>
      <w:proofErr w:type="spellStart"/>
      <w:r w:rsidRPr="00C4545C">
        <w:rPr>
          <w:sz w:val="22"/>
        </w:rPr>
        <w:t>до</w:t>
      </w:r>
      <w:proofErr w:type="spellEnd"/>
      <w:r w:rsidRPr="00C4545C">
        <w:rPr>
          <w:sz w:val="22"/>
        </w:rPr>
        <w:t xml:space="preserve"> </w:t>
      </w:r>
      <w:proofErr w:type="spellStart"/>
      <w:r w:rsidRPr="00C4545C">
        <w:rPr>
          <w:sz w:val="22"/>
        </w:rPr>
        <w:t>следната</w:t>
      </w:r>
      <w:proofErr w:type="spellEnd"/>
      <w:r w:rsidRPr="00C4545C">
        <w:rPr>
          <w:sz w:val="22"/>
        </w:rPr>
        <w:t xml:space="preserve"> </w:t>
      </w:r>
      <w:r w:rsidR="00CD502C" w:rsidRPr="00C4545C">
        <w:rPr>
          <w:sz w:val="22"/>
          <w:lang w:val="mk-MK"/>
        </w:rPr>
        <w:t xml:space="preserve">берзанска </w:t>
      </w:r>
      <w:proofErr w:type="spellStart"/>
      <w:r w:rsidRPr="00C4545C">
        <w:rPr>
          <w:sz w:val="22"/>
        </w:rPr>
        <w:t>конференција</w:t>
      </w:r>
      <w:proofErr w:type="spellEnd"/>
      <w:r w:rsidRPr="00C4545C">
        <w:rPr>
          <w:sz w:val="22"/>
        </w:rPr>
        <w:t xml:space="preserve">“, </w:t>
      </w:r>
      <w:proofErr w:type="spellStart"/>
      <w:r w:rsidRPr="00C4545C">
        <w:rPr>
          <w:sz w:val="22"/>
        </w:rPr>
        <w:t>тоа</w:t>
      </w:r>
      <w:proofErr w:type="spellEnd"/>
      <w:r w:rsidRPr="00C4545C">
        <w:rPr>
          <w:sz w:val="22"/>
        </w:rPr>
        <w:t xml:space="preserve"> </w:t>
      </w:r>
      <w:proofErr w:type="spellStart"/>
      <w:r w:rsidRPr="00C4545C">
        <w:rPr>
          <w:sz w:val="22"/>
        </w:rPr>
        <w:t>звучи</w:t>
      </w:r>
      <w:proofErr w:type="spellEnd"/>
      <w:r w:rsidRPr="00C4545C">
        <w:rPr>
          <w:sz w:val="22"/>
        </w:rPr>
        <w:t xml:space="preserve"> </w:t>
      </w:r>
      <w:proofErr w:type="spellStart"/>
      <w:r w:rsidRPr="00C4545C">
        <w:rPr>
          <w:sz w:val="22"/>
        </w:rPr>
        <w:t>како</w:t>
      </w:r>
      <w:proofErr w:type="spellEnd"/>
      <w:r w:rsidRPr="00C4545C">
        <w:rPr>
          <w:sz w:val="22"/>
        </w:rPr>
        <w:t xml:space="preserve"> </w:t>
      </w:r>
      <w:proofErr w:type="spellStart"/>
      <w:r w:rsidRPr="00C4545C">
        <w:rPr>
          <w:sz w:val="22"/>
        </w:rPr>
        <w:t>прилично</w:t>
      </w:r>
      <w:proofErr w:type="spellEnd"/>
      <w:r w:rsidRPr="00C4545C">
        <w:rPr>
          <w:sz w:val="22"/>
        </w:rPr>
        <w:t xml:space="preserve"> </w:t>
      </w:r>
      <w:proofErr w:type="spellStart"/>
      <w:r w:rsidRPr="00C4545C">
        <w:rPr>
          <w:sz w:val="22"/>
        </w:rPr>
        <w:t>долг</w:t>
      </w:r>
      <w:proofErr w:type="spellEnd"/>
      <w:r w:rsidRPr="00C4545C">
        <w:rPr>
          <w:sz w:val="22"/>
        </w:rPr>
        <w:t xml:space="preserve"> </w:t>
      </w:r>
      <w:proofErr w:type="spellStart"/>
      <w:r w:rsidRPr="00C4545C">
        <w:rPr>
          <w:sz w:val="22"/>
        </w:rPr>
        <w:t>рок</w:t>
      </w:r>
      <w:proofErr w:type="spellEnd"/>
      <w:r w:rsidRPr="00C4545C">
        <w:rPr>
          <w:sz w:val="22"/>
        </w:rPr>
        <w:t xml:space="preserve">. А </w:t>
      </w:r>
      <w:proofErr w:type="spellStart"/>
      <w:r w:rsidRPr="00C4545C">
        <w:rPr>
          <w:sz w:val="22"/>
        </w:rPr>
        <w:t>потоа</w:t>
      </w:r>
      <w:proofErr w:type="spellEnd"/>
      <w:r w:rsidR="00CD502C" w:rsidRPr="00C4545C">
        <w:rPr>
          <w:sz w:val="22"/>
          <w:lang w:val="mk-MK"/>
        </w:rPr>
        <w:t>, некако за час,</w:t>
      </w:r>
      <w:r w:rsidRPr="00C4545C">
        <w:rPr>
          <w:sz w:val="22"/>
        </w:rPr>
        <w:t xml:space="preserve"> </w:t>
      </w:r>
      <w:proofErr w:type="spellStart"/>
      <w:r w:rsidRPr="00C4545C">
        <w:rPr>
          <w:sz w:val="22"/>
        </w:rPr>
        <w:t>повторно</w:t>
      </w:r>
      <w:proofErr w:type="spellEnd"/>
      <w:r w:rsidRPr="00C4545C">
        <w:rPr>
          <w:sz w:val="22"/>
        </w:rPr>
        <w:t xml:space="preserve"> </w:t>
      </w:r>
      <w:proofErr w:type="spellStart"/>
      <w:r w:rsidRPr="00C4545C">
        <w:rPr>
          <w:sz w:val="22"/>
        </w:rPr>
        <w:t>сме</w:t>
      </w:r>
      <w:proofErr w:type="spellEnd"/>
      <w:r w:rsidRPr="00C4545C">
        <w:rPr>
          <w:sz w:val="22"/>
        </w:rPr>
        <w:t xml:space="preserve"> </w:t>
      </w:r>
      <w:proofErr w:type="spellStart"/>
      <w:r w:rsidRPr="00C4545C">
        <w:rPr>
          <w:sz w:val="22"/>
        </w:rPr>
        <w:t>во</w:t>
      </w:r>
      <w:proofErr w:type="spellEnd"/>
      <w:r w:rsidRPr="00C4545C">
        <w:rPr>
          <w:sz w:val="22"/>
        </w:rPr>
        <w:t xml:space="preserve"> </w:t>
      </w:r>
      <w:r w:rsidR="00CD502C" w:rsidRPr="00C4545C">
        <w:rPr>
          <w:sz w:val="22"/>
          <w:lang w:val="mk-MK"/>
        </w:rPr>
        <w:t xml:space="preserve">нашиот убав </w:t>
      </w:r>
      <w:proofErr w:type="spellStart"/>
      <w:r w:rsidRPr="00C4545C">
        <w:rPr>
          <w:sz w:val="22"/>
        </w:rPr>
        <w:t>Охрид</w:t>
      </w:r>
      <w:proofErr w:type="spellEnd"/>
      <w:r w:rsidRPr="00C4545C">
        <w:rPr>
          <w:sz w:val="22"/>
        </w:rPr>
        <w:t xml:space="preserve"> и </w:t>
      </w:r>
      <w:proofErr w:type="spellStart"/>
      <w:r w:rsidRPr="00C4545C">
        <w:rPr>
          <w:sz w:val="22"/>
        </w:rPr>
        <w:t>се</w:t>
      </w:r>
      <w:proofErr w:type="spellEnd"/>
      <w:r w:rsidRPr="00C4545C">
        <w:rPr>
          <w:sz w:val="22"/>
        </w:rPr>
        <w:t xml:space="preserve"> </w:t>
      </w:r>
      <w:proofErr w:type="spellStart"/>
      <w:r w:rsidRPr="00C4545C">
        <w:rPr>
          <w:sz w:val="22"/>
        </w:rPr>
        <w:t>прашуваме</w:t>
      </w:r>
      <w:proofErr w:type="spellEnd"/>
      <w:r w:rsidRPr="00C4545C">
        <w:rPr>
          <w:sz w:val="22"/>
        </w:rPr>
        <w:t xml:space="preserve"> </w:t>
      </w:r>
      <w:proofErr w:type="spellStart"/>
      <w:r w:rsidRPr="00C4545C">
        <w:rPr>
          <w:sz w:val="22"/>
        </w:rPr>
        <w:t>кога</w:t>
      </w:r>
      <w:proofErr w:type="spellEnd"/>
      <w:r w:rsidR="00CD502C" w:rsidRPr="00C4545C">
        <w:rPr>
          <w:sz w:val="22"/>
          <w:lang w:val="mk-MK"/>
        </w:rPr>
        <w:t xml:space="preserve"> толку брзо</w:t>
      </w:r>
      <w:r w:rsidRPr="00C4545C">
        <w:rPr>
          <w:sz w:val="22"/>
        </w:rPr>
        <w:t xml:space="preserve"> </w:t>
      </w:r>
      <w:r w:rsidR="00CD502C" w:rsidRPr="00C4545C">
        <w:rPr>
          <w:sz w:val="22"/>
          <w:lang w:val="mk-MK"/>
        </w:rPr>
        <w:t>„летнала“</w:t>
      </w:r>
      <w:r w:rsidRPr="00C4545C">
        <w:rPr>
          <w:sz w:val="22"/>
        </w:rPr>
        <w:t xml:space="preserve"> </w:t>
      </w:r>
      <w:proofErr w:type="spellStart"/>
      <w:r w:rsidRPr="00C4545C">
        <w:rPr>
          <w:sz w:val="22"/>
        </w:rPr>
        <w:t>годината</w:t>
      </w:r>
      <w:proofErr w:type="spellEnd"/>
      <w:r w:rsidRPr="00C4545C">
        <w:rPr>
          <w:sz w:val="22"/>
        </w:rPr>
        <w:t xml:space="preserve">. </w:t>
      </w:r>
      <w:proofErr w:type="spellStart"/>
      <w:r w:rsidRPr="00C4545C">
        <w:rPr>
          <w:sz w:val="22"/>
        </w:rPr>
        <w:t>Очигледно</w:t>
      </w:r>
      <w:proofErr w:type="spellEnd"/>
      <w:r w:rsidRPr="00C4545C">
        <w:rPr>
          <w:sz w:val="22"/>
        </w:rPr>
        <w:t xml:space="preserve">, </w:t>
      </w:r>
      <w:r w:rsidR="00CD502C" w:rsidRPr="00C4545C">
        <w:rPr>
          <w:sz w:val="22"/>
          <w:lang w:val="mk-MK"/>
        </w:rPr>
        <w:t>во духот</w:t>
      </w:r>
      <w:r w:rsidRPr="00C4545C">
        <w:rPr>
          <w:sz w:val="22"/>
        </w:rPr>
        <w:t xml:space="preserve"> </w:t>
      </w:r>
      <w:proofErr w:type="spellStart"/>
      <w:r w:rsidRPr="00C4545C">
        <w:rPr>
          <w:sz w:val="22"/>
        </w:rPr>
        <w:t>на</w:t>
      </w:r>
      <w:proofErr w:type="spellEnd"/>
      <w:r w:rsidRPr="00C4545C">
        <w:rPr>
          <w:sz w:val="22"/>
        </w:rPr>
        <w:t xml:space="preserve"> </w:t>
      </w:r>
      <w:r w:rsidR="00CD502C" w:rsidRPr="00C4545C">
        <w:rPr>
          <w:sz w:val="22"/>
          <w:lang w:val="mk-MK"/>
        </w:rPr>
        <w:t xml:space="preserve">новото </w:t>
      </w:r>
      <w:proofErr w:type="spellStart"/>
      <w:r w:rsidRPr="00C4545C">
        <w:rPr>
          <w:sz w:val="22"/>
        </w:rPr>
        <w:t>време</w:t>
      </w:r>
      <w:proofErr w:type="spellEnd"/>
      <w:r w:rsidR="00CD502C" w:rsidRPr="00C4545C">
        <w:rPr>
          <w:sz w:val="22"/>
          <w:lang w:val="mk-MK"/>
        </w:rPr>
        <w:t xml:space="preserve"> и актуелната </w:t>
      </w:r>
      <w:r w:rsidR="00CD502C" w:rsidRPr="00C4545C">
        <w:rPr>
          <w:sz w:val="22"/>
          <w:lang w:val="hr-HR"/>
        </w:rPr>
        <w:t>AI</w:t>
      </w:r>
      <w:r w:rsidR="00CD502C" w:rsidRPr="00C4545C">
        <w:rPr>
          <w:sz w:val="22"/>
          <w:lang w:val="mk-MK"/>
        </w:rPr>
        <w:t xml:space="preserve"> револуција</w:t>
      </w:r>
      <w:r w:rsidRPr="00C4545C">
        <w:rPr>
          <w:sz w:val="22"/>
        </w:rPr>
        <w:t xml:space="preserve"> </w:t>
      </w:r>
      <w:proofErr w:type="spellStart"/>
      <w:r w:rsidRPr="00C4545C">
        <w:rPr>
          <w:sz w:val="22"/>
        </w:rPr>
        <w:t>долгорочн</w:t>
      </w:r>
      <w:proofErr w:type="spellEnd"/>
      <w:r w:rsidR="00C90DBC">
        <w:rPr>
          <w:sz w:val="22"/>
          <w:lang w:val="mk-MK"/>
        </w:rPr>
        <w:t>иот</w:t>
      </w:r>
      <w:r w:rsidRPr="00C4545C">
        <w:rPr>
          <w:sz w:val="22"/>
        </w:rPr>
        <w:t xml:space="preserve"> </w:t>
      </w:r>
      <w:proofErr w:type="spellStart"/>
      <w:r w:rsidRPr="00C4545C">
        <w:rPr>
          <w:sz w:val="22"/>
        </w:rPr>
        <w:t>хоризонт</w:t>
      </w:r>
      <w:proofErr w:type="spellEnd"/>
      <w:r w:rsidRPr="00C4545C">
        <w:rPr>
          <w:sz w:val="22"/>
        </w:rPr>
        <w:t xml:space="preserve"> </w:t>
      </w:r>
      <w:proofErr w:type="spellStart"/>
      <w:r w:rsidRPr="00C4545C">
        <w:rPr>
          <w:sz w:val="22"/>
        </w:rPr>
        <w:t>станува</w:t>
      </w:r>
      <w:proofErr w:type="spellEnd"/>
      <w:r w:rsidRPr="00C4545C">
        <w:rPr>
          <w:sz w:val="22"/>
        </w:rPr>
        <w:t xml:space="preserve"> </w:t>
      </w:r>
      <w:proofErr w:type="spellStart"/>
      <w:r w:rsidRPr="00C4545C">
        <w:rPr>
          <w:sz w:val="22"/>
        </w:rPr>
        <w:t>сè</w:t>
      </w:r>
      <w:proofErr w:type="spellEnd"/>
      <w:r w:rsidRPr="00C4545C">
        <w:rPr>
          <w:sz w:val="22"/>
        </w:rPr>
        <w:t xml:space="preserve"> </w:t>
      </w:r>
      <w:proofErr w:type="spellStart"/>
      <w:r w:rsidRPr="00C4545C">
        <w:rPr>
          <w:sz w:val="22"/>
        </w:rPr>
        <w:t>пократок</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среќа</w:t>
      </w:r>
      <w:proofErr w:type="spellEnd"/>
      <w:r w:rsidRPr="00C4545C">
        <w:rPr>
          <w:sz w:val="22"/>
        </w:rPr>
        <w:t xml:space="preserve">, </w:t>
      </w:r>
      <w:proofErr w:type="spellStart"/>
      <w:r w:rsidRPr="00C4545C">
        <w:rPr>
          <w:sz w:val="22"/>
        </w:rPr>
        <w:t>интересот</w:t>
      </w:r>
      <w:proofErr w:type="spellEnd"/>
      <w:r w:rsidRPr="00C4545C">
        <w:rPr>
          <w:sz w:val="22"/>
        </w:rPr>
        <w:t xml:space="preserve"> </w:t>
      </w:r>
      <w:proofErr w:type="spellStart"/>
      <w:r w:rsidRPr="00C4545C">
        <w:rPr>
          <w:sz w:val="22"/>
        </w:rPr>
        <w:t>повторно</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собереме</w:t>
      </w:r>
      <w:proofErr w:type="spellEnd"/>
      <w:r w:rsidRPr="00C4545C">
        <w:rPr>
          <w:sz w:val="22"/>
        </w:rPr>
        <w:t xml:space="preserve"> </w:t>
      </w:r>
      <w:proofErr w:type="spellStart"/>
      <w:r w:rsidRPr="00C4545C">
        <w:rPr>
          <w:sz w:val="22"/>
        </w:rPr>
        <w:t>овде</w:t>
      </w:r>
      <w:proofErr w:type="spellEnd"/>
      <w:r w:rsidRPr="00C4545C">
        <w:rPr>
          <w:sz w:val="22"/>
        </w:rPr>
        <w:t xml:space="preserve"> </w:t>
      </w:r>
      <w:proofErr w:type="spellStart"/>
      <w:r w:rsidRPr="00C4545C">
        <w:rPr>
          <w:sz w:val="22"/>
        </w:rPr>
        <w:t>останува</w:t>
      </w:r>
      <w:proofErr w:type="spellEnd"/>
      <w:r w:rsidRPr="00C4545C">
        <w:rPr>
          <w:sz w:val="22"/>
        </w:rPr>
        <w:t xml:space="preserve"> </w:t>
      </w:r>
      <w:proofErr w:type="spellStart"/>
      <w:r w:rsidRPr="00C4545C">
        <w:rPr>
          <w:sz w:val="22"/>
        </w:rPr>
        <w:t>стабилен</w:t>
      </w:r>
      <w:proofErr w:type="spellEnd"/>
      <w:r w:rsidRPr="00C4545C">
        <w:rPr>
          <w:sz w:val="22"/>
        </w:rPr>
        <w:t>.</w:t>
      </w:r>
    </w:p>
    <w:p w14:paraId="64C397BD" w14:textId="207938C7" w:rsidR="00AC07EC" w:rsidRPr="00C4545C" w:rsidRDefault="00000000" w:rsidP="00CD502C">
      <w:pPr>
        <w:jc w:val="both"/>
        <w:rPr>
          <w:sz w:val="22"/>
        </w:rPr>
      </w:pPr>
      <w:proofErr w:type="spellStart"/>
      <w:r w:rsidRPr="00C4545C">
        <w:rPr>
          <w:sz w:val="22"/>
        </w:rPr>
        <w:t>Ви</w:t>
      </w:r>
      <w:proofErr w:type="spellEnd"/>
      <w:r w:rsidRPr="00C4545C">
        <w:rPr>
          <w:sz w:val="22"/>
        </w:rPr>
        <w:t xml:space="preserve"> </w:t>
      </w:r>
      <w:proofErr w:type="spellStart"/>
      <w:r w:rsidRPr="00C4545C">
        <w:rPr>
          <w:sz w:val="22"/>
        </w:rPr>
        <w:t>благодарам</w:t>
      </w:r>
      <w:proofErr w:type="spellEnd"/>
      <w:r w:rsidRPr="00C4545C">
        <w:rPr>
          <w:sz w:val="22"/>
        </w:rPr>
        <w:t xml:space="preserve"> </w:t>
      </w:r>
      <w:proofErr w:type="spellStart"/>
      <w:r w:rsidRPr="00C4545C">
        <w:rPr>
          <w:sz w:val="22"/>
        </w:rPr>
        <w:t>што</w:t>
      </w:r>
      <w:proofErr w:type="spellEnd"/>
      <w:r w:rsidRPr="00C4545C">
        <w:rPr>
          <w:sz w:val="22"/>
        </w:rPr>
        <w:t xml:space="preserve"> </w:t>
      </w:r>
      <w:proofErr w:type="spellStart"/>
      <w:r w:rsidRPr="00C4545C">
        <w:rPr>
          <w:sz w:val="22"/>
        </w:rPr>
        <w:t>сте</w:t>
      </w:r>
      <w:proofErr w:type="spellEnd"/>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нас</w:t>
      </w:r>
      <w:proofErr w:type="spellEnd"/>
      <w:r w:rsidRPr="00C4545C">
        <w:rPr>
          <w:sz w:val="22"/>
        </w:rPr>
        <w:t xml:space="preserve">. </w:t>
      </w:r>
      <w:proofErr w:type="spellStart"/>
      <w:r w:rsidRPr="00C4545C">
        <w:rPr>
          <w:sz w:val="22"/>
        </w:rPr>
        <w:t>Дваесет</w:t>
      </w:r>
      <w:proofErr w:type="spellEnd"/>
      <w:r w:rsidRPr="00C4545C">
        <w:rPr>
          <w:sz w:val="22"/>
        </w:rPr>
        <w:t xml:space="preserve"> и </w:t>
      </w:r>
      <w:proofErr w:type="spellStart"/>
      <w:r w:rsidRPr="00C4545C">
        <w:rPr>
          <w:sz w:val="22"/>
        </w:rPr>
        <w:t>пет</w:t>
      </w:r>
      <w:proofErr w:type="spellEnd"/>
      <w:r w:rsidRPr="00C4545C">
        <w:rPr>
          <w:sz w:val="22"/>
        </w:rPr>
        <w:t xml:space="preserve"> </w:t>
      </w:r>
      <w:proofErr w:type="spellStart"/>
      <w:r w:rsidRPr="00C4545C">
        <w:rPr>
          <w:sz w:val="22"/>
        </w:rPr>
        <w:t>конференции</w:t>
      </w:r>
      <w:proofErr w:type="spellEnd"/>
      <w:r w:rsidRPr="00C4545C">
        <w:rPr>
          <w:sz w:val="22"/>
        </w:rPr>
        <w:t xml:space="preserve"> </w:t>
      </w:r>
      <w:proofErr w:type="spellStart"/>
      <w:r w:rsidRPr="00C4545C">
        <w:rPr>
          <w:sz w:val="22"/>
        </w:rPr>
        <w:t>значат</w:t>
      </w:r>
      <w:proofErr w:type="spellEnd"/>
      <w:r w:rsidRPr="00C4545C">
        <w:rPr>
          <w:sz w:val="22"/>
        </w:rPr>
        <w:t xml:space="preserve"> </w:t>
      </w:r>
      <w:proofErr w:type="spellStart"/>
      <w:r w:rsidRPr="00C4545C">
        <w:rPr>
          <w:sz w:val="22"/>
        </w:rPr>
        <w:t>многу</w:t>
      </w:r>
      <w:proofErr w:type="spellEnd"/>
      <w:r w:rsidRPr="00C4545C">
        <w:rPr>
          <w:sz w:val="22"/>
        </w:rPr>
        <w:t xml:space="preserve"> </w:t>
      </w:r>
      <w:proofErr w:type="spellStart"/>
      <w:r w:rsidRPr="00C4545C">
        <w:rPr>
          <w:sz w:val="22"/>
        </w:rPr>
        <w:t>разговори</w:t>
      </w:r>
      <w:proofErr w:type="spellEnd"/>
      <w:r w:rsidRPr="00C4545C">
        <w:rPr>
          <w:sz w:val="22"/>
        </w:rPr>
        <w:t xml:space="preserve">, </w:t>
      </w:r>
      <w:proofErr w:type="spellStart"/>
      <w:r w:rsidRPr="00C4545C">
        <w:rPr>
          <w:sz w:val="22"/>
        </w:rPr>
        <w:t>различни</w:t>
      </w:r>
      <w:proofErr w:type="spellEnd"/>
      <w:r w:rsidRPr="00C4545C">
        <w:rPr>
          <w:sz w:val="22"/>
        </w:rPr>
        <w:t xml:space="preserve"> </w:t>
      </w:r>
      <w:proofErr w:type="spellStart"/>
      <w:r w:rsidRPr="00C4545C">
        <w:rPr>
          <w:sz w:val="22"/>
        </w:rPr>
        <w:t>берзански</w:t>
      </w:r>
      <w:proofErr w:type="spellEnd"/>
      <w:r w:rsidRPr="00C4545C">
        <w:rPr>
          <w:sz w:val="22"/>
        </w:rPr>
        <w:t xml:space="preserve"> </w:t>
      </w:r>
      <w:proofErr w:type="spellStart"/>
      <w:r w:rsidRPr="00C4545C">
        <w:rPr>
          <w:sz w:val="22"/>
        </w:rPr>
        <w:t>циклуси</w:t>
      </w:r>
      <w:proofErr w:type="spellEnd"/>
      <w:r w:rsidRPr="00C4545C">
        <w:rPr>
          <w:sz w:val="22"/>
        </w:rPr>
        <w:t xml:space="preserve"> и </w:t>
      </w:r>
      <w:proofErr w:type="spellStart"/>
      <w:r w:rsidRPr="00C4545C">
        <w:rPr>
          <w:sz w:val="22"/>
        </w:rPr>
        <w:t>контакти</w:t>
      </w:r>
      <w:proofErr w:type="spellEnd"/>
      <w:r w:rsidRPr="00C4545C">
        <w:rPr>
          <w:sz w:val="22"/>
        </w:rPr>
        <w:t xml:space="preserve"> </w:t>
      </w:r>
      <w:proofErr w:type="spellStart"/>
      <w:r w:rsidRPr="00C4545C">
        <w:rPr>
          <w:sz w:val="22"/>
        </w:rPr>
        <w:t>што</w:t>
      </w:r>
      <w:proofErr w:type="spellEnd"/>
      <w:r w:rsidRPr="00C4545C">
        <w:rPr>
          <w:sz w:val="22"/>
        </w:rPr>
        <w:t xml:space="preserve"> </w:t>
      </w:r>
      <w:proofErr w:type="spellStart"/>
      <w:r w:rsidRPr="00C4545C">
        <w:rPr>
          <w:sz w:val="22"/>
        </w:rPr>
        <w:t>прераснале</w:t>
      </w:r>
      <w:proofErr w:type="spellEnd"/>
      <w:r w:rsidRPr="00C4545C">
        <w:rPr>
          <w:sz w:val="22"/>
        </w:rPr>
        <w:t xml:space="preserve"> </w:t>
      </w:r>
      <w:proofErr w:type="spellStart"/>
      <w:r w:rsidRPr="00C4545C">
        <w:rPr>
          <w:sz w:val="22"/>
        </w:rPr>
        <w:t>во</w:t>
      </w:r>
      <w:proofErr w:type="spellEnd"/>
      <w:r w:rsidRPr="00C4545C">
        <w:rPr>
          <w:sz w:val="22"/>
        </w:rPr>
        <w:t xml:space="preserve"> </w:t>
      </w:r>
      <w:proofErr w:type="spellStart"/>
      <w:r w:rsidRPr="00C4545C">
        <w:rPr>
          <w:sz w:val="22"/>
        </w:rPr>
        <w:t>соработка</w:t>
      </w:r>
      <w:proofErr w:type="spellEnd"/>
      <w:r w:rsidRPr="00C4545C">
        <w:rPr>
          <w:sz w:val="22"/>
        </w:rPr>
        <w:t xml:space="preserve">. </w:t>
      </w:r>
      <w:r w:rsidR="00CD502C" w:rsidRPr="00C4545C">
        <w:rPr>
          <w:sz w:val="22"/>
          <w:lang w:val="mk-MK"/>
        </w:rPr>
        <w:t xml:space="preserve">Берзанските конференции </w:t>
      </w:r>
      <w:proofErr w:type="spellStart"/>
      <w:r w:rsidRPr="00C4545C">
        <w:rPr>
          <w:sz w:val="22"/>
        </w:rPr>
        <w:t>се</w:t>
      </w:r>
      <w:proofErr w:type="spellEnd"/>
      <w:r w:rsidRPr="00C4545C">
        <w:rPr>
          <w:sz w:val="22"/>
        </w:rPr>
        <w:t xml:space="preserve"> </w:t>
      </w:r>
      <w:proofErr w:type="spellStart"/>
      <w:r w:rsidRPr="00C4545C">
        <w:rPr>
          <w:sz w:val="22"/>
        </w:rPr>
        <w:t>можност</w:t>
      </w:r>
      <w:proofErr w:type="spellEnd"/>
      <w:r w:rsidRPr="00C4545C">
        <w:rPr>
          <w:sz w:val="22"/>
        </w:rPr>
        <w:t xml:space="preserve"> </w:t>
      </w:r>
      <w:r w:rsidR="00CD502C" w:rsidRPr="00C4545C">
        <w:rPr>
          <w:sz w:val="22"/>
          <w:lang w:val="mk-MK"/>
        </w:rPr>
        <w:t>сите</w:t>
      </w:r>
      <w:r w:rsidR="00C90DBC">
        <w:rPr>
          <w:sz w:val="22"/>
          <w:lang w:val="mk-MK"/>
        </w:rPr>
        <w:t>,</w:t>
      </w:r>
      <w:r w:rsidR="00CD502C" w:rsidRPr="00C4545C">
        <w:rPr>
          <w:sz w:val="22"/>
          <w:lang w:val="mk-MK"/>
        </w:rPr>
        <w:t xml:space="preserve"> </w:t>
      </w:r>
      <w:proofErr w:type="spellStart"/>
      <w:r w:rsidRPr="00C4545C">
        <w:rPr>
          <w:sz w:val="22"/>
        </w:rPr>
        <w:t>кои</w:t>
      </w:r>
      <w:proofErr w:type="spellEnd"/>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години</w:t>
      </w:r>
      <w:proofErr w:type="spellEnd"/>
      <w:r w:rsidRPr="00C4545C">
        <w:rPr>
          <w:sz w:val="22"/>
        </w:rPr>
        <w:t xml:space="preserve"> </w:t>
      </w:r>
      <w:proofErr w:type="spellStart"/>
      <w:r w:rsidRPr="00C4545C">
        <w:rPr>
          <w:sz w:val="22"/>
        </w:rPr>
        <w:t>го</w:t>
      </w:r>
      <w:proofErr w:type="spellEnd"/>
      <w:r w:rsidRPr="00C4545C">
        <w:rPr>
          <w:sz w:val="22"/>
        </w:rPr>
        <w:t xml:space="preserve"> </w:t>
      </w:r>
      <w:proofErr w:type="spellStart"/>
      <w:r w:rsidRPr="00C4545C">
        <w:rPr>
          <w:sz w:val="22"/>
        </w:rPr>
        <w:t>градиме</w:t>
      </w:r>
      <w:proofErr w:type="spellEnd"/>
      <w:r w:rsidRPr="00C4545C">
        <w:rPr>
          <w:sz w:val="22"/>
        </w:rPr>
        <w:t xml:space="preserve"> </w:t>
      </w:r>
      <w:r w:rsidR="00CD502C" w:rsidRPr="00C4545C">
        <w:rPr>
          <w:sz w:val="22"/>
          <w:lang w:val="mk-MK"/>
        </w:rPr>
        <w:t>македонскиот</w:t>
      </w:r>
      <w:r w:rsidRPr="00C4545C">
        <w:rPr>
          <w:sz w:val="22"/>
        </w:rPr>
        <w:t xml:space="preserve"> </w:t>
      </w:r>
      <w:proofErr w:type="spellStart"/>
      <w:r w:rsidRPr="00C4545C">
        <w:rPr>
          <w:sz w:val="22"/>
        </w:rPr>
        <w:t>пазар</w:t>
      </w:r>
      <w:proofErr w:type="spellEnd"/>
      <w:r w:rsidR="00CD502C" w:rsidRPr="00C4545C">
        <w:rPr>
          <w:sz w:val="22"/>
          <w:lang w:val="mk-MK"/>
        </w:rPr>
        <w:t xml:space="preserve"> на капитал</w:t>
      </w:r>
      <w:r w:rsidR="00C90DBC">
        <w:rPr>
          <w:sz w:val="22"/>
          <w:lang w:val="mk-MK"/>
        </w:rPr>
        <w:t>,</w:t>
      </w:r>
      <w:r w:rsidR="00C90DBC" w:rsidRPr="00C90DBC">
        <w:rPr>
          <w:sz w:val="22"/>
        </w:rPr>
        <w:t xml:space="preserve"> </w:t>
      </w:r>
      <w:proofErr w:type="spellStart"/>
      <w:r w:rsidR="00C90DBC" w:rsidRPr="00C4545C">
        <w:rPr>
          <w:sz w:val="22"/>
        </w:rPr>
        <w:t>повторно</w:t>
      </w:r>
      <w:proofErr w:type="spellEnd"/>
      <w:r w:rsidR="00C90DBC" w:rsidRPr="00C4545C">
        <w:rPr>
          <w:sz w:val="22"/>
        </w:rPr>
        <w:t xml:space="preserve"> </w:t>
      </w:r>
      <w:proofErr w:type="spellStart"/>
      <w:r w:rsidR="00C90DBC" w:rsidRPr="00C4545C">
        <w:rPr>
          <w:sz w:val="22"/>
        </w:rPr>
        <w:t>да</w:t>
      </w:r>
      <w:proofErr w:type="spellEnd"/>
      <w:r w:rsidR="00C90DBC" w:rsidRPr="00C4545C">
        <w:rPr>
          <w:sz w:val="22"/>
        </w:rPr>
        <w:t xml:space="preserve"> </w:t>
      </w:r>
      <w:proofErr w:type="spellStart"/>
      <w:r w:rsidR="00C90DBC" w:rsidRPr="00C4545C">
        <w:rPr>
          <w:sz w:val="22"/>
        </w:rPr>
        <w:t>се</w:t>
      </w:r>
      <w:proofErr w:type="spellEnd"/>
      <w:r w:rsidR="00C90DBC" w:rsidRPr="00C4545C">
        <w:rPr>
          <w:sz w:val="22"/>
        </w:rPr>
        <w:t xml:space="preserve"> </w:t>
      </w:r>
      <w:proofErr w:type="spellStart"/>
      <w:r w:rsidR="00C90DBC" w:rsidRPr="00C4545C">
        <w:rPr>
          <w:sz w:val="22"/>
        </w:rPr>
        <w:t>сретн</w:t>
      </w:r>
      <w:proofErr w:type="spellEnd"/>
      <w:r w:rsidR="00C90DBC" w:rsidRPr="00C4545C">
        <w:rPr>
          <w:sz w:val="22"/>
          <w:lang w:val="mk-MK"/>
        </w:rPr>
        <w:t>е</w:t>
      </w:r>
      <w:r w:rsidR="00C90DBC" w:rsidRPr="00C4545C">
        <w:rPr>
          <w:sz w:val="22"/>
        </w:rPr>
        <w:t>м</w:t>
      </w:r>
      <w:r w:rsidR="00C90DBC" w:rsidRPr="00C4545C">
        <w:rPr>
          <w:sz w:val="22"/>
          <w:lang w:val="mk-MK"/>
        </w:rPr>
        <w:t>е</w:t>
      </w:r>
      <w:r w:rsidRPr="00C4545C">
        <w:rPr>
          <w:sz w:val="22"/>
        </w:rPr>
        <w:t>.</w:t>
      </w:r>
      <w:r w:rsidR="00C90DBC">
        <w:rPr>
          <w:sz w:val="22"/>
          <w:lang w:val="mk-MK"/>
        </w:rPr>
        <w:t xml:space="preserve"> </w:t>
      </w:r>
      <w:proofErr w:type="spellStart"/>
      <w:r w:rsidRPr="00C4545C">
        <w:rPr>
          <w:sz w:val="22"/>
        </w:rPr>
        <w:t>Се</w:t>
      </w:r>
      <w:proofErr w:type="spellEnd"/>
      <w:r w:rsidRPr="00C4545C">
        <w:rPr>
          <w:sz w:val="22"/>
        </w:rPr>
        <w:t xml:space="preserve"> </w:t>
      </w:r>
      <w:proofErr w:type="spellStart"/>
      <w:r w:rsidRPr="00C4545C">
        <w:rPr>
          <w:sz w:val="22"/>
        </w:rPr>
        <w:t>надевам</w:t>
      </w:r>
      <w:proofErr w:type="spellEnd"/>
      <w:r w:rsidRPr="00C4545C">
        <w:rPr>
          <w:sz w:val="22"/>
        </w:rPr>
        <w:t xml:space="preserve"> </w:t>
      </w:r>
      <w:proofErr w:type="spellStart"/>
      <w:r w:rsidRPr="00C4545C">
        <w:rPr>
          <w:sz w:val="22"/>
        </w:rPr>
        <w:t>дека</w:t>
      </w:r>
      <w:proofErr w:type="spellEnd"/>
      <w:r w:rsidRPr="00C4545C">
        <w:rPr>
          <w:sz w:val="22"/>
        </w:rPr>
        <w:t xml:space="preserve"> и </w:t>
      </w:r>
      <w:proofErr w:type="spellStart"/>
      <w:r w:rsidRPr="00C4545C">
        <w:rPr>
          <w:sz w:val="22"/>
        </w:rPr>
        <w:t>годинава</w:t>
      </w:r>
      <w:proofErr w:type="spellEnd"/>
      <w:r w:rsidRPr="00C4545C">
        <w:rPr>
          <w:sz w:val="22"/>
        </w:rPr>
        <w:t xml:space="preserve"> </w:t>
      </w:r>
      <w:proofErr w:type="spellStart"/>
      <w:r w:rsidRPr="00C4545C">
        <w:rPr>
          <w:sz w:val="22"/>
        </w:rPr>
        <w:t>ќе</w:t>
      </w:r>
      <w:proofErr w:type="spellEnd"/>
      <w:r w:rsidRPr="00C4545C">
        <w:rPr>
          <w:sz w:val="22"/>
        </w:rPr>
        <w:t xml:space="preserve"> </w:t>
      </w:r>
      <w:proofErr w:type="spellStart"/>
      <w:r w:rsidRPr="00C4545C">
        <w:rPr>
          <w:sz w:val="22"/>
        </w:rPr>
        <w:t>имаме</w:t>
      </w:r>
      <w:proofErr w:type="spellEnd"/>
      <w:r w:rsidRPr="00C4545C">
        <w:rPr>
          <w:sz w:val="22"/>
        </w:rPr>
        <w:t xml:space="preserve"> </w:t>
      </w:r>
      <w:proofErr w:type="spellStart"/>
      <w:r w:rsidRPr="00C4545C">
        <w:rPr>
          <w:sz w:val="22"/>
        </w:rPr>
        <w:t>отворена</w:t>
      </w:r>
      <w:proofErr w:type="spellEnd"/>
      <w:r w:rsidRPr="00C4545C">
        <w:rPr>
          <w:sz w:val="22"/>
        </w:rPr>
        <w:t xml:space="preserve"> </w:t>
      </w:r>
      <w:proofErr w:type="spellStart"/>
      <w:r w:rsidRPr="00C4545C">
        <w:rPr>
          <w:sz w:val="22"/>
        </w:rPr>
        <w:t>дискусија</w:t>
      </w:r>
      <w:proofErr w:type="spellEnd"/>
      <w:r w:rsidRPr="00C4545C">
        <w:rPr>
          <w:sz w:val="22"/>
        </w:rPr>
        <w:t xml:space="preserve">, </w:t>
      </w:r>
      <w:proofErr w:type="spellStart"/>
      <w:r w:rsidRPr="00C4545C">
        <w:rPr>
          <w:sz w:val="22"/>
        </w:rPr>
        <w:t>вклучително</w:t>
      </w:r>
      <w:proofErr w:type="spellEnd"/>
      <w:r w:rsidRPr="00C4545C">
        <w:rPr>
          <w:sz w:val="22"/>
        </w:rPr>
        <w:t xml:space="preserve"> и </w:t>
      </w:r>
      <w:proofErr w:type="spellStart"/>
      <w:r w:rsidRPr="00C4545C">
        <w:rPr>
          <w:sz w:val="22"/>
        </w:rPr>
        <w:t>за</w:t>
      </w:r>
      <w:proofErr w:type="spellEnd"/>
      <w:r w:rsidRPr="00C4545C">
        <w:rPr>
          <w:sz w:val="22"/>
        </w:rPr>
        <w:t xml:space="preserve"> </w:t>
      </w:r>
      <w:proofErr w:type="spellStart"/>
      <w:r w:rsidRPr="00C4545C">
        <w:rPr>
          <w:sz w:val="22"/>
        </w:rPr>
        <w:t>работите</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кои</w:t>
      </w:r>
      <w:proofErr w:type="spellEnd"/>
      <w:r w:rsidRPr="00C4545C">
        <w:rPr>
          <w:sz w:val="22"/>
        </w:rPr>
        <w:t xml:space="preserve"> </w:t>
      </w:r>
      <w:proofErr w:type="spellStart"/>
      <w:r w:rsidRPr="00C4545C">
        <w:rPr>
          <w:sz w:val="22"/>
        </w:rPr>
        <w:t>немаме</w:t>
      </w:r>
      <w:proofErr w:type="spellEnd"/>
      <w:r w:rsidRPr="00C4545C">
        <w:rPr>
          <w:sz w:val="22"/>
        </w:rPr>
        <w:t xml:space="preserve"> </w:t>
      </w:r>
      <w:proofErr w:type="spellStart"/>
      <w:r w:rsidRPr="00C4545C">
        <w:rPr>
          <w:sz w:val="22"/>
        </w:rPr>
        <w:t>едноставни</w:t>
      </w:r>
      <w:proofErr w:type="spellEnd"/>
      <w:r w:rsidRPr="00C4545C">
        <w:rPr>
          <w:sz w:val="22"/>
        </w:rPr>
        <w:t xml:space="preserve"> </w:t>
      </w:r>
      <w:r w:rsidR="00C90DBC">
        <w:rPr>
          <w:sz w:val="22"/>
          <w:lang w:val="mk-MK"/>
        </w:rPr>
        <w:t xml:space="preserve">и брзи </w:t>
      </w:r>
      <w:proofErr w:type="spellStart"/>
      <w:r w:rsidRPr="00C4545C">
        <w:rPr>
          <w:sz w:val="22"/>
        </w:rPr>
        <w:t>одговори</w:t>
      </w:r>
      <w:proofErr w:type="spellEnd"/>
      <w:r w:rsidRPr="00C4545C">
        <w:rPr>
          <w:sz w:val="22"/>
        </w:rPr>
        <w:t>.</w:t>
      </w:r>
    </w:p>
    <w:p w14:paraId="3EA11211" w14:textId="0D1C5A57" w:rsidR="00AC07EC" w:rsidRPr="00C4545C" w:rsidRDefault="00000000" w:rsidP="00CD502C">
      <w:pPr>
        <w:jc w:val="both"/>
        <w:rPr>
          <w:sz w:val="22"/>
        </w:rPr>
      </w:pPr>
      <w:proofErr w:type="spellStart"/>
      <w:r w:rsidRPr="00C4545C">
        <w:rPr>
          <w:sz w:val="22"/>
        </w:rPr>
        <w:t>Ако</w:t>
      </w:r>
      <w:proofErr w:type="spellEnd"/>
      <w:r w:rsidRPr="00C4545C">
        <w:rPr>
          <w:sz w:val="22"/>
        </w:rPr>
        <w:t xml:space="preserve"> </w:t>
      </w:r>
      <w:proofErr w:type="spellStart"/>
      <w:r w:rsidRPr="00C4545C">
        <w:rPr>
          <w:sz w:val="22"/>
        </w:rPr>
        <w:t>почнеме</w:t>
      </w:r>
      <w:proofErr w:type="spellEnd"/>
      <w:r w:rsidRPr="00C4545C">
        <w:rPr>
          <w:sz w:val="22"/>
        </w:rPr>
        <w:t xml:space="preserve"> </w:t>
      </w:r>
      <w:proofErr w:type="spellStart"/>
      <w:r w:rsidRPr="00C4545C">
        <w:rPr>
          <w:sz w:val="22"/>
        </w:rPr>
        <w:t>од</w:t>
      </w:r>
      <w:proofErr w:type="spellEnd"/>
      <w:r w:rsidRPr="00C4545C">
        <w:rPr>
          <w:sz w:val="22"/>
        </w:rPr>
        <w:t xml:space="preserve"> </w:t>
      </w:r>
      <w:proofErr w:type="spellStart"/>
      <w:r w:rsidRPr="00C4545C">
        <w:rPr>
          <w:sz w:val="22"/>
        </w:rPr>
        <w:t>бројките</w:t>
      </w:r>
      <w:proofErr w:type="spellEnd"/>
      <w:r w:rsidRPr="00C4545C">
        <w:rPr>
          <w:sz w:val="22"/>
        </w:rPr>
        <w:t xml:space="preserve">, </w:t>
      </w:r>
      <w:r w:rsidR="00CD502C" w:rsidRPr="00C4545C">
        <w:rPr>
          <w:sz w:val="22"/>
          <w:lang w:val="mk-MK"/>
        </w:rPr>
        <w:t xml:space="preserve">а на </w:t>
      </w:r>
      <w:proofErr w:type="spellStart"/>
      <w:r w:rsidRPr="00C4545C">
        <w:rPr>
          <w:sz w:val="22"/>
        </w:rPr>
        <w:t>берзанска</w:t>
      </w:r>
      <w:proofErr w:type="spellEnd"/>
      <w:r w:rsidR="00CD502C" w:rsidRPr="00C4545C">
        <w:rPr>
          <w:sz w:val="22"/>
          <w:lang w:val="mk-MK"/>
        </w:rPr>
        <w:t xml:space="preserve"> конференција од тоа нема бегање,</w:t>
      </w:r>
      <w:r w:rsidRPr="00C4545C">
        <w:rPr>
          <w:sz w:val="22"/>
        </w:rPr>
        <w:t xml:space="preserve"> 2026 </w:t>
      </w:r>
      <w:proofErr w:type="spellStart"/>
      <w:r w:rsidRPr="00C4545C">
        <w:rPr>
          <w:sz w:val="22"/>
        </w:rPr>
        <w:t>година</w:t>
      </w:r>
      <w:proofErr w:type="spellEnd"/>
      <w:r w:rsidRPr="00C4545C">
        <w:rPr>
          <w:sz w:val="22"/>
        </w:rPr>
        <w:t xml:space="preserve"> </w:t>
      </w:r>
      <w:proofErr w:type="spellStart"/>
      <w:r w:rsidRPr="00C4545C">
        <w:rPr>
          <w:sz w:val="22"/>
        </w:rPr>
        <w:t>досега</w:t>
      </w:r>
      <w:proofErr w:type="spellEnd"/>
      <w:r w:rsidRPr="00C4545C">
        <w:rPr>
          <w:sz w:val="22"/>
        </w:rPr>
        <w:t xml:space="preserve"> е </w:t>
      </w:r>
      <w:proofErr w:type="spellStart"/>
      <w:r w:rsidRPr="00C4545C">
        <w:rPr>
          <w:sz w:val="22"/>
        </w:rPr>
        <w:t>послаба</w:t>
      </w:r>
      <w:proofErr w:type="spellEnd"/>
      <w:r w:rsidRPr="00C4545C">
        <w:rPr>
          <w:sz w:val="22"/>
        </w:rPr>
        <w:t xml:space="preserve"> </w:t>
      </w:r>
      <w:proofErr w:type="spellStart"/>
      <w:r w:rsidRPr="00C4545C">
        <w:rPr>
          <w:sz w:val="22"/>
        </w:rPr>
        <w:t>од</w:t>
      </w:r>
      <w:proofErr w:type="spellEnd"/>
      <w:r w:rsidRPr="00C4545C">
        <w:rPr>
          <w:sz w:val="22"/>
        </w:rPr>
        <w:t xml:space="preserve"> </w:t>
      </w:r>
      <w:proofErr w:type="spellStart"/>
      <w:r w:rsidRPr="00C4545C">
        <w:rPr>
          <w:sz w:val="22"/>
        </w:rPr>
        <w:t>претходната</w:t>
      </w:r>
      <w:proofErr w:type="spellEnd"/>
      <w:r w:rsidRPr="00C4545C">
        <w:rPr>
          <w:sz w:val="22"/>
        </w:rPr>
        <w:t>.</w:t>
      </w:r>
    </w:p>
    <w:p w14:paraId="3A1542F5" w14:textId="4F95F41D" w:rsidR="00AC07EC" w:rsidRPr="00C4545C" w:rsidRDefault="00000000" w:rsidP="00CD502C">
      <w:pPr>
        <w:jc w:val="both"/>
        <w:rPr>
          <w:sz w:val="22"/>
        </w:rPr>
      </w:pPr>
      <w:proofErr w:type="spellStart"/>
      <w:r w:rsidRPr="00C4545C">
        <w:rPr>
          <w:sz w:val="22"/>
        </w:rPr>
        <w:t>Заклучно</w:t>
      </w:r>
      <w:proofErr w:type="spellEnd"/>
      <w:r w:rsidRPr="00C4545C">
        <w:rPr>
          <w:sz w:val="22"/>
        </w:rPr>
        <w:t xml:space="preserve"> </w:t>
      </w:r>
      <w:proofErr w:type="spellStart"/>
      <w:r w:rsidRPr="00C4545C">
        <w:rPr>
          <w:sz w:val="22"/>
        </w:rPr>
        <w:t>со</w:t>
      </w:r>
      <w:proofErr w:type="spellEnd"/>
      <w:r w:rsidRPr="00C4545C">
        <w:rPr>
          <w:sz w:val="22"/>
        </w:rPr>
        <w:t xml:space="preserve"> 15 </w:t>
      </w:r>
      <w:proofErr w:type="spellStart"/>
      <w:r w:rsidRPr="00C4545C">
        <w:rPr>
          <w:sz w:val="22"/>
        </w:rPr>
        <w:t>септември</w:t>
      </w:r>
      <w:proofErr w:type="spellEnd"/>
      <w:r w:rsidRPr="00C4545C">
        <w:rPr>
          <w:sz w:val="22"/>
        </w:rPr>
        <w:t xml:space="preserve">, </w:t>
      </w:r>
      <w:proofErr w:type="spellStart"/>
      <w:r w:rsidRPr="00C4545C">
        <w:rPr>
          <w:sz w:val="22"/>
        </w:rPr>
        <w:t>вкупниот</w:t>
      </w:r>
      <w:proofErr w:type="spellEnd"/>
      <w:r w:rsidRPr="00C4545C">
        <w:rPr>
          <w:sz w:val="22"/>
        </w:rPr>
        <w:t xml:space="preserve"> </w:t>
      </w:r>
      <w:proofErr w:type="spellStart"/>
      <w:r w:rsidRPr="00C4545C">
        <w:rPr>
          <w:sz w:val="22"/>
        </w:rPr>
        <w:t>промет</w:t>
      </w:r>
      <w:proofErr w:type="spellEnd"/>
      <w:r w:rsidRPr="00C4545C">
        <w:rPr>
          <w:sz w:val="22"/>
        </w:rPr>
        <w:t xml:space="preserve"> </w:t>
      </w:r>
      <w:proofErr w:type="spellStart"/>
      <w:r w:rsidRPr="00C4545C">
        <w:rPr>
          <w:sz w:val="22"/>
        </w:rPr>
        <w:t>изнесува</w:t>
      </w:r>
      <w:proofErr w:type="spellEnd"/>
      <w:r w:rsidRPr="00C4545C">
        <w:rPr>
          <w:sz w:val="22"/>
        </w:rPr>
        <w:t xml:space="preserve"> </w:t>
      </w:r>
      <w:proofErr w:type="spellStart"/>
      <w:r w:rsidRPr="00C4545C">
        <w:rPr>
          <w:sz w:val="22"/>
        </w:rPr>
        <w:t>околу</w:t>
      </w:r>
      <w:proofErr w:type="spellEnd"/>
      <w:r w:rsidRPr="00C4545C">
        <w:rPr>
          <w:sz w:val="22"/>
        </w:rPr>
        <w:t xml:space="preserve"> 89,8 </w:t>
      </w:r>
      <w:proofErr w:type="spellStart"/>
      <w:r w:rsidRPr="00C4545C">
        <w:rPr>
          <w:sz w:val="22"/>
        </w:rPr>
        <w:t>милиони</w:t>
      </w:r>
      <w:proofErr w:type="spellEnd"/>
      <w:r w:rsidRPr="00C4545C">
        <w:rPr>
          <w:sz w:val="22"/>
        </w:rPr>
        <w:t xml:space="preserve"> </w:t>
      </w:r>
      <w:proofErr w:type="spellStart"/>
      <w:r w:rsidRPr="00C4545C">
        <w:rPr>
          <w:sz w:val="22"/>
        </w:rPr>
        <w:t>евра</w:t>
      </w:r>
      <w:proofErr w:type="spellEnd"/>
      <w:r w:rsidRPr="00C4545C">
        <w:rPr>
          <w:sz w:val="22"/>
        </w:rPr>
        <w:t xml:space="preserve">, </w:t>
      </w:r>
      <w:proofErr w:type="spellStart"/>
      <w:r w:rsidRPr="00C4545C">
        <w:rPr>
          <w:sz w:val="22"/>
        </w:rPr>
        <w:t>односно</w:t>
      </w:r>
      <w:proofErr w:type="spellEnd"/>
      <w:r w:rsidRPr="00C4545C">
        <w:rPr>
          <w:sz w:val="22"/>
        </w:rPr>
        <w:t xml:space="preserve"> </w:t>
      </w:r>
      <w:proofErr w:type="spellStart"/>
      <w:r w:rsidRPr="00C4545C">
        <w:rPr>
          <w:sz w:val="22"/>
        </w:rPr>
        <w:t>околу</w:t>
      </w:r>
      <w:proofErr w:type="spellEnd"/>
      <w:r w:rsidRPr="00C4545C">
        <w:rPr>
          <w:sz w:val="22"/>
        </w:rPr>
        <w:t xml:space="preserve"> 8% </w:t>
      </w:r>
      <w:proofErr w:type="spellStart"/>
      <w:r w:rsidRPr="00C4545C">
        <w:rPr>
          <w:sz w:val="22"/>
        </w:rPr>
        <w:t>помалку</w:t>
      </w:r>
      <w:proofErr w:type="spellEnd"/>
      <w:r w:rsidRPr="00C4545C">
        <w:rPr>
          <w:sz w:val="22"/>
        </w:rPr>
        <w:t xml:space="preserve"> </w:t>
      </w:r>
      <w:proofErr w:type="spellStart"/>
      <w:r w:rsidRPr="00C4545C">
        <w:rPr>
          <w:sz w:val="22"/>
        </w:rPr>
        <w:t>од</w:t>
      </w:r>
      <w:proofErr w:type="spellEnd"/>
      <w:r w:rsidRPr="00C4545C">
        <w:rPr>
          <w:sz w:val="22"/>
        </w:rPr>
        <w:t xml:space="preserve"> </w:t>
      </w:r>
      <w:proofErr w:type="spellStart"/>
      <w:r w:rsidRPr="00C4545C">
        <w:rPr>
          <w:sz w:val="22"/>
        </w:rPr>
        <w:t>истиот</w:t>
      </w:r>
      <w:proofErr w:type="spellEnd"/>
      <w:r w:rsidRPr="00C4545C">
        <w:rPr>
          <w:sz w:val="22"/>
        </w:rPr>
        <w:t xml:space="preserve"> </w:t>
      </w:r>
      <w:proofErr w:type="spellStart"/>
      <w:r w:rsidRPr="00C4545C">
        <w:rPr>
          <w:sz w:val="22"/>
        </w:rPr>
        <w:t>период</w:t>
      </w:r>
      <w:proofErr w:type="spellEnd"/>
      <w:r w:rsidRPr="00C4545C">
        <w:rPr>
          <w:sz w:val="22"/>
        </w:rPr>
        <w:t xml:space="preserve"> </w:t>
      </w:r>
      <w:proofErr w:type="spellStart"/>
      <w:r w:rsidRPr="00C4545C">
        <w:rPr>
          <w:sz w:val="22"/>
        </w:rPr>
        <w:t>лани</w:t>
      </w:r>
      <w:proofErr w:type="spellEnd"/>
      <w:r w:rsidRPr="00C4545C">
        <w:rPr>
          <w:sz w:val="22"/>
        </w:rPr>
        <w:t xml:space="preserve">. </w:t>
      </w:r>
      <w:proofErr w:type="spellStart"/>
      <w:r w:rsidRPr="00C4545C">
        <w:rPr>
          <w:sz w:val="22"/>
        </w:rPr>
        <w:t>Но</w:t>
      </w:r>
      <w:proofErr w:type="spellEnd"/>
      <w:r w:rsidRPr="00C4545C">
        <w:rPr>
          <w:sz w:val="22"/>
        </w:rPr>
        <w:t xml:space="preserve">, </w:t>
      </w:r>
      <w:proofErr w:type="spellStart"/>
      <w:r w:rsidRPr="00C4545C">
        <w:rPr>
          <w:sz w:val="22"/>
        </w:rPr>
        <w:t>зад</w:t>
      </w:r>
      <w:proofErr w:type="spellEnd"/>
      <w:r w:rsidRPr="00C4545C">
        <w:rPr>
          <w:sz w:val="22"/>
        </w:rPr>
        <w:t xml:space="preserve"> </w:t>
      </w:r>
      <w:proofErr w:type="spellStart"/>
      <w:r w:rsidRPr="00C4545C">
        <w:rPr>
          <w:sz w:val="22"/>
        </w:rPr>
        <w:t>овој</w:t>
      </w:r>
      <w:proofErr w:type="spellEnd"/>
      <w:r w:rsidRPr="00C4545C">
        <w:rPr>
          <w:sz w:val="22"/>
        </w:rPr>
        <w:t xml:space="preserve"> </w:t>
      </w:r>
      <w:proofErr w:type="spellStart"/>
      <w:r w:rsidRPr="00C4545C">
        <w:rPr>
          <w:sz w:val="22"/>
        </w:rPr>
        <w:t>релативно</w:t>
      </w:r>
      <w:proofErr w:type="spellEnd"/>
      <w:r w:rsidRPr="00C4545C">
        <w:rPr>
          <w:sz w:val="22"/>
        </w:rPr>
        <w:t xml:space="preserve"> </w:t>
      </w:r>
      <w:proofErr w:type="spellStart"/>
      <w:r w:rsidRPr="00C4545C">
        <w:rPr>
          <w:sz w:val="22"/>
        </w:rPr>
        <w:t>умерен</w:t>
      </w:r>
      <w:proofErr w:type="spellEnd"/>
      <w:r w:rsidRPr="00C4545C">
        <w:rPr>
          <w:sz w:val="22"/>
        </w:rPr>
        <w:t xml:space="preserve"> </w:t>
      </w:r>
      <w:proofErr w:type="spellStart"/>
      <w:r w:rsidRPr="00C4545C">
        <w:rPr>
          <w:sz w:val="22"/>
        </w:rPr>
        <w:t>пад</w:t>
      </w:r>
      <w:proofErr w:type="spellEnd"/>
      <w:r w:rsidRPr="00C4545C">
        <w:rPr>
          <w:sz w:val="22"/>
        </w:rPr>
        <w:t xml:space="preserve"> </w:t>
      </w:r>
      <w:proofErr w:type="spellStart"/>
      <w:r w:rsidRPr="00C4545C">
        <w:rPr>
          <w:sz w:val="22"/>
        </w:rPr>
        <w:t>има</w:t>
      </w:r>
      <w:proofErr w:type="spellEnd"/>
      <w:r w:rsidRPr="00C4545C">
        <w:rPr>
          <w:sz w:val="22"/>
        </w:rPr>
        <w:t xml:space="preserve"> </w:t>
      </w:r>
      <w:proofErr w:type="spellStart"/>
      <w:r w:rsidRPr="00C4545C">
        <w:rPr>
          <w:sz w:val="22"/>
        </w:rPr>
        <w:t>позначајна</w:t>
      </w:r>
      <w:proofErr w:type="spellEnd"/>
      <w:r w:rsidRPr="00C4545C">
        <w:rPr>
          <w:sz w:val="22"/>
        </w:rPr>
        <w:t xml:space="preserve"> </w:t>
      </w:r>
      <w:proofErr w:type="spellStart"/>
      <w:r w:rsidRPr="00C4545C">
        <w:rPr>
          <w:sz w:val="22"/>
        </w:rPr>
        <w:t>промена</w:t>
      </w:r>
      <w:proofErr w:type="spellEnd"/>
      <w:r w:rsidRPr="00C4545C">
        <w:rPr>
          <w:sz w:val="22"/>
        </w:rPr>
        <w:t xml:space="preserve"> </w:t>
      </w:r>
      <w:proofErr w:type="spellStart"/>
      <w:r w:rsidRPr="00C4545C">
        <w:rPr>
          <w:sz w:val="22"/>
        </w:rPr>
        <w:t>во</w:t>
      </w:r>
      <w:proofErr w:type="spellEnd"/>
      <w:r w:rsidRPr="00C4545C">
        <w:rPr>
          <w:sz w:val="22"/>
        </w:rPr>
        <w:t xml:space="preserve"> </w:t>
      </w:r>
      <w:proofErr w:type="spellStart"/>
      <w:r w:rsidRPr="00C4545C">
        <w:rPr>
          <w:sz w:val="22"/>
        </w:rPr>
        <w:t>структурата</w:t>
      </w:r>
      <w:proofErr w:type="spellEnd"/>
      <w:r w:rsidRPr="00C4545C">
        <w:rPr>
          <w:sz w:val="22"/>
        </w:rPr>
        <w:t xml:space="preserve">. </w:t>
      </w:r>
      <w:proofErr w:type="spellStart"/>
      <w:r w:rsidRPr="00C4545C">
        <w:rPr>
          <w:sz w:val="22"/>
        </w:rPr>
        <w:t>Класичното</w:t>
      </w:r>
      <w:proofErr w:type="spellEnd"/>
      <w:r w:rsidRPr="00C4545C">
        <w:rPr>
          <w:sz w:val="22"/>
        </w:rPr>
        <w:t xml:space="preserve"> </w:t>
      </w:r>
      <w:proofErr w:type="spellStart"/>
      <w:r w:rsidRPr="00C4545C">
        <w:rPr>
          <w:sz w:val="22"/>
        </w:rPr>
        <w:t>тргување</w:t>
      </w:r>
      <w:proofErr w:type="spellEnd"/>
      <w:r w:rsidRPr="00C4545C">
        <w:rPr>
          <w:sz w:val="22"/>
        </w:rPr>
        <w:t xml:space="preserve"> е </w:t>
      </w:r>
      <w:proofErr w:type="spellStart"/>
      <w:r w:rsidRPr="00C4545C">
        <w:rPr>
          <w:sz w:val="22"/>
        </w:rPr>
        <w:t>околу</w:t>
      </w:r>
      <w:proofErr w:type="spellEnd"/>
      <w:r w:rsidRPr="00C4545C">
        <w:rPr>
          <w:sz w:val="22"/>
        </w:rPr>
        <w:t xml:space="preserve"> 45,6 </w:t>
      </w:r>
      <w:proofErr w:type="spellStart"/>
      <w:r w:rsidRPr="00C4545C">
        <w:rPr>
          <w:sz w:val="22"/>
        </w:rPr>
        <w:t>милиони</w:t>
      </w:r>
      <w:proofErr w:type="spellEnd"/>
      <w:r w:rsidRPr="00C4545C">
        <w:rPr>
          <w:sz w:val="22"/>
        </w:rPr>
        <w:t xml:space="preserve"> </w:t>
      </w:r>
      <w:proofErr w:type="spellStart"/>
      <w:r w:rsidRPr="00C4545C">
        <w:rPr>
          <w:sz w:val="22"/>
        </w:rPr>
        <w:t>евра</w:t>
      </w:r>
      <w:proofErr w:type="spellEnd"/>
      <w:r w:rsidRPr="00C4545C">
        <w:rPr>
          <w:sz w:val="22"/>
        </w:rPr>
        <w:t xml:space="preserve"> и е </w:t>
      </w:r>
      <w:proofErr w:type="spellStart"/>
      <w:r w:rsidRPr="00C4545C">
        <w:rPr>
          <w:sz w:val="22"/>
        </w:rPr>
        <w:t>намалено</w:t>
      </w:r>
      <w:proofErr w:type="spellEnd"/>
      <w:r w:rsidRPr="00C4545C">
        <w:rPr>
          <w:sz w:val="22"/>
        </w:rPr>
        <w:t xml:space="preserve"> </w:t>
      </w:r>
      <w:proofErr w:type="spellStart"/>
      <w:r w:rsidRPr="00C4545C">
        <w:rPr>
          <w:sz w:val="22"/>
        </w:rPr>
        <w:t>за</w:t>
      </w:r>
      <w:proofErr w:type="spellEnd"/>
      <w:r w:rsidRPr="00C4545C">
        <w:rPr>
          <w:sz w:val="22"/>
        </w:rPr>
        <w:t xml:space="preserve"> 27%. </w:t>
      </w:r>
      <w:proofErr w:type="spellStart"/>
      <w:r w:rsidRPr="00C4545C">
        <w:rPr>
          <w:sz w:val="22"/>
        </w:rPr>
        <w:t>Блок-трансакциите</w:t>
      </w:r>
      <w:proofErr w:type="spellEnd"/>
      <w:r w:rsidRPr="00C4545C">
        <w:rPr>
          <w:sz w:val="22"/>
        </w:rPr>
        <w:t xml:space="preserve">, </w:t>
      </w:r>
      <w:proofErr w:type="spellStart"/>
      <w:r w:rsidRPr="00C4545C">
        <w:rPr>
          <w:sz w:val="22"/>
        </w:rPr>
        <w:t>пак</w:t>
      </w:r>
      <w:proofErr w:type="spellEnd"/>
      <w:r w:rsidRPr="00C4545C">
        <w:rPr>
          <w:sz w:val="22"/>
        </w:rPr>
        <w:t xml:space="preserve">, </w:t>
      </w:r>
      <w:proofErr w:type="spellStart"/>
      <w:r w:rsidRPr="00C4545C">
        <w:rPr>
          <w:sz w:val="22"/>
        </w:rPr>
        <w:t>надминуваат</w:t>
      </w:r>
      <w:proofErr w:type="spellEnd"/>
      <w:r w:rsidRPr="00C4545C">
        <w:rPr>
          <w:sz w:val="22"/>
        </w:rPr>
        <w:t xml:space="preserve"> 40 </w:t>
      </w:r>
      <w:proofErr w:type="spellStart"/>
      <w:r w:rsidRPr="00C4545C">
        <w:rPr>
          <w:sz w:val="22"/>
        </w:rPr>
        <w:t>милиони</w:t>
      </w:r>
      <w:proofErr w:type="spellEnd"/>
      <w:r w:rsidRPr="00C4545C">
        <w:rPr>
          <w:sz w:val="22"/>
        </w:rPr>
        <w:t xml:space="preserve"> </w:t>
      </w:r>
      <w:proofErr w:type="spellStart"/>
      <w:r w:rsidRPr="00C4545C">
        <w:rPr>
          <w:sz w:val="22"/>
        </w:rPr>
        <w:t>евра</w:t>
      </w:r>
      <w:proofErr w:type="spellEnd"/>
      <w:r w:rsidRPr="00C4545C">
        <w:rPr>
          <w:sz w:val="22"/>
        </w:rPr>
        <w:t xml:space="preserve"> и </w:t>
      </w:r>
      <w:proofErr w:type="spellStart"/>
      <w:r w:rsidRPr="00C4545C">
        <w:rPr>
          <w:sz w:val="22"/>
        </w:rPr>
        <w:t>се</w:t>
      </w:r>
      <w:proofErr w:type="spellEnd"/>
      <w:r w:rsidRPr="00C4545C">
        <w:rPr>
          <w:sz w:val="22"/>
        </w:rPr>
        <w:t xml:space="preserve"> </w:t>
      </w:r>
      <w:proofErr w:type="spellStart"/>
      <w:r w:rsidRPr="00C4545C">
        <w:rPr>
          <w:sz w:val="22"/>
        </w:rPr>
        <w:t>зголемени</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околу</w:t>
      </w:r>
      <w:proofErr w:type="spellEnd"/>
      <w:r w:rsidRPr="00C4545C">
        <w:rPr>
          <w:sz w:val="22"/>
        </w:rPr>
        <w:t xml:space="preserve"> 159%.</w:t>
      </w:r>
      <w:r w:rsidR="00C90DBC">
        <w:rPr>
          <w:sz w:val="22"/>
          <w:lang w:val="mk-MK"/>
        </w:rPr>
        <w:t xml:space="preserve"> </w:t>
      </w:r>
      <w:proofErr w:type="spellStart"/>
      <w:r w:rsidRPr="00C4545C">
        <w:rPr>
          <w:sz w:val="22"/>
        </w:rPr>
        <w:t>Просечно</w:t>
      </w:r>
      <w:proofErr w:type="spellEnd"/>
      <w:r w:rsidRPr="00C4545C">
        <w:rPr>
          <w:sz w:val="22"/>
        </w:rPr>
        <w:t xml:space="preserve"> </w:t>
      </w:r>
      <w:proofErr w:type="spellStart"/>
      <w:r w:rsidRPr="00C4545C">
        <w:rPr>
          <w:sz w:val="22"/>
        </w:rPr>
        <w:t>дневно</w:t>
      </w:r>
      <w:proofErr w:type="spellEnd"/>
      <w:r w:rsidRPr="00C4545C">
        <w:rPr>
          <w:sz w:val="22"/>
        </w:rPr>
        <w:t xml:space="preserve"> </w:t>
      </w:r>
      <w:proofErr w:type="spellStart"/>
      <w:r w:rsidRPr="00C4545C">
        <w:rPr>
          <w:sz w:val="22"/>
        </w:rPr>
        <w:t>во</w:t>
      </w:r>
      <w:proofErr w:type="spellEnd"/>
      <w:r w:rsidRPr="00C4545C">
        <w:rPr>
          <w:sz w:val="22"/>
        </w:rPr>
        <w:t xml:space="preserve"> </w:t>
      </w:r>
      <w:r w:rsidR="00CD502C" w:rsidRPr="00C4545C">
        <w:rPr>
          <w:sz w:val="22"/>
          <w:lang w:val="mk-MK"/>
        </w:rPr>
        <w:t>БЕСТ системот</w:t>
      </w:r>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склучуваат</w:t>
      </w:r>
      <w:proofErr w:type="spellEnd"/>
      <w:r w:rsidRPr="00C4545C">
        <w:rPr>
          <w:sz w:val="22"/>
        </w:rPr>
        <w:t xml:space="preserve"> 68 </w:t>
      </w:r>
      <w:proofErr w:type="spellStart"/>
      <w:r w:rsidRPr="00C4545C">
        <w:rPr>
          <w:sz w:val="22"/>
        </w:rPr>
        <w:t>трансакции</w:t>
      </w:r>
      <w:proofErr w:type="spellEnd"/>
      <w:r w:rsidRPr="00C4545C">
        <w:rPr>
          <w:sz w:val="22"/>
        </w:rPr>
        <w:t xml:space="preserve">, </w:t>
      </w:r>
      <w:proofErr w:type="spellStart"/>
      <w:r w:rsidRPr="00C4545C">
        <w:rPr>
          <w:sz w:val="22"/>
        </w:rPr>
        <w:t>наспроти</w:t>
      </w:r>
      <w:proofErr w:type="spellEnd"/>
      <w:r w:rsidRPr="00C4545C">
        <w:rPr>
          <w:sz w:val="22"/>
        </w:rPr>
        <w:t xml:space="preserve"> 85 </w:t>
      </w:r>
      <w:proofErr w:type="spellStart"/>
      <w:r w:rsidRPr="00C4545C">
        <w:rPr>
          <w:sz w:val="22"/>
        </w:rPr>
        <w:t>лани</w:t>
      </w:r>
      <w:proofErr w:type="spellEnd"/>
      <w:r w:rsidRPr="00C4545C">
        <w:rPr>
          <w:sz w:val="22"/>
        </w:rPr>
        <w:t xml:space="preserve">. МБИ10 </w:t>
      </w:r>
      <w:proofErr w:type="spellStart"/>
      <w:r w:rsidRPr="00C4545C">
        <w:rPr>
          <w:sz w:val="22"/>
        </w:rPr>
        <w:t>на</w:t>
      </w:r>
      <w:proofErr w:type="spellEnd"/>
      <w:r w:rsidRPr="00C4545C">
        <w:rPr>
          <w:sz w:val="22"/>
        </w:rPr>
        <w:t xml:space="preserve"> 15 </w:t>
      </w:r>
      <w:proofErr w:type="spellStart"/>
      <w:r w:rsidRPr="00C4545C">
        <w:rPr>
          <w:sz w:val="22"/>
        </w:rPr>
        <w:t>септември</w:t>
      </w:r>
      <w:proofErr w:type="spellEnd"/>
      <w:r w:rsidRPr="00C4545C">
        <w:rPr>
          <w:sz w:val="22"/>
        </w:rPr>
        <w:t xml:space="preserve"> </w:t>
      </w:r>
      <w:proofErr w:type="spellStart"/>
      <w:r w:rsidRPr="00C4545C">
        <w:rPr>
          <w:sz w:val="22"/>
        </w:rPr>
        <w:t>изнесува</w:t>
      </w:r>
      <w:proofErr w:type="spellEnd"/>
      <w:r w:rsidR="00C90DBC">
        <w:rPr>
          <w:sz w:val="22"/>
          <w:lang w:val="mk-MK"/>
        </w:rPr>
        <w:t>ше</w:t>
      </w:r>
      <w:r w:rsidRPr="00C4545C">
        <w:rPr>
          <w:sz w:val="22"/>
        </w:rPr>
        <w:t xml:space="preserve"> 9.151 </w:t>
      </w:r>
      <w:proofErr w:type="spellStart"/>
      <w:r w:rsidRPr="00C4545C">
        <w:rPr>
          <w:sz w:val="22"/>
        </w:rPr>
        <w:t>поен</w:t>
      </w:r>
      <w:proofErr w:type="spellEnd"/>
      <w:r w:rsidRPr="00C4545C">
        <w:rPr>
          <w:sz w:val="22"/>
        </w:rPr>
        <w:t xml:space="preserve">, </w:t>
      </w:r>
      <w:proofErr w:type="spellStart"/>
      <w:r w:rsidRPr="00C4545C">
        <w:rPr>
          <w:sz w:val="22"/>
        </w:rPr>
        <w:t>што</w:t>
      </w:r>
      <w:proofErr w:type="spellEnd"/>
      <w:r w:rsidRPr="00C4545C">
        <w:rPr>
          <w:sz w:val="22"/>
        </w:rPr>
        <w:t xml:space="preserve"> е </w:t>
      </w:r>
      <w:r w:rsidR="00D25EED" w:rsidRPr="00C4545C">
        <w:rPr>
          <w:sz w:val="22"/>
          <w:lang w:val="mk-MK"/>
        </w:rPr>
        <w:t xml:space="preserve">за </w:t>
      </w:r>
      <w:proofErr w:type="spellStart"/>
      <w:r w:rsidRPr="00C4545C">
        <w:rPr>
          <w:sz w:val="22"/>
        </w:rPr>
        <w:t>околу</w:t>
      </w:r>
      <w:proofErr w:type="spellEnd"/>
      <w:r w:rsidR="00D25EED" w:rsidRPr="00C4545C">
        <w:rPr>
          <w:sz w:val="22"/>
          <w:lang w:val="mk-MK"/>
        </w:rPr>
        <w:t xml:space="preserve"> 8,</w:t>
      </w:r>
      <w:r w:rsidR="001A54B7">
        <w:rPr>
          <w:sz w:val="22"/>
        </w:rPr>
        <w:t>9</w:t>
      </w:r>
      <w:r w:rsidR="00D25EED" w:rsidRPr="00C4545C">
        <w:rPr>
          <w:sz w:val="22"/>
          <w:lang w:val="mk-MK"/>
        </w:rPr>
        <w:t>% пониско мерено од крајот на 2025-та или</w:t>
      </w:r>
      <w:r w:rsidRPr="00C4545C">
        <w:rPr>
          <w:sz w:val="22"/>
        </w:rPr>
        <w:t xml:space="preserve"> 12% </w:t>
      </w:r>
      <w:proofErr w:type="spellStart"/>
      <w:r w:rsidRPr="00C4545C">
        <w:rPr>
          <w:sz w:val="22"/>
        </w:rPr>
        <w:t>под</w:t>
      </w:r>
      <w:proofErr w:type="spellEnd"/>
      <w:r w:rsidRPr="00C4545C">
        <w:rPr>
          <w:sz w:val="22"/>
        </w:rPr>
        <w:t xml:space="preserve"> </w:t>
      </w:r>
      <w:proofErr w:type="spellStart"/>
      <w:r w:rsidRPr="00C4545C">
        <w:rPr>
          <w:sz w:val="22"/>
        </w:rPr>
        <w:t>нивото</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истиот</w:t>
      </w:r>
      <w:proofErr w:type="spellEnd"/>
      <w:r w:rsidRPr="00C4545C">
        <w:rPr>
          <w:sz w:val="22"/>
        </w:rPr>
        <w:t xml:space="preserve"> </w:t>
      </w:r>
      <w:proofErr w:type="spellStart"/>
      <w:r w:rsidRPr="00C4545C">
        <w:rPr>
          <w:sz w:val="22"/>
        </w:rPr>
        <w:t>датум</w:t>
      </w:r>
      <w:proofErr w:type="spellEnd"/>
      <w:r w:rsidRPr="00C4545C">
        <w:rPr>
          <w:sz w:val="22"/>
        </w:rPr>
        <w:t xml:space="preserve"> </w:t>
      </w:r>
      <w:proofErr w:type="spellStart"/>
      <w:r w:rsidRPr="00C4545C">
        <w:rPr>
          <w:sz w:val="22"/>
        </w:rPr>
        <w:t>минатата</w:t>
      </w:r>
      <w:proofErr w:type="spellEnd"/>
      <w:r w:rsidRPr="00C4545C">
        <w:rPr>
          <w:sz w:val="22"/>
        </w:rPr>
        <w:t xml:space="preserve"> </w:t>
      </w:r>
      <w:proofErr w:type="spellStart"/>
      <w:r w:rsidRPr="00C4545C">
        <w:rPr>
          <w:sz w:val="22"/>
        </w:rPr>
        <w:t>година</w:t>
      </w:r>
      <w:proofErr w:type="spellEnd"/>
      <w:r w:rsidRPr="00C4545C">
        <w:rPr>
          <w:sz w:val="22"/>
        </w:rPr>
        <w:t>.</w:t>
      </w:r>
    </w:p>
    <w:p w14:paraId="5CB68DB0" w14:textId="4F9DA322" w:rsidR="00AC07EC" w:rsidRPr="00C4545C" w:rsidRDefault="00000000" w:rsidP="00CD502C">
      <w:pPr>
        <w:jc w:val="both"/>
        <w:rPr>
          <w:sz w:val="22"/>
        </w:rPr>
      </w:pPr>
      <w:proofErr w:type="spellStart"/>
      <w:r w:rsidRPr="00C4545C">
        <w:rPr>
          <w:sz w:val="22"/>
        </w:rPr>
        <w:t>Значи</w:t>
      </w:r>
      <w:proofErr w:type="spellEnd"/>
      <w:r w:rsidRPr="00C4545C">
        <w:rPr>
          <w:sz w:val="22"/>
        </w:rPr>
        <w:t xml:space="preserve">, </w:t>
      </w:r>
      <w:proofErr w:type="spellStart"/>
      <w:r w:rsidRPr="00C4545C">
        <w:rPr>
          <w:sz w:val="22"/>
        </w:rPr>
        <w:t>големите</w:t>
      </w:r>
      <w:proofErr w:type="spellEnd"/>
      <w:r w:rsidRPr="00C4545C">
        <w:rPr>
          <w:sz w:val="22"/>
        </w:rPr>
        <w:t xml:space="preserve"> </w:t>
      </w:r>
      <w:proofErr w:type="spellStart"/>
      <w:r w:rsidRPr="00C4545C">
        <w:rPr>
          <w:sz w:val="22"/>
        </w:rPr>
        <w:t>трансакции</w:t>
      </w:r>
      <w:proofErr w:type="spellEnd"/>
      <w:r w:rsidRPr="00C4545C">
        <w:rPr>
          <w:sz w:val="22"/>
        </w:rPr>
        <w:t xml:space="preserve"> </w:t>
      </w:r>
      <w:proofErr w:type="spellStart"/>
      <w:r w:rsidRPr="00C4545C">
        <w:rPr>
          <w:sz w:val="22"/>
        </w:rPr>
        <w:t>значително</w:t>
      </w:r>
      <w:proofErr w:type="spellEnd"/>
      <w:r w:rsidRPr="00C4545C">
        <w:rPr>
          <w:sz w:val="22"/>
        </w:rPr>
        <w:t xml:space="preserve"> </w:t>
      </w:r>
      <w:proofErr w:type="spellStart"/>
      <w:r w:rsidRPr="00C4545C">
        <w:rPr>
          <w:sz w:val="22"/>
        </w:rPr>
        <w:t>го</w:t>
      </w:r>
      <w:proofErr w:type="spellEnd"/>
      <w:r w:rsidRPr="00C4545C">
        <w:rPr>
          <w:sz w:val="22"/>
        </w:rPr>
        <w:t xml:space="preserve"> </w:t>
      </w:r>
      <w:proofErr w:type="spellStart"/>
      <w:r w:rsidRPr="00C4545C">
        <w:rPr>
          <w:sz w:val="22"/>
        </w:rPr>
        <w:t>поддржуваат</w:t>
      </w:r>
      <w:proofErr w:type="spellEnd"/>
      <w:r w:rsidRPr="00C4545C">
        <w:rPr>
          <w:sz w:val="22"/>
        </w:rPr>
        <w:t xml:space="preserve"> </w:t>
      </w:r>
      <w:proofErr w:type="spellStart"/>
      <w:r w:rsidRPr="00C4545C">
        <w:rPr>
          <w:sz w:val="22"/>
        </w:rPr>
        <w:t>вкупниот</w:t>
      </w:r>
      <w:proofErr w:type="spellEnd"/>
      <w:r w:rsidRPr="00C4545C">
        <w:rPr>
          <w:sz w:val="22"/>
        </w:rPr>
        <w:t xml:space="preserve"> </w:t>
      </w:r>
      <w:proofErr w:type="spellStart"/>
      <w:r w:rsidRPr="00C4545C">
        <w:rPr>
          <w:sz w:val="22"/>
        </w:rPr>
        <w:t>промет</w:t>
      </w:r>
      <w:proofErr w:type="spellEnd"/>
      <w:r w:rsidRPr="00C4545C">
        <w:rPr>
          <w:sz w:val="22"/>
        </w:rPr>
        <w:t xml:space="preserve">, </w:t>
      </w:r>
      <w:proofErr w:type="spellStart"/>
      <w:r w:rsidRPr="00C4545C">
        <w:rPr>
          <w:sz w:val="22"/>
        </w:rPr>
        <w:t>но</w:t>
      </w:r>
      <w:proofErr w:type="spellEnd"/>
      <w:r w:rsidRPr="00C4545C">
        <w:rPr>
          <w:sz w:val="22"/>
        </w:rPr>
        <w:t xml:space="preserve"> </w:t>
      </w:r>
      <w:proofErr w:type="spellStart"/>
      <w:r w:rsidRPr="00C4545C">
        <w:rPr>
          <w:sz w:val="22"/>
        </w:rPr>
        <w:t>секојдневното</w:t>
      </w:r>
      <w:proofErr w:type="spellEnd"/>
      <w:r w:rsidRPr="00C4545C">
        <w:rPr>
          <w:sz w:val="22"/>
        </w:rPr>
        <w:t xml:space="preserve"> </w:t>
      </w:r>
      <w:r w:rsidR="00D25EED" w:rsidRPr="00C4545C">
        <w:rPr>
          <w:sz w:val="22"/>
          <w:lang w:val="mk-MK"/>
        </w:rPr>
        <w:t xml:space="preserve">класично </w:t>
      </w:r>
      <w:proofErr w:type="spellStart"/>
      <w:r w:rsidRPr="00C4545C">
        <w:rPr>
          <w:sz w:val="22"/>
        </w:rPr>
        <w:t>тргување</w:t>
      </w:r>
      <w:proofErr w:type="spellEnd"/>
      <w:r w:rsidRPr="00C4545C">
        <w:rPr>
          <w:sz w:val="22"/>
        </w:rPr>
        <w:t xml:space="preserve"> е </w:t>
      </w:r>
      <w:proofErr w:type="spellStart"/>
      <w:r w:rsidRPr="00C4545C">
        <w:rPr>
          <w:sz w:val="22"/>
        </w:rPr>
        <w:t>видливо</w:t>
      </w:r>
      <w:proofErr w:type="spellEnd"/>
      <w:r w:rsidRPr="00C4545C">
        <w:rPr>
          <w:sz w:val="22"/>
        </w:rPr>
        <w:t xml:space="preserve"> </w:t>
      </w:r>
      <w:proofErr w:type="spellStart"/>
      <w:r w:rsidRPr="00C4545C">
        <w:rPr>
          <w:sz w:val="22"/>
        </w:rPr>
        <w:t>потивко</w:t>
      </w:r>
      <w:proofErr w:type="spellEnd"/>
      <w:r w:rsidRPr="00C4545C">
        <w:rPr>
          <w:sz w:val="22"/>
        </w:rPr>
        <w:t xml:space="preserve">. </w:t>
      </w:r>
      <w:r w:rsidR="00F54B42" w:rsidRPr="00C4545C">
        <w:rPr>
          <w:sz w:val="22"/>
          <w:lang w:val="mk-MK"/>
        </w:rPr>
        <w:t>Т</w:t>
      </w:r>
      <w:proofErr w:type="spellStart"/>
      <w:r w:rsidRPr="00C4545C">
        <w:rPr>
          <w:sz w:val="22"/>
        </w:rPr>
        <w:t>окму</w:t>
      </w:r>
      <w:proofErr w:type="spellEnd"/>
      <w:r w:rsidRPr="00C4545C">
        <w:rPr>
          <w:sz w:val="22"/>
        </w:rPr>
        <w:t xml:space="preserve"> </w:t>
      </w:r>
      <w:proofErr w:type="spellStart"/>
      <w:r w:rsidRPr="00C4545C">
        <w:rPr>
          <w:sz w:val="22"/>
        </w:rPr>
        <w:t>оваа</w:t>
      </w:r>
      <w:proofErr w:type="spellEnd"/>
      <w:r w:rsidRPr="00C4545C">
        <w:rPr>
          <w:sz w:val="22"/>
        </w:rPr>
        <w:t xml:space="preserve"> </w:t>
      </w:r>
      <w:proofErr w:type="spellStart"/>
      <w:r w:rsidRPr="00C4545C">
        <w:rPr>
          <w:sz w:val="22"/>
        </w:rPr>
        <w:t>разлика</w:t>
      </w:r>
      <w:proofErr w:type="spellEnd"/>
      <w:r w:rsidRPr="00C4545C">
        <w:rPr>
          <w:sz w:val="22"/>
        </w:rPr>
        <w:t xml:space="preserve"> е </w:t>
      </w:r>
      <w:proofErr w:type="spellStart"/>
      <w:r w:rsidRPr="00C4545C">
        <w:rPr>
          <w:sz w:val="22"/>
        </w:rPr>
        <w:t>важна</w:t>
      </w:r>
      <w:proofErr w:type="spellEnd"/>
      <w:r w:rsidRPr="00C4545C">
        <w:rPr>
          <w:sz w:val="22"/>
        </w:rPr>
        <w:t xml:space="preserve">. </w:t>
      </w:r>
      <w:r w:rsidR="004076EA">
        <w:rPr>
          <w:sz w:val="22"/>
          <w:lang w:val="mk-MK"/>
        </w:rPr>
        <w:t>Блок</w:t>
      </w:r>
      <w:r w:rsidR="00D25EED" w:rsidRPr="00C4545C">
        <w:rPr>
          <w:sz w:val="22"/>
          <w:lang w:val="mk-MK"/>
        </w:rPr>
        <w:t xml:space="preserve"> </w:t>
      </w:r>
      <w:proofErr w:type="spellStart"/>
      <w:r w:rsidRPr="00C4545C">
        <w:rPr>
          <w:sz w:val="22"/>
        </w:rPr>
        <w:t>трансакции</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добредојдени</w:t>
      </w:r>
      <w:proofErr w:type="spellEnd"/>
      <w:r w:rsidRPr="00C4545C">
        <w:rPr>
          <w:sz w:val="22"/>
        </w:rPr>
        <w:t xml:space="preserve">, </w:t>
      </w:r>
      <w:proofErr w:type="spellStart"/>
      <w:r w:rsidRPr="00C4545C">
        <w:rPr>
          <w:sz w:val="22"/>
        </w:rPr>
        <w:t>но</w:t>
      </w:r>
      <w:proofErr w:type="spellEnd"/>
      <w:r w:rsidRPr="00C4545C">
        <w:rPr>
          <w:sz w:val="22"/>
        </w:rPr>
        <w:t xml:space="preserve"> </w:t>
      </w:r>
      <w:proofErr w:type="spellStart"/>
      <w:r w:rsidRPr="00C4545C">
        <w:rPr>
          <w:sz w:val="22"/>
        </w:rPr>
        <w:t>ликвидноста</w:t>
      </w:r>
      <w:proofErr w:type="spellEnd"/>
      <w:r w:rsidRPr="00C4545C">
        <w:rPr>
          <w:sz w:val="22"/>
        </w:rPr>
        <w:t xml:space="preserve"> </w:t>
      </w:r>
      <w:r w:rsidR="00D25EED" w:rsidRPr="00C4545C">
        <w:rPr>
          <w:sz w:val="22"/>
          <w:lang w:val="mk-MK"/>
        </w:rPr>
        <w:t>произлегува од</w:t>
      </w:r>
      <w:r w:rsidRPr="00C4545C">
        <w:rPr>
          <w:sz w:val="22"/>
        </w:rPr>
        <w:t xml:space="preserve"> </w:t>
      </w:r>
      <w:proofErr w:type="spellStart"/>
      <w:r w:rsidRPr="00C4545C">
        <w:rPr>
          <w:sz w:val="22"/>
        </w:rPr>
        <w:t>тоа</w:t>
      </w:r>
      <w:proofErr w:type="spellEnd"/>
      <w:r w:rsidRPr="00C4545C">
        <w:rPr>
          <w:sz w:val="22"/>
        </w:rPr>
        <w:t xml:space="preserve"> </w:t>
      </w:r>
      <w:proofErr w:type="spellStart"/>
      <w:r w:rsidRPr="00C4545C">
        <w:rPr>
          <w:sz w:val="22"/>
        </w:rPr>
        <w:t>колку</w:t>
      </w:r>
      <w:proofErr w:type="spellEnd"/>
      <w:r w:rsidRPr="00C4545C">
        <w:rPr>
          <w:sz w:val="22"/>
        </w:rPr>
        <w:t xml:space="preserve"> </w:t>
      </w:r>
      <w:r w:rsidR="00F54B42" w:rsidRPr="00C4545C">
        <w:rPr>
          <w:sz w:val="22"/>
          <w:lang w:val="mk-MK"/>
        </w:rPr>
        <w:t>често</w:t>
      </w:r>
      <w:r w:rsidR="004076EA">
        <w:rPr>
          <w:sz w:val="22"/>
          <w:lang w:val="mk-MK"/>
        </w:rPr>
        <w:t xml:space="preserve">, </w:t>
      </w:r>
      <w:r w:rsidR="004076EA" w:rsidRPr="00C4545C">
        <w:rPr>
          <w:sz w:val="22"/>
          <w:lang w:val="mk-MK"/>
        </w:rPr>
        <w:t>брзо</w:t>
      </w:r>
      <w:r w:rsidR="00D25EED" w:rsidRPr="00C4545C">
        <w:rPr>
          <w:sz w:val="22"/>
          <w:lang w:val="mk-MK"/>
        </w:rPr>
        <w:t xml:space="preserve"> и </w:t>
      </w:r>
      <w:proofErr w:type="spellStart"/>
      <w:r w:rsidRPr="00C4545C">
        <w:rPr>
          <w:sz w:val="22"/>
        </w:rPr>
        <w:t>лесно</w:t>
      </w:r>
      <w:proofErr w:type="spellEnd"/>
      <w:r w:rsidRPr="00C4545C">
        <w:rPr>
          <w:sz w:val="22"/>
        </w:rPr>
        <w:t xml:space="preserve"> </w:t>
      </w:r>
      <w:proofErr w:type="spellStart"/>
      <w:r w:rsidRPr="00C4545C">
        <w:rPr>
          <w:sz w:val="22"/>
        </w:rPr>
        <w:t>инвеститор</w:t>
      </w:r>
      <w:proofErr w:type="spellEnd"/>
      <w:r w:rsidR="00D25EED" w:rsidRPr="00C4545C">
        <w:rPr>
          <w:sz w:val="22"/>
          <w:lang w:val="mk-MK"/>
        </w:rPr>
        <w:t>ите</w:t>
      </w:r>
      <w:r w:rsidRPr="00C4545C">
        <w:rPr>
          <w:sz w:val="22"/>
        </w:rPr>
        <w:t xml:space="preserve"> </w:t>
      </w:r>
      <w:proofErr w:type="spellStart"/>
      <w:r w:rsidRPr="00C4545C">
        <w:rPr>
          <w:sz w:val="22"/>
        </w:rPr>
        <w:t>куп</w:t>
      </w:r>
      <w:proofErr w:type="spellEnd"/>
      <w:r w:rsidR="00D25EED" w:rsidRPr="00C4545C">
        <w:rPr>
          <w:sz w:val="22"/>
          <w:lang w:val="mk-MK"/>
        </w:rPr>
        <w:t>уваат</w:t>
      </w:r>
      <w:r w:rsidRPr="00C4545C">
        <w:rPr>
          <w:sz w:val="22"/>
        </w:rPr>
        <w:t xml:space="preserve"> </w:t>
      </w:r>
      <w:proofErr w:type="spellStart"/>
      <w:r w:rsidRPr="00C4545C">
        <w:rPr>
          <w:sz w:val="22"/>
        </w:rPr>
        <w:t>или</w:t>
      </w:r>
      <w:proofErr w:type="spellEnd"/>
      <w:r w:rsidRPr="00C4545C">
        <w:rPr>
          <w:sz w:val="22"/>
        </w:rPr>
        <w:t xml:space="preserve"> </w:t>
      </w:r>
      <w:proofErr w:type="spellStart"/>
      <w:r w:rsidRPr="00C4545C">
        <w:rPr>
          <w:sz w:val="22"/>
        </w:rPr>
        <w:t>прода</w:t>
      </w:r>
      <w:proofErr w:type="spellEnd"/>
      <w:r w:rsidR="00D25EED" w:rsidRPr="00C4545C">
        <w:rPr>
          <w:sz w:val="22"/>
          <w:lang w:val="mk-MK"/>
        </w:rPr>
        <w:t>ваат</w:t>
      </w:r>
      <w:r w:rsidRPr="00C4545C">
        <w:rPr>
          <w:sz w:val="22"/>
        </w:rPr>
        <w:t>.</w:t>
      </w:r>
    </w:p>
    <w:p w14:paraId="62668D39" w14:textId="77777777" w:rsidR="00AC07EC" w:rsidRPr="00C4545C" w:rsidRDefault="00000000" w:rsidP="00CD502C">
      <w:pPr>
        <w:keepNext/>
        <w:jc w:val="both"/>
        <w:rPr>
          <w:sz w:val="22"/>
        </w:rPr>
      </w:pPr>
      <w:proofErr w:type="spellStart"/>
      <w:r w:rsidRPr="00C4545C">
        <w:rPr>
          <w:b/>
          <w:sz w:val="22"/>
        </w:rPr>
        <w:t>Како</w:t>
      </w:r>
      <w:proofErr w:type="spellEnd"/>
      <w:r w:rsidRPr="00C4545C">
        <w:rPr>
          <w:b/>
          <w:sz w:val="22"/>
        </w:rPr>
        <w:t xml:space="preserve"> </w:t>
      </w:r>
      <w:proofErr w:type="spellStart"/>
      <w:r w:rsidRPr="00C4545C">
        <w:rPr>
          <w:b/>
          <w:sz w:val="22"/>
        </w:rPr>
        <w:t>да</w:t>
      </w:r>
      <w:proofErr w:type="spellEnd"/>
      <w:r w:rsidRPr="00C4545C">
        <w:rPr>
          <w:b/>
          <w:sz w:val="22"/>
        </w:rPr>
        <w:t xml:space="preserve"> </w:t>
      </w:r>
      <w:proofErr w:type="spellStart"/>
      <w:r w:rsidRPr="00C4545C">
        <w:rPr>
          <w:b/>
          <w:sz w:val="22"/>
        </w:rPr>
        <w:t>ги</w:t>
      </w:r>
      <w:proofErr w:type="spellEnd"/>
      <w:r w:rsidRPr="00C4545C">
        <w:rPr>
          <w:b/>
          <w:sz w:val="22"/>
        </w:rPr>
        <w:t xml:space="preserve"> </w:t>
      </w:r>
      <w:proofErr w:type="spellStart"/>
      <w:r w:rsidRPr="00C4545C">
        <w:rPr>
          <w:b/>
          <w:sz w:val="22"/>
        </w:rPr>
        <w:t>читаме</w:t>
      </w:r>
      <w:proofErr w:type="spellEnd"/>
      <w:r w:rsidRPr="00C4545C">
        <w:rPr>
          <w:b/>
          <w:sz w:val="22"/>
        </w:rPr>
        <w:t xml:space="preserve"> </w:t>
      </w:r>
      <w:proofErr w:type="spellStart"/>
      <w:r w:rsidRPr="00C4545C">
        <w:rPr>
          <w:b/>
          <w:sz w:val="22"/>
        </w:rPr>
        <w:t>овие</w:t>
      </w:r>
      <w:proofErr w:type="spellEnd"/>
      <w:r w:rsidRPr="00C4545C">
        <w:rPr>
          <w:b/>
          <w:sz w:val="22"/>
        </w:rPr>
        <w:t xml:space="preserve"> </w:t>
      </w:r>
      <w:proofErr w:type="spellStart"/>
      <w:r w:rsidRPr="00C4545C">
        <w:rPr>
          <w:b/>
          <w:sz w:val="22"/>
        </w:rPr>
        <w:t>состојби</w:t>
      </w:r>
      <w:proofErr w:type="spellEnd"/>
      <w:r w:rsidRPr="00C4545C">
        <w:rPr>
          <w:b/>
          <w:sz w:val="22"/>
        </w:rPr>
        <w:t>?</w:t>
      </w:r>
    </w:p>
    <w:p w14:paraId="1344C051" w14:textId="6D882E95" w:rsidR="00AC07EC" w:rsidRPr="00C4545C" w:rsidRDefault="00000000" w:rsidP="00CD502C">
      <w:pPr>
        <w:jc w:val="both"/>
        <w:rPr>
          <w:sz w:val="22"/>
        </w:rPr>
      </w:pPr>
      <w:proofErr w:type="spellStart"/>
      <w:r w:rsidRPr="00C4545C">
        <w:rPr>
          <w:sz w:val="22"/>
        </w:rPr>
        <w:t>Според</w:t>
      </w:r>
      <w:proofErr w:type="spellEnd"/>
      <w:r w:rsidRPr="00C4545C">
        <w:rPr>
          <w:sz w:val="22"/>
        </w:rPr>
        <w:t xml:space="preserve"> </w:t>
      </w:r>
      <w:r w:rsidR="00AC0090" w:rsidRPr="00C4545C">
        <w:rPr>
          <w:sz w:val="22"/>
          <w:lang w:val="mk-MK"/>
        </w:rPr>
        <w:t>нас</w:t>
      </w:r>
      <w:r w:rsidRPr="00C4545C">
        <w:rPr>
          <w:sz w:val="22"/>
        </w:rPr>
        <w:t xml:space="preserve">, </w:t>
      </w:r>
      <w:proofErr w:type="spellStart"/>
      <w:r w:rsidRPr="00C4545C">
        <w:rPr>
          <w:sz w:val="22"/>
        </w:rPr>
        <w:t>треба</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ги</w:t>
      </w:r>
      <w:proofErr w:type="spellEnd"/>
      <w:r w:rsidRPr="00C4545C">
        <w:rPr>
          <w:sz w:val="22"/>
        </w:rPr>
        <w:t xml:space="preserve"> </w:t>
      </w:r>
      <w:proofErr w:type="spellStart"/>
      <w:r w:rsidRPr="00C4545C">
        <w:rPr>
          <w:sz w:val="22"/>
        </w:rPr>
        <w:t>гледаме</w:t>
      </w:r>
      <w:proofErr w:type="spellEnd"/>
      <w:r w:rsidRPr="00C4545C">
        <w:rPr>
          <w:sz w:val="22"/>
        </w:rPr>
        <w:t xml:space="preserve"> </w:t>
      </w:r>
      <w:proofErr w:type="spellStart"/>
      <w:r w:rsidRPr="00C4545C">
        <w:rPr>
          <w:sz w:val="22"/>
        </w:rPr>
        <w:t>во</w:t>
      </w:r>
      <w:proofErr w:type="spellEnd"/>
      <w:r w:rsidRPr="00C4545C">
        <w:rPr>
          <w:sz w:val="22"/>
        </w:rPr>
        <w:t xml:space="preserve"> </w:t>
      </w:r>
      <w:proofErr w:type="spellStart"/>
      <w:r w:rsidRPr="00C4545C">
        <w:rPr>
          <w:sz w:val="22"/>
        </w:rPr>
        <w:t>контекст</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претходниот</w:t>
      </w:r>
      <w:proofErr w:type="spellEnd"/>
      <w:r w:rsidRPr="00C4545C">
        <w:rPr>
          <w:sz w:val="22"/>
        </w:rPr>
        <w:t xml:space="preserve"> </w:t>
      </w:r>
      <w:proofErr w:type="spellStart"/>
      <w:r w:rsidRPr="00C4545C">
        <w:rPr>
          <w:sz w:val="22"/>
        </w:rPr>
        <w:t>силен</w:t>
      </w:r>
      <w:proofErr w:type="spellEnd"/>
      <w:r w:rsidRPr="00C4545C">
        <w:rPr>
          <w:sz w:val="22"/>
        </w:rPr>
        <w:t xml:space="preserve"> </w:t>
      </w:r>
      <w:proofErr w:type="spellStart"/>
      <w:r w:rsidRPr="00C4545C">
        <w:rPr>
          <w:sz w:val="22"/>
        </w:rPr>
        <w:t>раст</w:t>
      </w:r>
      <w:proofErr w:type="spellEnd"/>
      <w:r w:rsidR="00AC0090" w:rsidRPr="00C4545C">
        <w:rPr>
          <w:sz w:val="22"/>
          <w:lang w:val="mk-MK"/>
        </w:rPr>
        <w:t xml:space="preserve"> </w:t>
      </w:r>
      <w:r w:rsidR="00C4545C" w:rsidRPr="00C4545C">
        <w:rPr>
          <w:sz w:val="22"/>
          <w:lang w:val="mk-MK"/>
        </w:rPr>
        <w:t xml:space="preserve">на </w:t>
      </w:r>
      <w:r w:rsidR="00AC0090" w:rsidRPr="00C4545C">
        <w:rPr>
          <w:sz w:val="22"/>
          <w:lang w:val="mk-MK"/>
        </w:rPr>
        <w:t>промет</w:t>
      </w:r>
      <w:r w:rsidR="00C4545C" w:rsidRPr="00C4545C">
        <w:rPr>
          <w:sz w:val="22"/>
          <w:lang w:val="mk-MK"/>
        </w:rPr>
        <w:t>от и цените</w:t>
      </w:r>
      <w:r w:rsidR="00AC0090" w:rsidRPr="00C4545C">
        <w:rPr>
          <w:sz w:val="22"/>
          <w:lang w:val="mk-MK"/>
        </w:rPr>
        <w:t>, како</w:t>
      </w:r>
      <w:r w:rsidRPr="00C4545C">
        <w:rPr>
          <w:sz w:val="22"/>
        </w:rPr>
        <w:t xml:space="preserve"> и </w:t>
      </w:r>
      <w:proofErr w:type="spellStart"/>
      <w:r w:rsidRPr="00C4545C">
        <w:rPr>
          <w:sz w:val="22"/>
        </w:rPr>
        <w:t>долгогодишните</w:t>
      </w:r>
      <w:proofErr w:type="spellEnd"/>
      <w:r w:rsidRPr="00C4545C">
        <w:rPr>
          <w:sz w:val="22"/>
        </w:rPr>
        <w:t xml:space="preserve"> </w:t>
      </w:r>
      <w:r w:rsidR="00AC0090" w:rsidRPr="00C4545C">
        <w:rPr>
          <w:sz w:val="22"/>
          <w:lang w:val="mk-MK"/>
        </w:rPr>
        <w:t xml:space="preserve">познати </w:t>
      </w:r>
      <w:proofErr w:type="spellStart"/>
      <w:r w:rsidRPr="00C4545C">
        <w:rPr>
          <w:sz w:val="22"/>
        </w:rPr>
        <w:t>ограничувања</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нашиот</w:t>
      </w:r>
      <w:proofErr w:type="spellEnd"/>
      <w:r w:rsidRPr="00C4545C">
        <w:rPr>
          <w:sz w:val="22"/>
        </w:rPr>
        <w:t xml:space="preserve"> </w:t>
      </w:r>
      <w:proofErr w:type="spellStart"/>
      <w:r w:rsidRPr="00C4545C">
        <w:rPr>
          <w:sz w:val="22"/>
        </w:rPr>
        <w:t>пазар</w:t>
      </w:r>
      <w:proofErr w:type="spellEnd"/>
      <w:r w:rsidRPr="00C4545C">
        <w:rPr>
          <w:sz w:val="22"/>
        </w:rPr>
        <w:t xml:space="preserve">. </w:t>
      </w:r>
      <w:proofErr w:type="spellStart"/>
      <w:r w:rsidRPr="00C4545C">
        <w:rPr>
          <w:sz w:val="22"/>
        </w:rPr>
        <w:t>По</w:t>
      </w:r>
      <w:proofErr w:type="spellEnd"/>
      <w:r w:rsidRPr="00C4545C">
        <w:rPr>
          <w:sz w:val="22"/>
        </w:rPr>
        <w:t xml:space="preserve"> </w:t>
      </w:r>
      <w:proofErr w:type="spellStart"/>
      <w:r w:rsidRPr="00C4545C">
        <w:rPr>
          <w:sz w:val="22"/>
        </w:rPr>
        <w:t>период</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раст</w:t>
      </w:r>
      <w:proofErr w:type="spellEnd"/>
      <w:r w:rsidRPr="00C4545C">
        <w:rPr>
          <w:sz w:val="22"/>
        </w:rPr>
        <w:t xml:space="preserve">, </w:t>
      </w:r>
      <w:proofErr w:type="spellStart"/>
      <w:r w:rsidRPr="00C4545C">
        <w:rPr>
          <w:sz w:val="22"/>
        </w:rPr>
        <w:t>дел</w:t>
      </w:r>
      <w:proofErr w:type="spellEnd"/>
      <w:r w:rsidRPr="00C4545C">
        <w:rPr>
          <w:sz w:val="22"/>
        </w:rPr>
        <w:t xml:space="preserve"> </w:t>
      </w:r>
      <w:proofErr w:type="spellStart"/>
      <w:r w:rsidRPr="00C4545C">
        <w:rPr>
          <w:sz w:val="22"/>
        </w:rPr>
        <w:t>од</w:t>
      </w:r>
      <w:proofErr w:type="spellEnd"/>
      <w:r w:rsidRPr="00C4545C">
        <w:rPr>
          <w:sz w:val="22"/>
        </w:rPr>
        <w:t xml:space="preserve"> </w:t>
      </w:r>
      <w:proofErr w:type="spellStart"/>
      <w:r w:rsidRPr="00C4545C">
        <w:rPr>
          <w:sz w:val="22"/>
        </w:rPr>
        <w:t>инвеститорите</w:t>
      </w:r>
      <w:proofErr w:type="spellEnd"/>
      <w:r w:rsidRPr="00C4545C">
        <w:rPr>
          <w:sz w:val="22"/>
        </w:rPr>
        <w:t xml:space="preserve"> </w:t>
      </w:r>
      <w:proofErr w:type="spellStart"/>
      <w:r w:rsidRPr="00C4545C">
        <w:rPr>
          <w:sz w:val="22"/>
        </w:rPr>
        <w:t>ги</w:t>
      </w:r>
      <w:proofErr w:type="spellEnd"/>
      <w:r w:rsidRPr="00C4545C">
        <w:rPr>
          <w:sz w:val="22"/>
        </w:rPr>
        <w:t xml:space="preserve"> </w:t>
      </w:r>
      <w:proofErr w:type="spellStart"/>
      <w:r w:rsidRPr="00C4545C">
        <w:rPr>
          <w:sz w:val="22"/>
        </w:rPr>
        <w:t>реализираат</w:t>
      </w:r>
      <w:proofErr w:type="spellEnd"/>
      <w:r w:rsidRPr="00C4545C">
        <w:rPr>
          <w:sz w:val="22"/>
        </w:rPr>
        <w:t xml:space="preserve"> </w:t>
      </w:r>
      <w:proofErr w:type="spellStart"/>
      <w:r w:rsidRPr="00C4545C">
        <w:rPr>
          <w:sz w:val="22"/>
        </w:rPr>
        <w:t>добивките</w:t>
      </w:r>
      <w:proofErr w:type="spellEnd"/>
      <w:r w:rsidRPr="00C4545C">
        <w:rPr>
          <w:sz w:val="22"/>
        </w:rPr>
        <w:t xml:space="preserve">, а </w:t>
      </w:r>
      <w:proofErr w:type="spellStart"/>
      <w:r w:rsidRPr="00C4545C">
        <w:rPr>
          <w:sz w:val="22"/>
        </w:rPr>
        <w:t>потенцијалните</w:t>
      </w:r>
      <w:proofErr w:type="spellEnd"/>
      <w:r w:rsidRPr="00C4545C">
        <w:rPr>
          <w:sz w:val="22"/>
        </w:rPr>
        <w:t xml:space="preserve"> </w:t>
      </w:r>
      <w:proofErr w:type="spellStart"/>
      <w:r w:rsidRPr="00C4545C">
        <w:rPr>
          <w:sz w:val="22"/>
        </w:rPr>
        <w:t>купувачи</w:t>
      </w:r>
      <w:proofErr w:type="spellEnd"/>
      <w:r w:rsidRPr="00C4545C">
        <w:rPr>
          <w:sz w:val="22"/>
        </w:rPr>
        <w:t xml:space="preserve"> </w:t>
      </w:r>
      <w:proofErr w:type="spellStart"/>
      <w:r w:rsidRPr="00C4545C">
        <w:rPr>
          <w:sz w:val="22"/>
        </w:rPr>
        <w:t>повнимателно</w:t>
      </w:r>
      <w:proofErr w:type="spellEnd"/>
      <w:r w:rsidRPr="00C4545C">
        <w:rPr>
          <w:sz w:val="22"/>
        </w:rPr>
        <w:t xml:space="preserve"> </w:t>
      </w:r>
      <w:proofErr w:type="spellStart"/>
      <w:r w:rsidRPr="00C4545C">
        <w:rPr>
          <w:sz w:val="22"/>
        </w:rPr>
        <w:t>ги</w:t>
      </w:r>
      <w:proofErr w:type="spellEnd"/>
      <w:r w:rsidRPr="00C4545C">
        <w:rPr>
          <w:sz w:val="22"/>
        </w:rPr>
        <w:t xml:space="preserve"> </w:t>
      </w:r>
      <w:proofErr w:type="spellStart"/>
      <w:r w:rsidRPr="00C4545C">
        <w:rPr>
          <w:sz w:val="22"/>
        </w:rPr>
        <w:t>мерат</w:t>
      </w:r>
      <w:proofErr w:type="spellEnd"/>
      <w:r w:rsidRPr="00C4545C">
        <w:rPr>
          <w:sz w:val="22"/>
        </w:rPr>
        <w:t xml:space="preserve"> </w:t>
      </w:r>
      <w:proofErr w:type="spellStart"/>
      <w:r w:rsidRPr="00C4545C">
        <w:rPr>
          <w:sz w:val="22"/>
        </w:rPr>
        <w:t>цените</w:t>
      </w:r>
      <w:proofErr w:type="spellEnd"/>
      <w:r w:rsidRPr="00C4545C">
        <w:rPr>
          <w:sz w:val="22"/>
        </w:rPr>
        <w:t xml:space="preserve"> и </w:t>
      </w:r>
      <w:proofErr w:type="spellStart"/>
      <w:r w:rsidRPr="00C4545C">
        <w:rPr>
          <w:sz w:val="22"/>
        </w:rPr>
        <w:t>очекуваните</w:t>
      </w:r>
      <w:proofErr w:type="spellEnd"/>
      <w:r w:rsidRPr="00C4545C">
        <w:rPr>
          <w:sz w:val="22"/>
        </w:rPr>
        <w:t xml:space="preserve"> </w:t>
      </w:r>
      <w:proofErr w:type="spellStart"/>
      <w:r w:rsidRPr="00C4545C">
        <w:rPr>
          <w:sz w:val="22"/>
        </w:rPr>
        <w:t>приноси</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плиток</w:t>
      </w:r>
      <w:proofErr w:type="spellEnd"/>
      <w:r w:rsidRPr="00C4545C">
        <w:rPr>
          <w:sz w:val="22"/>
        </w:rPr>
        <w:t xml:space="preserve"> </w:t>
      </w:r>
      <w:proofErr w:type="spellStart"/>
      <w:r w:rsidRPr="00C4545C">
        <w:rPr>
          <w:sz w:val="22"/>
        </w:rPr>
        <w:t>пазар</w:t>
      </w:r>
      <w:proofErr w:type="spellEnd"/>
      <w:r w:rsidR="004076EA">
        <w:rPr>
          <w:sz w:val="22"/>
          <w:lang w:val="mk-MK"/>
        </w:rPr>
        <w:t>,</w:t>
      </w:r>
      <w:r w:rsidR="00AC0090" w:rsidRPr="00C4545C">
        <w:rPr>
          <w:sz w:val="22"/>
          <w:lang w:val="mk-MK"/>
        </w:rPr>
        <w:t xml:space="preserve"> како нашиот</w:t>
      </w:r>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мал</w:t>
      </w:r>
      <w:proofErr w:type="spellEnd"/>
      <w:r w:rsidRPr="00C4545C">
        <w:rPr>
          <w:sz w:val="22"/>
        </w:rPr>
        <w:t xml:space="preserve"> </w:t>
      </w:r>
      <w:proofErr w:type="spellStart"/>
      <w:r w:rsidRPr="00C4545C">
        <w:rPr>
          <w:sz w:val="22"/>
        </w:rPr>
        <w:t>број</w:t>
      </w:r>
      <w:proofErr w:type="spellEnd"/>
      <w:r w:rsidRPr="00C4545C">
        <w:rPr>
          <w:sz w:val="22"/>
        </w:rPr>
        <w:t xml:space="preserve"> </w:t>
      </w:r>
      <w:proofErr w:type="spellStart"/>
      <w:r w:rsidRPr="00C4545C">
        <w:rPr>
          <w:sz w:val="22"/>
        </w:rPr>
        <w:t>активни</w:t>
      </w:r>
      <w:proofErr w:type="spellEnd"/>
      <w:r w:rsidRPr="00C4545C">
        <w:rPr>
          <w:sz w:val="22"/>
        </w:rPr>
        <w:t xml:space="preserve"> </w:t>
      </w:r>
      <w:proofErr w:type="spellStart"/>
      <w:r w:rsidRPr="00C4545C">
        <w:rPr>
          <w:sz w:val="22"/>
        </w:rPr>
        <w:t>учесници</w:t>
      </w:r>
      <w:proofErr w:type="spellEnd"/>
      <w:r w:rsidRPr="00C4545C">
        <w:rPr>
          <w:sz w:val="22"/>
        </w:rPr>
        <w:t xml:space="preserve">, и </w:t>
      </w:r>
      <w:proofErr w:type="spellStart"/>
      <w:r w:rsidRPr="00C4545C">
        <w:rPr>
          <w:sz w:val="22"/>
        </w:rPr>
        <w:t>релативно</w:t>
      </w:r>
      <w:proofErr w:type="spellEnd"/>
      <w:r w:rsidRPr="00C4545C">
        <w:rPr>
          <w:sz w:val="22"/>
        </w:rPr>
        <w:t xml:space="preserve"> </w:t>
      </w:r>
      <w:proofErr w:type="spellStart"/>
      <w:r w:rsidRPr="00C4545C">
        <w:rPr>
          <w:sz w:val="22"/>
        </w:rPr>
        <w:t>мали</w:t>
      </w:r>
      <w:proofErr w:type="spellEnd"/>
      <w:r w:rsidRPr="00C4545C">
        <w:rPr>
          <w:sz w:val="22"/>
        </w:rPr>
        <w:t xml:space="preserve"> </w:t>
      </w:r>
      <w:proofErr w:type="spellStart"/>
      <w:r w:rsidRPr="00C4545C">
        <w:rPr>
          <w:sz w:val="22"/>
        </w:rPr>
        <w:t>промени</w:t>
      </w:r>
      <w:proofErr w:type="spellEnd"/>
      <w:r w:rsidRPr="00C4545C">
        <w:rPr>
          <w:sz w:val="22"/>
        </w:rPr>
        <w:t xml:space="preserve"> </w:t>
      </w:r>
      <w:proofErr w:type="spellStart"/>
      <w:r w:rsidRPr="00C4545C">
        <w:rPr>
          <w:sz w:val="22"/>
        </w:rPr>
        <w:t>во</w:t>
      </w:r>
      <w:proofErr w:type="spellEnd"/>
      <w:r w:rsidRPr="00C4545C">
        <w:rPr>
          <w:sz w:val="22"/>
        </w:rPr>
        <w:t xml:space="preserve"> </w:t>
      </w:r>
      <w:proofErr w:type="spellStart"/>
      <w:r w:rsidRPr="00C4545C">
        <w:rPr>
          <w:sz w:val="22"/>
        </w:rPr>
        <w:t>расположението</w:t>
      </w:r>
      <w:proofErr w:type="spellEnd"/>
      <w:r w:rsidRPr="00C4545C">
        <w:rPr>
          <w:sz w:val="22"/>
        </w:rPr>
        <w:t xml:space="preserve"> </w:t>
      </w:r>
      <w:proofErr w:type="spellStart"/>
      <w:r w:rsidRPr="00C4545C">
        <w:rPr>
          <w:sz w:val="22"/>
        </w:rPr>
        <w:t>можат</w:t>
      </w:r>
      <w:proofErr w:type="spellEnd"/>
      <w:r w:rsidRPr="00C4545C">
        <w:rPr>
          <w:sz w:val="22"/>
        </w:rPr>
        <w:t xml:space="preserve"> </w:t>
      </w:r>
      <w:r w:rsidR="00AC0090" w:rsidRPr="00C4545C">
        <w:rPr>
          <w:sz w:val="22"/>
          <w:lang w:val="mk-MK"/>
        </w:rPr>
        <w:t>значајно</w:t>
      </w:r>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почувствуваат</w:t>
      </w:r>
      <w:proofErr w:type="spellEnd"/>
      <w:r w:rsidRPr="00C4545C">
        <w:rPr>
          <w:sz w:val="22"/>
        </w:rPr>
        <w:t xml:space="preserve">. </w:t>
      </w:r>
    </w:p>
    <w:p w14:paraId="6DA4B128" w14:textId="13A54947" w:rsidR="00AC0090" w:rsidRPr="00C4545C" w:rsidRDefault="00000000" w:rsidP="00CD502C">
      <w:pPr>
        <w:jc w:val="both"/>
        <w:rPr>
          <w:sz w:val="22"/>
          <w:lang w:val="mk-MK"/>
        </w:rPr>
      </w:pPr>
      <w:proofErr w:type="spellStart"/>
      <w:r w:rsidRPr="00C4545C">
        <w:rPr>
          <w:sz w:val="22"/>
        </w:rPr>
        <w:lastRenderedPageBreak/>
        <w:t>Глобалното</w:t>
      </w:r>
      <w:proofErr w:type="spellEnd"/>
      <w:r w:rsidRPr="00C4545C">
        <w:rPr>
          <w:sz w:val="22"/>
        </w:rPr>
        <w:t xml:space="preserve"> </w:t>
      </w:r>
      <w:proofErr w:type="spellStart"/>
      <w:r w:rsidRPr="00C4545C">
        <w:rPr>
          <w:sz w:val="22"/>
        </w:rPr>
        <w:t>окружување</w:t>
      </w:r>
      <w:proofErr w:type="spellEnd"/>
      <w:r w:rsidRPr="00C4545C">
        <w:rPr>
          <w:sz w:val="22"/>
        </w:rPr>
        <w:t xml:space="preserve"> </w:t>
      </w:r>
      <w:proofErr w:type="spellStart"/>
      <w:r w:rsidRPr="00C4545C">
        <w:rPr>
          <w:sz w:val="22"/>
        </w:rPr>
        <w:t>исто</w:t>
      </w:r>
      <w:proofErr w:type="spellEnd"/>
      <w:r w:rsidRPr="00C4545C">
        <w:rPr>
          <w:sz w:val="22"/>
        </w:rPr>
        <w:t xml:space="preserve"> </w:t>
      </w:r>
      <w:proofErr w:type="spellStart"/>
      <w:r w:rsidRPr="00C4545C">
        <w:rPr>
          <w:sz w:val="22"/>
        </w:rPr>
        <w:t>така</w:t>
      </w:r>
      <w:proofErr w:type="spellEnd"/>
      <w:r w:rsidRPr="00C4545C">
        <w:rPr>
          <w:sz w:val="22"/>
        </w:rPr>
        <w:t xml:space="preserve"> </w:t>
      </w:r>
      <w:r w:rsidR="00AC0090" w:rsidRPr="00C4545C">
        <w:rPr>
          <w:sz w:val="22"/>
          <w:lang w:val="mk-MK"/>
        </w:rPr>
        <w:t>генерира</w:t>
      </w:r>
      <w:r w:rsidRPr="00C4545C">
        <w:rPr>
          <w:sz w:val="22"/>
        </w:rPr>
        <w:t xml:space="preserve"> </w:t>
      </w:r>
      <w:proofErr w:type="spellStart"/>
      <w:r w:rsidRPr="00C4545C">
        <w:rPr>
          <w:sz w:val="22"/>
        </w:rPr>
        <w:t>претпазливост</w:t>
      </w:r>
      <w:proofErr w:type="spellEnd"/>
      <w:r w:rsidRPr="00C4545C">
        <w:rPr>
          <w:sz w:val="22"/>
        </w:rPr>
        <w:t xml:space="preserve">. </w:t>
      </w:r>
      <w:proofErr w:type="spellStart"/>
      <w:r w:rsidRPr="00C4545C">
        <w:rPr>
          <w:sz w:val="22"/>
        </w:rPr>
        <w:t>Геополитичките</w:t>
      </w:r>
      <w:proofErr w:type="spellEnd"/>
      <w:r w:rsidRPr="00C4545C">
        <w:rPr>
          <w:sz w:val="22"/>
        </w:rPr>
        <w:t xml:space="preserve"> </w:t>
      </w:r>
      <w:proofErr w:type="spellStart"/>
      <w:r w:rsidRPr="00C4545C">
        <w:rPr>
          <w:sz w:val="22"/>
        </w:rPr>
        <w:t>ризици</w:t>
      </w:r>
      <w:proofErr w:type="spellEnd"/>
      <w:r w:rsidRPr="00C4545C">
        <w:rPr>
          <w:sz w:val="22"/>
        </w:rPr>
        <w:t xml:space="preserve">, </w:t>
      </w:r>
      <w:r w:rsidR="00AC0090" w:rsidRPr="00C4545C">
        <w:rPr>
          <w:sz w:val="22"/>
          <w:lang w:val="mk-MK"/>
        </w:rPr>
        <w:t xml:space="preserve">цените на </w:t>
      </w:r>
      <w:proofErr w:type="spellStart"/>
      <w:r w:rsidRPr="00C4545C">
        <w:rPr>
          <w:sz w:val="22"/>
        </w:rPr>
        <w:t>енерген</w:t>
      </w:r>
      <w:proofErr w:type="spellEnd"/>
      <w:r w:rsidR="00AC0090" w:rsidRPr="00C4545C">
        <w:rPr>
          <w:sz w:val="22"/>
          <w:lang w:val="mk-MK"/>
        </w:rPr>
        <w:t>с</w:t>
      </w:r>
      <w:proofErr w:type="spellStart"/>
      <w:r w:rsidRPr="00C4545C">
        <w:rPr>
          <w:sz w:val="22"/>
        </w:rPr>
        <w:t>ите</w:t>
      </w:r>
      <w:proofErr w:type="spellEnd"/>
      <w:r w:rsidRPr="00C4545C">
        <w:rPr>
          <w:sz w:val="22"/>
        </w:rPr>
        <w:t xml:space="preserve"> и </w:t>
      </w:r>
      <w:r w:rsidR="00AC0090" w:rsidRPr="00C4545C">
        <w:rPr>
          <w:sz w:val="22"/>
          <w:lang w:val="mk-MK"/>
        </w:rPr>
        <w:t xml:space="preserve">движењето на </w:t>
      </w:r>
      <w:proofErr w:type="spellStart"/>
      <w:r w:rsidRPr="00C4545C">
        <w:rPr>
          <w:sz w:val="22"/>
        </w:rPr>
        <w:t>каматните</w:t>
      </w:r>
      <w:proofErr w:type="spellEnd"/>
      <w:r w:rsidRPr="00C4545C">
        <w:rPr>
          <w:sz w:val="22"/>
        </w:rPr>
        <w:t xml:space="preserve"> </w:t>
      </w:r>
      <w:proofErr w:type="spellStart"/>
      <w:r w:rsidRPr="00C4545C">
        <w:rPr>
          <w:sz w:val="22"/>
        </w:rPr>
        <w:t>стапки</w:t>
      </w:r>
      <w:proofErr w:type="spellEnd"/>
      <w:r w:rsidRPr="00C4545C">
        <w:rPr>
          <w:sz w:val="22"/>
        </w:rPr>
        <w:t xml:space="preserve"> </w:t>
      </w:r>
      <w:proofErr w:type="spellStart"/>
      <w:r w:rsidRPr="00C4545C">
        <w:rPr>
          <w:sz w:val="22"/>
        </w:rPr>
        <w:t>повторно</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во</w:t>
      </w:r>
      <w:proofErr w:type="spellEnd"/>
      <w:r w:rsidRPr="00C4545C">
        <w:rPr>
          <w:sz w:val="22"/>
        </w:rPr>
        <w:t xml:space="preserve"> </w:t>
      </w:r>
      <w:proofErr w:type="spellStart"/>
      <w:r w:rsidRPr="00C4545C">
        <w:rPr>
          <w:sz w:val="22"/>
        </w:rPr>
        <w:t>фокусот</w:t>
      </w:r>
      <w:proofErr w:type="spellEnd"/>
      <w:r w:rsidRPr="00C4545C">
        <w:rPr>
          <w:sz w:val="22"/>
        </w:rPr>
        <w:t xml:space="preserve">. </w:t>
      </w:r>
      <w:proofErr w:type="spellStart"/>
      <w:r w:rsidRPr="00C4545C">
        <w:rPr>
          <w:sz w:val="22"/>
        </w:rPr>
        <w:t>Сепак</w:t>
      </w:r>
      <w:proofErr w:type="spellEnd"/>
      <w:r w:rsidRPr="00C4545C">
        <w:rPr>
          <w:sz w:val="22"/>
        </w:rPr>
        <w:t xml:space="preserve">, </w:t>
      </w:r>
      <w:proofErr w:type="spellStart"/>
      <w:r w:rsidRPr="00C4545C">
        <w:rPr>
          <w:sz w:val="22"/>
        </w:rPr>
        <w:t>главните</w:t>
      </w:r>
      <w:proofErr w:type="spellEnd"/>
      <w:r w:rsidRPr="00C4545C">
        <w:rPr>
          <w:sz w:val="22"/>
        </w:rPr>
        <w:t xml:space="preserve"> </w:t>
      </w:r>
      <w:proofErr w:type="spellStart"/>
      <w:r w:rsidRPr="00C4545C">
        <w:rPr>
          <w:sz w:val="22"/>
        </w:rPr>
        <w:t>американски</w:t>
      </w:r>
      <w:proofErr w:type="spellEnd"/>
      <w:r w:rsidRPr="00C4545C">
        <w:rPr>
          <w:sz w:val="22"/>
        </w:rPr>
        <w:t xml:space="preserve"> </w:t>
      </w:r>
      <w:r w:rsidR="00AC0090" w:rsidRPr="00C4545C">
        <w:rPr>
          <w:sz w:val="22"/>
          <w:lang w:val="mk-MK"/>
        </w:rPr>
        <w:t xml:space="preserve">берзански </w:t>
      </w:r>
      <w:proofErr w:type="spellStart"/>
      <w:r w:rsidRPr="00C4545C">
        <w:rPr>
          <w:sz w:val="22"/>
        </w:rPr>
        <w:t>индекси</w:t>
      </w:r>
      <w:proofErr w:type="spellEnd"/>
      <w:r w:rsidRPr="00C4545C">
        <w:rPr>
          <w:sz w:val="22"/>
        </w:rPr>
        <w:t xml:space="preserve"> </w:t>
      </w:r>
      <w:r w:rsidR="00C4545C" w:rsidRPr="00C4545C">
        <w:rPr>
          <w:sz w:val="22"/>
          <w:lang w:val="mk-MK"/>
        </w:rPr>
        <w:t xml:space="preserve">се во убав </w:t>
      </w:r>
      <w:proofErr w:type="spellStart"/>
      <w:r w:rsidRPr="00C4545C">
        <w:rPr>
          <w:sz w:val="22"/>
        </w:rPr>
        <w:t>плус</w:t>
      </w:r>
      <w:proofErr w:type="spellEnd"/>
      <w:r w:rsidRPr="00C4545C">
        <w:rPr>
          <w:sz w:val="22"/>
        </w:rPr>
        <w:t xml:space="preserve"> </w:t>
      </w:r>
      <w:proofErr w:type="spellStart"/>
      <w:r w:rsidRPr="00C4545C">
        <w:rPr>
          <w:sz w:val="22"/>
        </w:rPr>
        <w:t>од</w:t>
      </w:r>
      <w:proofErr w:type="spellEnd"/>
      <w:r w:rsidRPr="00C4545C">
        <w:rPr>
          <w:sz w:val="22"/>
        </w:rPr>
        <w:t xml:space="preserve"> </w:t>
      </w:r>
      <w:proofErr w:type="spellStart"/>
      <w:r w:rsidRPr="00C4545C">
        <w:rPr>
          <w:sz w:val="22"/>
        </w:rPr>
        <w:t>почетокот</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годината</w:t>
      </w:r>
      <w:proofErr w:type="spellEnd"/>
      <w:r w:rsidRPr="00C4545C">
        <w:rPr>
          <w:sz w:val="22"/>
        </w:rPr>
        <w:t xml:space="preserve">, а </w:t>
      </w:r>
      <w:r w:rsidR="00AC0090" w:rsidRPr="00C4545C">
        <w:rPr>
          <w:sz w:val="22"/>
          <w:lang w:val="mk-MK"/>
        </w:rPr>
        <w:t xml:space="preserve">некои од регионалните пазари, како Загребската и </w:t>
      </w:r>
      <w:proofErr w:type="spellStart"/>
      <w:r w:rsidRPr="00C4545C">
        <w:rPr>
          <w:sz w:val="22"/>
        </w:rPr>
        <w:t>Љубљанска</w:t>
      </w:r>
      <w:proofErr w:type="spellEnd"/>
      <w:r w:rsidRPr="00C4545C">
        <w:rPr>
          <w:sz w:val="22"/>
        </w:rPr>
        <w:t xml:space="preserve"> </w:t>
      </w:r>
      <w:proofErr w:type="spellStart"/>
      <w:r w:rsidRPr="00C4545C">
        <w:rPr>
          <w:sz w:val="22"/>
        </w:rPr>
        <w:t>берза</w:t>
      </w:r>
      <w:proofErr w:type="spellEnd"/>
      <w:r w:rsidR="001A54B7">
        <w:rPr>
          <w:sz w:val="22"/>
        </w:rPr>
        <w:t>,</w:t>
      </w:r>
      <w:r w:rsidRPr="00C4545C">
        <w:rPr>
          <w:sz w:val="22"/>
        </w:rPr>
        <w:t xml:space="preserve"> </w:t>
      </w:r>
      <w:r w:rsidR="004076EA">
        <w:rPr>
          <w:sz w:val="22"/>
          <w:lang w:val="mk-MK"/>
        </w:rPr>
        <w:t>исто така бележат одлични резултати</w:t>
      </w:r>
      <w:r w:rsidR="00AC0090" w:rsidRPr="00C4545C">
        <w:rPr>
          <w:sz w:val="22"/>
          <w:lang w:val="mk-MK"/>
        </w:rPr>
        <w:t>.</w:t>
      </w:r>
      <w:r w:rsidRPr="00C4545C">
        <w:rPr>
          <w:sz w:val="22"/>
        </w:rPr>
        <w:t xml:space="preserve"> </w:t>
      </w:r>
    </w:p>
    <w:p w14:paraId="4F929986" w14:textId="19C68FC3" w:rsidR="00AC07EC" w:rsidRPr="00C4545C" w:rsidRDefault="004076EA" w:rsidP="00CD502C">
      <w:pPr>
        <w:jc w:val="both"/>
        <w:rPr>
          <w:sz w:val="22"/>
        </w:rPr>
      </w:pPr>
      <w:r>
        <w:rPr>
          <w:sz w:val="22"/>
          <w:lang w:val="mk-MK"/>
        </w:rPr>
        <w:t>Значи</w:t>
      </w:r>
      <w:r w:rsidRPr="00C4545C">
        <w:rPr>
          <w:sz w:val="22"/>
        </w:rPr>
        <w:t xml:space="preserve">, </w:t>
      </w:r>
      <w:proofErr w:type="spellStart"/>
      <w:r w:rsidRPr="00C4545C">
        <w:rPr>
          <w:sz w:val="22"/>
        </w:rPr>
        <w:t>состојби</w:t>
      </w:r>
      <w:proofErr w:type="spellEnd"/>
      <w:r w:rsidR="00AC0090" w:rsidRPr="00C4545C">
        <w:rPr>
          <w:sz w:val="22"/>
          <w:lang w:val="mk-MK"/>
        </w:rPr>
        <w:t>те кај нас</w:t>
      </w:r>
      <w:r w:rsidRPr="00C4545C">
        <w:rPr>
          <w:sz w:val="22"/>
        </w:rPr>
        <w:t xml:space="preserve"> </w:t>
      </w:r>
      <w:r>
        <w:rPr>
          <w:sz w:val="22"/>
          <w:lang w:val="mk-MK"/>
        </w:rPr>
        <w:t xml:space="preserve">овој пат </w:t>
      </w:r>
      <w:proofErr w:type="spellStart"/>
      <w:r w:rsidRPr="00C4545C">
        <w:rPr>
          <w:sz w:val="22"/>
        </w:rPr>
        <w:t>не</w:t>
      </w:r>
      <w:proofErr w:type="spellEnd"/>
      <w:r w:rsidRPr="00C4545C">
        <w:rPr>
          <w:sz w:val="22"/>
        </w:rPr>
        <w:t xml:space="preserve"> </w:t>
      </w:r>
      <w:proofErr w:type="spellStart"/>
      <w:r w:rsidRPr="00C4545C">
        <w:rPr>
          <w:sz w:val="22"/>
        </w:rPr>
        <w:t>можеме</w:t>
      </w:r>
      <w:proofErr w:type="spellEnd"/>
      <w:r w:rsidRPr="00C4545C">
        <w:rPr>
          <w:sz w:val="22"/>
        </w:rPr>
        <w:t xml:space="preserve"> </w:t>
      </w:r>
      <w:proofErr w:type="spellStart"/>
      <w:r w:rsidRPr="00C4545C">
        <w:rPr>
          <w:sz w:val="22"/>
        </w:rPr>
        <w:t>едноставно</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ги</w:t>
      </w:r>
      <w:proofErr w:type="spellEnd"/>
      <w:r w:rsidRPr="00C4545C">
        <w:rPr>
          <w:sz w:val="22"/>
        </w:rPr>
        <w:t xml:space="preserve"> </w:t>
      </w:r>
      <w:proofErr w:type="spellStart"/>
      <w:r w:rsidRPr="00C4545C">
        <w:rPr>
          <w:sz w:val="22"/>
        </w:rPr>
        <w:t>објасниме</w:t>
      </w:r>
      <w:proofErr w:type="spellEnd"/>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некак</w:t>
      </w:r>
      <w:proofErr w:type="spellEnd"/>
      <w:r w:rsidR="00AC0090" w:rsidRPr="00C4545C">
        <w:rPr>
          <w:sz w:val="22"/>
          <w:lang w:val="mk-MK"/>
        </w:rPr>
        <w:t>ов</w:t>
      </w:r>
      <w:r w:rsidRPr="00C4545C">
        <w:rPr>
          <w:sz w:val="22"/>
        </w:rPr>
        <w:t xml:space="preserve"> </w:t>
      </w:r>
      <w:proofErr w:type="spellStart"/>
      <w:r w:rsidRPr="00C4545C">
        <w:rPr>
          <w:sz w:val="22"/>
        </w:rPr>
        <w:t>општ</w:t>
      </w:r>
      <w:proofErr w:type="spellEnd"/>
      <w:r w:rsidRPr="00C4545C">
        <w:rPr>
          <w:sz w:val="22"/>
        </w:rPr>
        <w:t xml:space="preserve"> </w:t>
      </w:r>
      <w:proofErr w:type="spellStart"/>
      <w:r w:rsidRPr="00C4545C">
        <w:rPr>
          <w:sz w:val="22"/>
        </w:rPr>
        <w:t>берзанск</w:t>
      </w:r>
      <w:proofErr w:type="spellEnd"/>
      <w:r w:rsidR="00AC0090" w:rsidRPr="00C4545C">
        <w:rPr>
          <w:sz w:val="22"/>
          <w:lang w:val="mk-MK"/>
        </w:rPr>
        <w:t>и</w:t>
      </w:r>
      <w:r w:rsidRPr="00C4545C">
        <w:rPr>
          <w:sz w:val="22"/>
        </w:rPr>
        <w:t xml:space="preserve"> </w:t>
      </w:r>
      <w:r w:rsidR="00AC0090" w:rsidRPr="00C4545C">
        <w:rPr>
          <w:sz w:val="22"/>
          <w:lang w:val="mk-MK"/>
        </w:rPr>
        <w:t>сентимент</w:t>
      </w:r>
      <w:r w:rsidRPr="00C4545C">
        <w:rPr>
          <w:sz w:val="22"/>
        </w:rPr>
        <w:t>.</w:t>
      </w:r>
    </w:p>
    <w:p w14:paraId="46188910" w14:textId="4D7F684A" w:rsidR="00AC07EC" w:rsidRPr="00C4545C" w:rsidRDefault="004076EA" w:rsidP="00CD502C">
      <w:pPr>
        <w:jc w:val="both"/>
        <w:rPr>
          <w:sz w:val="22"/>
          <w:lang w:val="mk-MK"/>
        </w:rPr>
      </w:pPr>
      <w:r>
        <w:rPr>
          <w:sz w:val="22"/>
          <w:lang w:val="mk-MK"/>
        </w:rPr>
        <w:t>О</w:t>
      </w:r>
      <w:r w:rsidR="00563153" w:rsidRPr="00C4545C">
        <w:rPr>
          <w:sz w:val="22"/>
          <w:lang w:val="mk-MK"/>
        </w:rPr>
        <w:t xml:space="preserve">сновните карактеристики </w:t>
      </w:r>
      <w:r>
        <w:rPr>
          <w:sz w:val="22"/>
          <w:lang w:val="mk-MK"/>
        </w:rPr>
        <w:t xml:space="preserve">на нашиот пазар </w:t>
      </w:r>
      <w:proofErr w:type="spellStart"/>
      <w:r w:rsidRPr="00C4545C">
        <w:rPr>
          <w:sz w:val="22"/>
        </w:rPr>
        <w:t>остануваат</w:t>
      </w:r>
      <w:proofErr w:type="spellEnd"/>
      <w:r w:rsidRPr="00C4545C">
        <w:rPr>
          <w:sz w:val="22"/>
        </w:rPr>
        <w:t xml:space="preserve"> </w:t>
      </w:r>
      <w:proofErr w:type="spellStart"/>
      <w:r w:rsidRPr="00C4545C">
        <w:rPr>
          <w:sz w:val="22"/>
        </w:rPr>
        <w:t>тесната</w:t>
      </w:r>
      <w:proofErr w:type="spellEnd"/>
      <w:r w:rsidRPr="00C4545C">
        <w:rPr>
          <w:sz w:val="22"/>
        </w:rPr>
        <w:t xml:space="preserve"> </w:t>
      </w:r>
      <w:proofErr w:type="spellStart"/>
      <w:r w:rsidRPr="00C4545C">
        <w:rPr>
          <w:sz w:val="22"/>
        </w:rPr>
        <w:t>понуда</w:t>
      </w:r>
      <w:proofErr w:type="spellEnd"/>
      <w:r w:rsidRPr="00C4545C">
        <w:rPr>
          <w:sz w:val="22"/>
        </w:rPr>
        <w:t xml:space="preserve"> </w:t>
      </w:r>
      <w:proofErr w:type="spellStart"/>
      <w:r w:rsidRPr="00C4545C">
        <w:rPr>
          <w:sz w:val="22"/>
        </w:rPr>
        <w:t>на</w:t>
      </w:r>
      <w:proofErr w:type="spellEnd"/>
      <w:r w:rsidRPr="00C4545C">
        <w:rPr>
          <w:sz w:val="22"/>
        </w:rPr>
        <w:t xml:space="preserve"> </w:t>
      </w:r>
      <w:r w:rsidR="00563153" w:rsidRPr="00C4545C">
        <w:rPr>
          <w:sz w:val="22"/>
          <w:lang w:val="mk-MK"/>
        </w:rPr>
        <w:t xml:space="preserve">финансиски </w:t>
      </w:r>
      <w:proofErr w:type="spellStart"/>
      <w:r w:rsidRPr="00C4545C">
        <w:rPr>
          <w:sz w:val="22"/>
        </w:rPr>
        <w:t>инструменти</w:t>
      </w:r>
      <w:proofErr w:type="spellEnd"/>
      <w:r w:rsidRPr="00C4545C">
        <w:rPr>
          <w:sz w:val="22"/>
        </w:rPr>
        <w:t xml:space="preserve"> и </w:t>
      </w:r>
      <w:proofErr w:type="spellStart"/>
      <w:r w:rsidRPr="00C4545C">
        <w:rPr>
          <w:sz w:val="22"/>
        </w:rPr>
        <w:t>ограничениот</w:t>
      </w:r>
      <w:proofErr w:type="spellEnd"/>
      <w:r w:rsidRPr="00C4545C">
        <w:rPr>
          <w:sz w:val="22"/>
        </w:rPr>
        <w:t xml:space="preserve"> </w:t>
      </w:r>
      <w:proofErr w:type="spellStart"/>
      <w:r w:rsidRPr="00C4545C">
        <w:rPr>
          <w:sz w:val="22"/>
        </w:rPr>
        <w:t>прилив</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нови</w:t>
      </w:r>
      <w:proofErr w:type="spellEnd"/>
      <w:r w:rsidRPr="00C4545C">
        <w:rPr>
          <w:sz w:val="22"/>
        </w:rPr>
        <w:t xml:space="preserve"> </w:t>
      </w:r>
      <w:proofErr w:type="spellStart"/>
      <w:r w:rsidRPr="00C4545C">
        <w:rPr>
          <w:sz w:val="22"/>
        </w:rPr>
        <w:t>инвеститори</w:t>
      </w:r>
      <w:proofErr w:type="spellEnd"/>
      <w:r w:rsidR="00563153" w:rsidRPr="00C4545C">
        <w:rPr>
          <w:sz w:val="22"/>
          <w:lang w:val="mk-MK"/>
        </w:rPr>
        <w:t xml:space="preserve"> од сите </w:t>
      </w:r>
      <w:r>
        <w:rPr>
          <w:sz w:val="22"/>
          <w:lang w:val="mk-MK"/>
        </w:rPr>
        <w:t>видови</w:t>
      </w:r>
      <w:r w:rsidRPr="00C4545C">
        <w:rPr>
          <w:sz w:val="22"/>
        </w:rPr>
        <w:t xml:space="preserve">. </w:t>
      </w:r>
      <w:r w:rsidR="00563153" w:rsidRPr="00C4545C">
        <w:rPr>
          <w:sz w:val="22"/>
          <w:lang w:val="mk-MK"/>
        </w:rPr>
        <w:t>Истовремено</w:t>
      </w:r>
      <w:r w:rsidRPr="00C4545C">
        <w:rPr>
          <w:sz w:val="22"/>
        </w:rPr>
        <w:t xml:space="preserve">, </w:t>
      </w:r>
      <w:proofErr w:type="spellStart"/>
      <w:r w:rsidRPr="00C4545C">
        <w:rPr>
          <w:sz w:val="22"/>
        </w:rPr>
        <w:t>домашни</w:t>
      </w:r>
      <w:proofErr w:type="spellEnd"/>
      <w:r w:rsidR="00563153" w:rsidRPr="00C4545C">
        <w:rPr>
          <w:sz w:val="22"/>
          <w:lang w:val="mk-MK"/>
        </w:rPr>
        <w:t>те</w:t>
      </w:r>
      <w:r w:rsidRPr="00C4545C">
        <w:rPr>
          <w:sz w:val="22"/>
        </w:rPr>
        <w:t xml:space="preserve"> </w:t>
      </w:r>
      <w:proofErr w:type="spellStart"/>
      <w:r w:rsidRPr="00C4545C">
        <w:rPr>
          <w:sz w:val="22"/>
        </w:rPr>
        <w:t>инвеститор</w:t>
      </w:r>
      <w:proofErr w:type="spellEnd"/>
      <w:r w:rsidR="00563153" w:rsidRPr="00C4545C">
        <w:rPr>
          <w:sz w:val="22"/>
          <w:lang w:val="mk-MK"/>
        </w:rPr>
        <w:t>и</w:t>
      </w:r>
      <w:r w:rsidRPr="00C4545C">
        <w:rPr>
          <w:sz w:val="22"/>
        </w:rPr>
        <w:t xml:space="preserve"> </w:t>
      </w:r>
      <w:proofErr w:type="spellStart"/>
      <w:r w:rsidRPr="00C4545C">
        <w:rPr>
          <w:sz w:val="22"/>
        </w:rPr>
        <w:t>има</w:t>
      </w:r>
      <w:proofErr w:type="spellEnd"/>
      <w:r w:rsidR="00C4545C" w:rsidRPr="00C4545C">
        <w:rPr>
          <w:sz w:val="22"/>
          <w:lang w:val="mk-MK"/>
        </w:rPr>
        <w:t>ат</w:t>
      </w:r>
      <w:r w:rsidRPr="00C4545C">
        <w:rPr>
          <w:sz w:val="22"/>
        </w:rPr>
        <w:t xml:space="preserve"> </w:t>
      </w:r>
      <w:proofErr w:type="spellStart"/>
      <w:r w:rsidRPr="00C4545C">
        <w:rPr>
          <w:sz w:val="22"/>
        </w:rPr>
        <w:t>сè</w:t>
      </w:r>
      <w:proofErr w:type="spellEnd"/>
      <w:r w:rsidRPr="00C4545C">
        <w:rPr>
          <w:sz w:val="22"/>
        </w:rPr>
        <w:t xml:space="preserve"> </w:t>
      </w:r>
      <w:proofErr w:type="spellStart"/>
      <w:r w:rsidRPr="00C4545C">
        <w:rPr>
          <w:sz w:val="22"/>
        </w:rPr>
        <w:t>поширок</w:t>
      </w:r>
      <w:proofErr w:type="spellEnd"/>
      <w:r w:rsidRPr="00C4545C">
        <w:rPr>
          <w:sz w:val="22"/>
        </w:rPr>
        <w:t xml:space="preserve"> </w:t>
      </w:r>
      <w:proofErr w:type="spellStart"/>
      <w:r w:rsidRPr="00C4545C">
        <w:rPr>
          <w:sz w:val="22"/>
        </w:rPr>
        <w:t>избор</w:t>
      </w:r>
      <w:proofErr w:type="spellEnd"/>
      <w:r w:rsidRPr="00C4545C">
        <w:rPr>
          <w:sz w:val="22"/>
        </w:rPr>
        <w:t xml:space="preserve"> </w:t>
      </w:r>
      <w:r w:rsidR="00563153" w:rsidRPr="00C4545C">
        <w:rPr>
          <w:sz w:val="22"/>
          <w:lang w:val="mk-MK"/>
        </w:rPr>
        <w:t>на странските берзи</w:t>
      </w:r>
      <w:r w:rsidRPr="00C4545C">
        <w:rPr>
          <w:sz w:val="22"/>
        </w:rPr>
        <w:t xml:space="preserve">. </w:t>
      </w:r>
      <w:proofErr w:type="spellStart"/>
      <w:r w:rsidRPr="00C4545C">
        <w:rPr>
          <w:sz w:val="22"/>
        </w:rPr>
        <w:t>Тоа</w:t>
      </w:r>
      <w:proofErr w:type="spellEnd"/>
      <w:r w:rsidRPr="00C4545C">
        <w:rPr>
          <w:sz w:val="22"/>
        </w:rPr>
        <w:t xml:space="preserve"> </w:t>
      </w:r>
      <w:r w:rsidR="00563153" w:rsidRPr="00C4545C">
        <w:rPr>
          <w:sz w:val="22"/>
          <w:lang w:val="mk-MK"/>
        </w:rPr>
        <w:t>го</w:t>
      </w:r>
      <w:r w:rsidRPr="00C4545C">
        <w:rPr>
          <w:sz w:val="22"/>
        </w:rPr>
        <w:t xml:space="preserve"> </w:t>
      </w:r>
      <w:proofErr w:type="spellStart"/>
      <w:r w:rsidRPr="00C4545C">
        <w:rPr>
          <w:sz w:val="22"/>
        </w:rPr>
        <w:t>менува</w:t>
      </w:r>
      <w:proofErr w:type="spellEnd"/>
      <w:r w:rsidRPr="00C4545C">
        <w:rPr>
          <w:sz w:val="22"/>
        </w:rPr>
        <w:t xml:space="preserve"> </w:t>
      </w:r>
      <w:r w:rsidR="00563153" w:rsidRPr="00C4545C">
        <w:rPr>
          <w:sz w:val="22"/>
          <w:lang w:val="mk-MK"/>
        </w:rPr>
        <w:t>окружувањето</w:t>
      </w:r>
      <w:r w:rsidRPr="00C4545C">
        <w:rPr>
          <w:sz w:val="22"/>
        </w:rPr>
        <w:t xml:space="preserve"> </w:t>
      </w:r>
      <w:proofErr w:type="spellStart"/>
      <w:r w:rsidRPr="00C4545C">
        <w:rPr>
          <w:sz w:val="22"/>
        </w:rPr>
        <w:t>во</w:t>
      </w:r>
      <w:proofErr w:type="spellEnd"/>
      <w:r w:rsidRPr="00C4545C">
        <w:rPr>
          <w:sz w:val="22"/>
        </w:rPr>
        <w:t xml:space="preserve"> </w:t>
      </w:r>
      <w:proofErr w:type="spellStart"/>
      <w:r w:rsidRPr="00C4545C">
        <w:rPr>
          <w:sz w:val="22"/>
        </w:rPr>
        <w:t>ко</w:t>
      </w:r>
      <w:proofErr w:type="spellEnd"/>
      <w:r w:rsidR="00563153" w:rsidRPr="00C4545C">
        <w:rPr>
          <w:sz w:val="22"/>
          <w:lang w:val="mk-MK"/>
        </w:rPr>
        <w:t>е</w:t>
      </w:r>
      <w:r w:rsidRPr="00C4545C">
        <w:rPr>
          <w:sz w:val="22"/>
        </w:rPr>
        <w:t xml:space="preserve"> </w:t>
      </w:r>
      <w:proofErr w:type="spellStart"/>
      <w:r w:rsidRPr="00C4545C">
        <w:rPr>
          <w:sz w:val="22"/>
        </w:rPr>
        <w:t>работиме</w:t>
      </w:r>
      <w:proofErr w:type="spellEnd"/>
      <w:r w:rsidRPr="00C4545C">
        <w:rPr>
          <w:sz w:val="22"/>
        </w:rPr>
        <w:t>.</w:t>
      </w:r>
      <w:r w:rsidR="00563153" w:rsidRPr="00C4545C">
        <w:rPr>
          <w:sz w:val="22"/>
          <w:lang w:val="mk-MK"/>
        </w:rPr>
        <w:t>..</w:t>
      </w:r>
    </w:p>
    <w:p w14:paraId="364F0D6B" w14:textId="2E14B6F7" w:rsidR="00AC07EC" w:rsidRPr="00C4545C" w:rsidRDefault="00000000" w:rsidP="00CD502C">
      <w:pPr>
        <w:jc w:val="both"/>
        <w:rPr>
          <w:sz w:val="22"/>
        </w:rPr>
      </w:pPr>
      <w:proofErr w:type="spellStart"/>
      <w:r w:rsidRPr="00C4545C">
        <w:rPr>
          <w:sz w:val="22"/>
        </w:rPr>
        <w:t>Во</w:t>
      </w:r>
      <w:proofErr w:type="spellEnd"/>
      <w:r w:rsidRPr="00C4545C">
        <w:rPr>
          <w:sz w:val="22"/>
        </w:rPr>
        <w:t xml:space="preserve"> 2024 </w:t>
      </w:r>
      <w:proofErr w:type="spellStart"/>
      <w:r w:rsidRPr="00C4545C">
        <w:rPr>
          <w:sz w:val="22"/>
        </w:rPr>
        <w:t>година</w:t>
      </w:r>
      <w:proofErr w:type="spellEnd"/>
      <w:r w:rsidRPr="00C4545C">
        <w:rPr>
          <w:sz w:val="22"/>
        </w:rPr>
        <w:t xml:space="preserve">, </w:t>
      </w:r>
      <w:proofErr w:type="spellStart"/>
      <w:r w:rsidRPr="00C4545C">
        <w:rPr>
          <w:sz w:val="22"/>
        </w:rPr>
        <w:t>кога</w:t>
      </w:r>
      <w:proofErr w:type="spellEnd"/>
      <w:r w:rsidRPr="00C4545C">
        <w:rPr>
          <w:sz w:val="22"/>
        </w:rPr>
        <w:t xml:space="preserve"> </w:t>
      </w:r>
      <w:proofErr w:type="spellStart"/>
      <w:r w:rsidRPr="00C4545C">
        <w:rPr>
          <w:sz w:val="22"/>
        </w:rPr>
        <w:t>бројките</w:t>
      </w:r>
      <w:proofErr w:type="spellEnd"/>
      <w:r w:rsidRPr="00C4545C">
        <w:rPr>
          <w:sz w:val="22"/>
        </w:rPr>
        <w:t xml:space="preserve"> </w:t>
      </w:r>
      <w:proofErr w:type="spellStart"/>
      <w:r w:rsidRPr="00C4545C">
        <w:rPr>
          <w:sz w:val="22"/>
        </w:rPr>
        <w:t>беа</w:t>
      </w:r>
      <w:proofErr w:type="spellEnd"/>
      <w:r w:rsidRPr="00C4545C">
        <w:rPr>
          <w:sz w:val="22"/>
        </w:rPr>
        <w:t xml:space="preserve"> </w:t>
      </w:r>
      <w:proofErr w:type="spellStart"/>
      <w:r w:rsidRPr="00C4545C">
        <w:rPr>
          <w:sz w:val="22"/>
        </w:rPr>
        <w:t>извонредни</w:t>
      </w:r>
      <w:proofErr w:type="spellEnd"/>
      <w:r w:rsidR="00563153" w:rsidRPr="00C4545C">
        <w:rPr>
          <w:sz w:val="22"/>
          <w:lang w:val="mk-MK"/>
        </w:rPr>
        <w:t xml:space="preserve"> и ја имавме најдобрата година во последната деценија</w:t>
      </w:r>
      <w:r w:rsidRPr="00C4545C">
        <w:rPr>
          <w:sz w:val="22"/>
        </w:rPr>
        <w:t xml:space="preserve">, </w:t>
      </w:r>
      <w:proofErr w:type="spellStart"/>
      <w:r w:rsidRPr="00C4545C">
        <w:rPr>
          <w:sz w:val="22"/>
        </w:rPr>
        <w:t>од</w:t>
      </w:r>
      <w:proofErr w:type="spellEnd"/>
      <w:r w:rsidRPr="00C4545C">
        <w:rPr>
          <w:sz w:val="22"/>
        </w:rPr>
        <w:t xml:space="preserve"> </w:t>
      </w:r>
      <w:proofErr w:type="spellStart"/>
      <w:r w:rsidRPr="00C4545C">
        <w:rPr>
          <w:sz w:val="22"/>
        </w:rPr>
        <w:t>ова</w:t>
      </w:r>
      <w:proofErr w:type="spellEnd"/>
      <w:r w:rsidRPr="00C4545C">
        <w:rPr>
          <w:sz w:val="22"/>
        </w:rPr>
        <w:t xml:space="preserve"> </w:t>
      </w:r>
      <w:proofErr w:type="spellStart"/>
      <w:r w:rsidRPr="00C4545C">
        <w:rPr>
          <w:sz w:val="22"/>
        </w:rPr>
        <w:t>место</w:t>
      </w:r>
      <w:proofErr w:type="spellEnd"/>
      <w:r w:rsidRPr="00C4545C">
        <w:rPr>
          <w:sz w:val="22"/>
        </w:rPr>
        <w:t xml:space="preserve"> </w:t>
      </w:r>
      <w:proofErr w:type="spellStart"/>
      <w:r w:rsidRPr="00C4545C">
        <w:rPr>
          <w:sz w:val="22"/>
        </w:rPr>
        <w:t>зборував</w:t>
      </w:r>
      <w:proofErr w:type="spellEnd"/>
      <w:r w:rsidRPr="00C4545C">
        <w:rPr>
          <w:sz w:val="22"/>
        </w:rPr>
        <w:t xml:space="preserve"> </w:t>
      </w:r>
      <w:proofErr w:type="spellStart"/>
      <w:r w:rsidRPr="00C4545C">
        <w:rPr>
          <w:sz w:val="22"/>
        </w:rPr>
        <w:t>дека</w:t>
      </w:r>
      <w:proofErr w:type="spellEnd"/>
      <w:r w:rsidRPr="00C4545C">
        <w:rPr>
          <w:sz w:val="22"/>
        </w:rPr>
        <w:t xml:space="preserve"> </w:t>
      </w:r>
      <w:proofErr w:type="spellStart"/>
      <w:r w:rsidRPr="00C4545C">
        <w:rPr>
          <w:sz w:val="22"/>
        </w:rPr>
        <w:t>добриот</w:t>
      </w:r>
      <w:proofErr w:type="spellEnd"/>
      <w:r w:rsidRPr="00C4545C">
        <w:rPr>
          <w:sz w:val="22"/>
        </w:rPr>
        <w:t xml:space="preserve"> </w:t>
      </w:r>
      <w:proofErr w:type="spellStart"/>
      <w:r w:rsidRPr="00C4545C">
        <w:rPr>
          <w:sz w:val="22"/>
        </w:rPr>
        <w:t>период</w:t>
      </w:r>
      <w:proofErr w:type="spellEnd"/>
      <w:r w:rsidRPr="00C4545C">
        <w:rPr>
          <w:sz w:val="22"/>
        </w:rPr>
        <w:t xml:space="preserve"> </w:t>
      </w:r>
      <w:proofErr w:type="spellStart"/>
      <w:r w:rsidRPr="00C4545C">
        <w:rPr>
          <w:sz w:val="22"/>
        </w:rPr>
        <w:t>треба</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искористи</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следниот</w:t>
      </w:r>
      <w:proofErr w:type="spellEnd"/>
      <w:r w:rsidRPr="00C4545C">
        <w:rPr>
          <w:sz w:val="22"/>
        </w:rPr>
        <w:t xml:space="preserve"> </w:t>
      </w:r>
      <w:proofErr w:type="spellStart"/>
      <w:r w:rsidRPr="00C4545C">
        <w:rPr>
          <w:sz w:val="22"/>
        </w:rPr>
        <w:t>развоен</w:t>
      </w:r>
      <w:proofErr w:type="spellEnd"/>
      <w:r w:rsidRPr="00C4545C">
        <w:rPr>
          <w:sz w:val="22"/>
        </w:rPr>
        <w:t xml:space="preserve"> </w:t>
      </w:r>
      <w:proofErr w:type="spellStart"/>
      <w:r w:rsidRPr="00C4545C">
        <w:rPr>
          <w:sz w:val="22"/>
        </w:rPr>
        <w:t>чекор</w:t>
      </w:r>
      <w:proofErr w:type="spellEnd"/>
      <w:r w:rsidRPr="00C4545C">
        <w:rPr>
          <w:sz w:val="22"/>
        </w:rPr>
        <w:t xml:space="preserve">. </w:t>
      </w:r>
      <w:proofErr w:type="spellStart"/>
      <w:r w:rsidRPr="00C4545C">
        <w:rPr>
          <w:sz w:val="22"/>
        </w:rPr>
        <w:t>Денес</w:t>
      </w:r>
      <w:proofErr w:type="spellEnd"/>
      <w:r w:rsidRPr="00C4545C">
        <w:rPr>
          <w:sz w:val="22"/>
        </w:rPr>
        <w:t xml:space="preserve"> </w:t>
      </w:r>
      <w:proofErr w:type="spellStart"/>
      <w:r w:rsidRPr="00C4545C">
        <w:rPr>
          <w:sz w:val="22"/>
        </w:rPr>
        <w:t>сметам</w:t>
      </w:r>
      <w:proofErr w:type="spellEnd"/>
      <w:r w:rsidRPr="00C4545C">
        <w:rPr>
          <w:sz w:val="22"/>
        </w:rPr>
        <w:t xml:space="preserve"> </w:t>
      </w:r>
      <w:proofErr w:type="spellStart"/>
      <w:r w:rsidRPr="00C4545C">
        <w:rPr>
          <w:sz w:val="22"/>
        </w:rPr>
        <w:t>дека</w:t>
      </w:r>
      <w:proofErr w:type="spellEnd"/>
      <w:r w:rsidRPr="00C4545C">
        <w:rPr>
          <w:sz w:val="22"/>
        </w:rPr>
        <w:t xml:space="preserve"> </w:t>
      </w:r>
      <w:proofErr w:type="spellStart"/>
      <w:r w:rsidRPr="00C4545C">
        <w:rPr>
          <w:sz w:val="22"/>
        </w:rPr>
        <w:t>то</w:t>
      </w:r>
      <w:r w:rsidR="006E4FBD">
        <w:rPr>
          <w:sz w:val="22"/>
        </w:rPr>
        <w:t>a</w:t>
      </w:r>
      <w:proofErr w:type="spellEnd"/>
      <w:r w:rsidRPr="00C4545C">
        <w:rPr>
          <w:sz w:val="22"/>
        </w:rPr>
        <w:t xml:space="preserve"> е </w:t>
      </w:r>
      <w:proofErr w:type="spellStart"/>
      <w:r w:rsidRPr="00C4545C">
        <w:rPr>
          <w:sz w:val="22"/>
        </w:rPr>
        <w:t>уште</w:t>
      </w:r>
      <w:proofErr w:type="spellEnd"/>
      <w:r w:rsidRPr="00C4545C">
        <w:rPr>
          <w:sz w:val="22"/>
        </w:rPr>
        <w:t xml:space="preserve"> </w:t>
      </w:r>
      <w:proofErr w:type="spellStart"/>
      <w:r w:rsidRPr="00C4545C">
        <w:rPr>
          <w:sz w:val="22"/>
        </w:rPr>
        <w:t>понеопходн</w:t>
      </w:r>
      <w:r w:rsidR="006E4FBD">
        <w:rPr>
          <w:sz w:val="22"/>
        </w:rPr>
        <w:t>o</w:t>
      </w:r>
      <w:proofErr w:type="spellEnd"/>
      <w:r w:rsidRPr="00C4545C">
        <w:rPr>
          <w:sz w:val="22"/>
        </w:rPr>
        <w:t xml:space="preserve">. </w:t>
      </w:r>
      <w:r w:rsidR="00563153" w:rsidRPr="00C4545C">
        <w:rPr>
          <w:sz w:val="22"/>
          <w:lang w:val="mk-MK"/>
        </w:rPr>
        <w:t>Оттука, б</w:t>
      </w:r>
      <w:r w:rsidRPr="00C4545C">
        <w:rPr>
          <w:sz w:val="22"/>
        </w:rPr>
        <w:t xml:space="preserve">и </w:t>
      </w:r>
      <w:proofErr w:type="spellStart"/>
      <w:r w:rsidRPr="00C4545C">
        <w:rPr>
          <w:sz w:val="22"/>
        </w:rPr>
        <w:t>издвоил</w:t>
      </w:r>
      <w:proofErr w:type="spellEnd"/>
      <w:r w:rsidRPr="00C4545C">
        <w:rPr>
          <w:sz w:val="22"/>
        </w:rPr>
        <w:t xml:space="preserve"> </w:t>
      </w:r>
      <w:proofErr w:type="spellStart"/>
      <w:r w:rsidRPr="00C4545C">
        <w:rPr>
          <w:sz w:val="22"/>
        </w:rPr>
        <w:t>неколку</w:t>
      </w:r>
      <w:proofErr w:type="spellEnd"/>
      <w:r w:rsidRPr="00C4545C">
        <w:rPr>
          <w:sz w:val="22"/>
        </w:rPr>
        <w:t xml:space="preserve"> </w:t>
      </w:r>
      <w:proofErr w:type="spellStart"/>
      <w:r w:rsidRPr="00C4545C">
        <w:rPr>
          <w:sz w:val="22"/>
        </w:rPr>
        <w:t>работи</w:t>
      </w:r>
      <w:proofErr w:type="spellEnd"/>
      <w:r w:rsidR="00563153" w:rsidRPr="00C4545C">
        <w:rPr>
          <w:sz w:val="22"/>
          <w:lang w:val="mk-MK"/>
        </w:rPr>
        <w:t xml:space="preserve"> што сметам дека е битно </w:t>
      </w:r>
      <w:r w:rsidR="006E4FBD">
        <w:rPr>
          <w:sz w:val="22"/>
          <w:lang w:val="mk-MK"/>
        </w:rPr>
        <w:t>во оваа прилика</w:t>
      </w:r>
      <w:r w:rsidR="006E4FBD" w:rsidRPr="00C4545C">
        <w:rPr>
          <w:sz w:val="22"/>
          <w:lang w:val="mk-MK"/>
        </w:rPr>
        <w:t xml:space="preserve"> </w:t>
      </w:r>
      <w:r w:rsidR="00563153" w:rsidRPr="00C4545C">
        <w:rPr>
          <w:sz w:val="22"/>
          <w:lang w:val="mk-MK"/>
        </w:rPr>
        <w:t>да ги споделам</w:t>
      </w:r>
      <w:r w:rsidR="004076EA">
        <w:rPr>
          <w:sz w:val="22"/>
          <w:lang w:val="mk-MK"/>
        </w:rPr>
        <w:t xml:space="preserve"> со вас</w:t>
      </w:r>
      <w:r w:rsidRPr="00C4545C">
        <w:rPr>
          <w:sz w:val="22"/>
        </w:rPr>
        <w:t>.</w:t>
      </w:r>
      <w:r w:rsidR="006E4FBD">
        <w:rPr>
          <w:sz w:val="22"/>
        </w:rPr>
        <w:t xml:space="preserve"> </w:t>
      </w:r>
    </w:p>
    <w:p w14:paraId="14839210" w14:textId="21031783" w:rsidR="00C90BDE" w:rsidRPr="00C4545C" w:rsidRDefault="00FC7465" w:rsidP="00CD502C">
      <w:pPr>
        <w:keepNext/>
        <w:jc w:val="both"/>
        <w:rPr>
          <w:sz w:val="22"/>
          <w:lang w:val="mk-MK"/>
        </w:rPr>
      </w:pPr>
      <w:r w:rsidRPr="00C4545C">
        <w:rPr>
          <w:b/>
          <w:bCs/>
          <w:sz w:val="22"/>
          <w:lang w:val="mk-MK"/>
        </w:rPr>
        <w:t>Најпрвин, о</w:t>
      </w:r>
      <w:proofErr w:type="spellStart"/>
      <w:r w:rsidRPr="00C4545C">
        <w:rPr>
          <w:b/>
          <w:bCs/>
          <w:sz w:val="22"/>
        </w:rPr>
        <w:t>собено</w:t>
      </w:r>
      <w:proofErr w:type="spellEnd"/>
      <w:r w:rsidRPr="00C4545C">
        <w:rPr>
          <w:b/>
          <w:bCs/>
          <w:sz w:val="22"/>
        </w:rPr>
        <w:t xml:space="preserve"> </w:t>
      </w:r>
      <w:proofErr w:type="spellStart"/>
      <w:r w:rsidRPr="00C4545C">
        <w:rPr>
          <w:b/>
          <w:bCs/>
          <w:sz w:val="22"/>
        </w:rPr>
        <w:t>би</w:t>
      </w:r>
      <w:proofErr w:type="spellEnd"/>
      <w:r w:rsidRPr="00C4545C">
        <w:rPr>
          <w:b/>
          <w:bCs/>
          <w:sz w:val="22"/>
        </w:rPr>
        <w:t xml:space="preserve"> </w:t>
      </w:r>
      <w:r w:rsidR="0063270A">
        <w:rPr>
          <w:b/>
          <w:bCs/>
          <w:sz w:val="22"/>
          <w:lang w:val="mk-MK"/>
        </w:rPr>
        <w:t>ги истакнал</w:t>
      </w:r>
      <w:r w:rsidRPr="00C4545C">
        <w:rPr>
          <w:b/>
          <w:bCs/>
          <w:sz w:val="22"/>
        </w:rPr>
        <w:t xml:space="preserve"> </w:t>
      </w:r>
      <w:proofErr w:type="spellStart"/>
      <w:r w:rsidRPr="00C4545C">
        <w:rPr>
          <w:b/>
          <w:bCs/>
          <w:sz w:val="22"/>
        </w:rPr>
        <w:t>актуелниот</w:t>
      </w:r>
      <w:proofErr w:type="spellEnd"/>
      <w:r w:rsidRPr="00C4545C">
        <w:rPr>
          <w:b/>
          <w:bCs/>
          <w:sz w:val="22"/>
        </w:rPr>
        <w:t xml:space="preserve"> </w:t>
      </w:r>
      <w:proofErr w:type="spellStart"/>
      <w:r w:rsidRPr="00C4545C">
        <w:rPr>
          <w:b/>
          <w:bCs/>
          <w:sz w:val="22"/>
        </w:rPr>
        <w:t>проект</w:t>
      </w:r>
      <w:proofErr w:type="spellEnd"/>
      <w:r w:rsidRPr="00C4545C">
        <w:rPr>
          <w:b/>
          <w:bCs/>
          <w:sz w:val="22"/>
        </w:rPr>
        <w:t xml:space="preserve"> </w:t>
      </w:r>
      <w:proofErr w:type="spellStart"/>
      <w:r w:rsidRPr="00C4545C">
        <w:rPr>
          <w:b/>
          <w:bCs/>
          <w:sz w:val="22"/>
        </w:rPr>
        <w:t>за</w:t>
      </w:r>
      <w:proofErr w:type="spellEnd"/>
      <w:r w:rsidRPr="00C4545C">
        <w:rPr>
          <w:b/>
          <w:bCs/>
          <w:sz w:val="22"/>
        </w:rPr>
        <w:t xml:space="preserve"> </w:t>
      </w:r>
      <w:proofErr w:type="spellStart"/>
      <w:r w:rsidRPr="00C4545C">
        <w:rPr>
          <w:b/>
          <w:bCs/>
          <w:sz w:val="22"/>
        </w:rPr>
        <w:t>подготовка</w:t>
      </w:r>
      <w:proofErr w:type="spellEnd"/>
      <w:r w:rsidRPr="00C4545C">
        <w:rPr>
          <w:b/>
          <w:bCs/>
          <w:sz w:val="22"/>
        </w:rPr>
        <w:t xml:space="preserve"> </w:t>
      </w:r>
      <w:proofErr w:type="spellStart"/>
      <w:r w:rsidRPr="00C4545C">
        <w:rPr>
          <w:b/>
          <w:bCs/>
          <w:sz w:val="22"/>
        </w:rPr>
        <w:t>на</w:t>
      </w:r>
      <w:proofErr w:type="spellEnd"/>
      <w:r w:rsidRPr="00C4545C">
        <w:rPr>
          <w:b/>
          <w:bCs/>
          <w:sz w:val="22"/>
        </w:rPr>
        <w:t xml:space="preserve"> </w:t>
      </w:r>
      <w:proofErr w:type="spellStart"/>
      <w:r w:rsidRPr="00C4545C">
        <w:rPr>
          <w:b/>
          <w:bCs/>
          <w:sz w:val="22"/>
        </w:rPr>
        <w:t>домашните</w:t>
      </w:r>
      <w:proofErr w:type="spellEnd"/>
      <w:r w:rsidRPr="00C4545C">
        <w:rPr>
          <w:b/>
          <w:bCs/>
          <w:sz w:val="22"/>
        </w:rPr>
        <w:t xml:space="preserve"> </w:t>
      </w:r>
      <w:proofErr w:type="spellStart"/>
      <w:r w:rsidRPr="00C4545C">
        <w:rPr>
          <w:b/>
          <w:bCs/>
          <w:sz w:val="22"/>
        </w:rPr>
        <w:t>компании</w:t>
      </w:r>
      <w:proofErr w:type="spellEnd"/>
      <w:r w:rsidRPr="00C4545C">
        <w:rPr>
          <w:b/>
          <w:bCs/>
          <w:sz w:val="22"/>
        </w:rPr>
        <w:t xml:space="preserve"> </w:t>
      </w:r>
      <w:proofErr w:type="spellStart"/>
      <w:r w:rsidRPr="00C4545C">
        <w:rPr>
          <w:b/>
          <w:bCs/>
          <w:sz w:val="22"/>
        </w:rPr>
        <w:t>за</w:t>
      </w:r>
      <w:proofErr w:type="spellEnd"/>
      <w:r w:rsidRPr="00C4545C">
        <w:rPr>
          <w:b/>
          <w:bCs/>
          <w:sz w:val="22"/>
        </w:rPr>
        <w:t xml:space="preserve"> </w:t>
      </w:r>
      <w:proofErr w:type="spellStart"/>
      <w:r w:rsidRPr="00C4545C">
        <w:rPr>
          <w:b/>
          <w:bCs/>
          <w:sz w:val="22"/>
        </w:rPr>
        <w:t>пазарно</w:t>
      </w:r>
      <w:proofErr w:type="spellEnd"/>
      <w:r w:rsidRPr="00C4545C">
        <w:rPr>
          <w:b/>
          <w:bCs/>
          <w:sz w:val="22"/>
        </w:rPr>
        <w:t xml:space="preserve"> </w:t>
      </w:r>
      <w:proofErr w:type="spellStart"/>
      <w:r w:rsidRPr="00C4545C">
        <w:rPr>
          <w:b/>
          <w:bCs/>
          <w:sz w:val="22"/>
        </w:rPr>
        <w:t>финансирање</w:t>
      </w:r>
      <w:proofErr w:type="spellEnd"/>
      <w:r w:rsidR="00C90BDE" w:rsidRPr="00C4545C">
        <w:rPr>
          <w:b/>
          <w:bCs/>
          <w:sz w:val="22"/>
          <w:lang w:val="mk-MK"/>
        </w:rPr>
        <w:t xml:space="preserve">, подржан од </w:t>
      </w:r>
      <w:r w:rsidR="00C90BDE" w:rsidRPr="00C4545C">
        <w:rPr>
          <w:b/>
          <w:bCs/>
          <w:sz w:val="22"/>
        </w:rPr>
        <w:t>EBRD</w:t>
      </w:r>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него</w:t>
      </w:r>
      <w:proofErr w:type="spellEnd"/>
      <w:r w:rsidRPr="00C4545C">
        <w:rPr>
          <w:sz w:val="22"/>
        </w:rPr>
        <w:t xml:space="preserve"> </w:t>
      </w:r>
      <w:proofErr w:type="spellStart"/>
      <w:r w:rsidRPr="00C4545C">
        <w:rPr>
          <w:sz w:val="22"/>
        </w:rPr>
        <w:t>правиме</w:t>
      </w:r>
      <w:proofErr w:type="spellEnd"/>
      <w:r w:rsidRPr="00C4545C">
        <w:rPr>
          <w:sz w:val="22"/>
        </w:rPr>
        <w:t xml:space="preserve"> </w:t>
      </w:r>
      <w:proofErr w:type="spellStart"/>
      <w:r w:rsidRPr="00C4545C">
        <w:rPr>
          <w:sz w:val="22"/>
        </w:rPr>
        <w:t>конкретен</w:t>
      </w:r>
      <w:proofErr w:type="spellEnd"/>
      <w:r w:rsidRPr="00C4545C">
        <w:rPr>
          <w:sz w:val="22"/>
        </w:rPr>
        <w:t xml:space="preserve"> </w:t>
      </w:r>
      <w:proofErr w:type="spellStart"/>
      <w:r w:rsidRPr="00C4545C">
        <w:rPr>
          <w:sz w:val="22"/>
        </w:rPr>
        <w:t>исчекор</w:t>
      </w:r>
      <w:proofErr w:type="spellEnd"/>
      <w:r w:rsidRPr="00C4545C">
        <w:rPr>
          <w:sz w:val="22"/>
        </w:rPr>
        <w:t xml:space="preserve"> </w:t>
      </w:r>
      <w:proofErr w:type="spellStart"/>
      <w:r w:rsidRPr="00C4545C">
        <w:rPr>
          <w:sz w:val="22"/>
        </w:rPr>
        <w:t>во</w:t>
      </w:r>
      <w:proofErr w:type="spellEnd"/>
      <w:r w:rsidRPr="00C4545C">
        <w:rPr>
          <w:sz w:val="22"/>
        </w:rPr>
        <w:t xml:space="preserve"> </w:t>
      </w:r>
      <w:proofErr w:type="spellStart"/>
      <w:r w:rsidRPr="00C4545C">
        <w:rPr>
          <w:sz w:val="22"/>
        </w:rPr>
        <w:t>еден</w:t>
      </w:r>
      <w:proofErr w:type="spellEnd"/>
      <w:r w:rsidRPr="00C4545C">
        <w:rPr>
          <w:sz w:val="22"/>
        </w:rPr>
        <w:t xml:space="preserve"> </w:t>
      </w:r>
      <w:proofErr w:type="spellStart"/>
      <w:r w:rsidRPr="00C4545C">
        <w:rPr>
          <w:sz w:val="22"/>
        </w:rPr>
        <w:t>од</w:t>
      </w:r>
      <w:proofErr w:type="spellEnd"/>
      <w:r w:rsidRPr="00C4545C">
        <w:rPr>
          <w:sz w:val="22"/>
        </w:rPr>
        <w:t xml:space="preserve"> </w:t>
      </w:r>
      <w:proofErr w:type="spellStart"/>
      <w:r w:rsidRPr="00C4545C">
        <w:rPr>
          <w:sz w:val="22"/>
        </w:rPr>
        <w:t>нашите</w:t>
      </w:r>
      <w:proofErr w:type="spellEnd"/>
      <w:r w:rsidRPr="00C4545C">
        <w:rPr>
          <w:sz w:val="22"/>
        </w:rPr>
        <w:t xml:space="preserve"> </w:t>
      </w:r>
      <w:proofErr w:type="spellStart"/>
      <w:r w:rsidRPr="00C4545C">
        <w:rPr>
          <w:sz w:val="22"/>
        </w:rPr>
        <w:t>најважни</w:t>
      </w:r>
      <w:proofErr w:type="spellEnd"/>
      <w:r w:rsidRPr="00C4545C">
        <w:rPr>
          <w:sz w:val="22"/>
        </w:rPr>
        <w:t xml:space="preserve"> </w:t>
      </w:r>
      <w:proofErr w:type="spellStart"/>
      <w:r w:rsidRPr="00C4545C">
        <w:rPr>
          <w:sz w:val="22"/>
        </w:rPr>
        <w:t>развојни</w:t>
      </w:r>
      <w:proofErr w:type="spellEnd"/>
      <w:r w:rsidRPr="00C4545C">
        <w:rPr>
          <w:sz w:val="22"/>
        </w:rPr>
        <w:t xml:space="preserve"> </w:t>
      </w:r>
      <w:proofErr w:type="spellStart"/>
      <w:r w:rsidRPr="00C4545C">
        <w:rPr>
          <w:sz w:val="22"/>
        </w:rPr>
        <w:t>приоритети</w:t>
      </w:r>
      <w:proofErr w:type="spellEnd"/>
      <w:r w:rsidRPr="00C4545C">
        <w:rPr>
          <w:sz w:val="22"/>
        </w:rPr>
        <w:t xml:space="preserve"> </w:t>
      </w:r>
      <w:r w:rsidR="00C90BDE" w:rsidRPr="00C4545C">
        <w:rPr>
          <w:sz w:val="22"/>
          <w:lang w:val="mk-MK"/>
        </w:rPr>
        <w:t>-</w:t>
      </w:r>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создадеме</w:t>
      </w:r>
      <w:proofErr w:type="spellEnd"/>
      <w:r w:rsidRPr="00C4545C">
        <w:rPr>
          <w:sz w:val="22"/>
        </w:rPr>
        <w:t xml:space="preserve"> </w:t>
      </w:r>
      <w:proofErr w:type="spellStart"/>
      <w:r w:rsidRPr="00C4545C">
        <w:rPr>
          <w:sz w:val="22"/>
        </w:rPr>
        <w:t>поширок</w:t>
      </w:r>
      <w:proofErr w:type="spellEnd"/>
      <w:r w:rsidRPr="00C4545C">
        <w:rPr>
          <w:sz w:val="22"/>
        </w:rPr>
        <w:t xml:space="preserve"> </w:t>
      </w:r>
      <w:proofErr w:type="spellStart"/>
      <w:r w:rsidRPr="00C4545C">
        <w:rPr>
          <w:sz w:val="22"/>
        </w:rPr>
        <w:t>круг</w:t>
      </w:r>
      <w:proofErr w:type="spellEnd"/>
      <w:r w:rsidRPr="00C4545C">
        <w:rPr>
          <w:sz w:val="22"/>
        </w:rPr>
        <w:t xml:space="preserve"> </w:t>
      </w:r>
      <w:proofErr w:type="spellStart"/>
      <w:r w:rsidRPr="00C4545C">
        <w:rPr>
          <w:sz w:val="22"/>
        </w:rPr>
        <w:t>компании</w:t>
      </w:r>
      <w:proofErr w:type="spellEnd"/>
      <w:r w:rsidRPr="00C4545C">
        <w:rPr>
          <w:sz w:val="22"/>
        </w:rPr>
        <w:t xml:space="preserve"> </w:t>
      </w:r>
      <w:proofErr w:type="spellStart"/>
      <w:r w:rsidRPr="00C4545C">
        <w:rPr>
          <w:sz w:val="22"/>
        </w:rPr>
        <w:t>што</w:t>
      </w:r>
      <w:proofErr w:type="spellEnd"/>
      <w:r w:rsidRPr="00C4545C">
        <w:rPr>
          <w:sz w:val="22"/>
        </w:rPr>
        <w:t xml:space="preserve"> </w:t>
      </w:r>
      <w:proofErr w:type="spellStart"/>
      <w:r w:rsidRPr="00C4545C">
        <w:rPr>
          <w:sz w:val="22"/>
        </w:rPr>
        <w:t>ќе</w:t>
      </w:r>
      <w:proofErr w:type="spellEnd"/>
      <w:r w:rsidRPr="00C4545C">
        <w:rPr>
          <w:sz w:val="22"/>
        </w:rPr>
        <w:t xml:space="preserve"> </w:t>
      </w:r>
      <w:proofErr w:type="spellStart"/>
      <w:r w:rsidRPr="00C4545C">
        <w:rPr>
          <w:sz w:val="22"/>
        </w:rPr>
        <w:t>можат</w:t>
      </w:r>
      <w:proofErr w:type="spellEnd"/>
      <w:r w:rsidRPr="00C4545C">
        <w:rPr>
          <w:sz w:val="22"/>
        </w:rPr>
        <w:t xml:space="preserve"> </w:t>
      </w:r>
      <w:proofErr w:type="spellStart"/>
      <w:r w:rsidRPr="00C4545C">
        <w:rPr>
          <w:sz w:val="22"/>
        </w:rPr>
        <w:t>својот</w:t>
      </w:r>
      <w:proofErr w:type="spellEnd"/>
      <w:r w:rsidRPr="00C4545C">
        <w:rPr>
          <w:sz w:val="22"/>
        </w:rPr>
        <w:t xml:space="preserve"> </w:t>
      </w:r>
      <w:proofErr w:type="spellStart"/>
      <w:r w:rsidRPr="00C4545C">
        <w:rPr>
          <w:sz w:val="22"/>
        </w:rPr>
        <w:t>раст</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го</w:t>
      </w:r>
      <w:proofErr w:type="spellEnd"/>
      <w:r w:rsidRPr="00C4545C">
        <w:rPr>
          <w:sz w:val="22"/>
        </w:rPr>
        <w:t xml:space="preserve"> </w:t>
      </w:r>
      <w:proofErr w:type="spellStart"/>
      <w:r w:rsidRPr="00C4545C">
        <w:rPr>
          <w:sz w:val="22"/>
        </w:rPr>
        <w:t>финансираат</w:t>
      </w:r>
      <w:proofErr w:type="spellEnd"/>
      <w:r w:rsidRPr="00C4545C">
        <w:rPr>
          <w:sz w:val="22"/>
        </w:rPr>
        <w:t xml:space="preserve"> </w:t>
      </w:r>
      <w:proofErr w:type="spellStart"/>
      <w:r w:rsidRPr="00C4545C">
        <w:rPr>
          <w:sz w:val="22"/>
        </w:rPr>
        <w:t>преку</w:t>
      </w:r>
      <w:proofErr w:type="spellEnd"/>
      <w:r w:rsidRPr="00C4545C">
        <w:rPr>
          <w:sz w:val="22"/>
        </w:rPr>
        <w:t xml:space="preserve"> </w:t>
      </w:r>
      <w:proofErr w:type="spellStart"/>
      <w:r w:rsidRPr="00C4545C">
        <w:rPr>
          <w:sz w:val="22"/>
        </w:rPr>
        <w:t>Берзата</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интересот</w:t>
      </w:r>
      <w:proofErr w:type="spellEnd"/>
      <w:r w:rsidRPr="00C4545C">
        <w:rPr>
          <w:sz w:val="22"/>
        </w:rPr>
        <w:t xml:space="preserve"> </w:t>
      </w:r>
      <w:proofErr w:type="spellStart"/>
      <w:r w:rsidRPr="00C4545C">
        <w:rPr>
          <w:sz w:val="22"/>
        </w:rPr>
        <w:t>што</w:t>
      </w:r>
      <w:proofErr w:type="spellEnd"/>
      <w:r w:rsidRPr="00C4545C">
        <w:rPr>
          <w:sz w:val="22"/>
        </w:rPr>
        <w:t xml:space="preserve"> </w:t>
      </w:r>
      <w:proofErr w:type="spellStart"/>
      <w:r w:rsidRPr="00C4545C">
        <w:rPr>
          <w:sz w:val="22"/>
        </w:rPr>
        <w:t>го</w:t>
      </w:r>
      <w:proofErr w:type="spellEnd"/>
      <w:r w:rsidRPr="00C4545C">
        <w:rPr>
          <w:sz w:val="22"/>
        </w:rPr>
        <w:t xml:space="preserve"> </w:t>
      </w:r>
      <w:proofErr w:type="spellStart"/>
      <w:r w:rsidRPr="00C4545C">
        <w:rPr>
          <w:sz w:val="22"/>
        </w:rPr>
        <w:t>развивавме</w:t>
      </w:r>
      <w:proofErr w:type="spellEnd"/>
      <w:r w:rsidRPr="00C4545C">
        <w:rPr>
          <w:sz w:val="22"/>
        </w:rPr>
        <w:t xml:space="preserve"> </w:t>
      </w:r>
      <w:proofErr w:type="spellStart"/>
      <w:r w:rsidRPr="00C4545C">
        <w:rPr>
          <w:sz w:val="22"/>
        </w:rPr>
        <w:t>преку</w:t>
      </w:r>
      <w:proofErr w:type="spellEnd"/>
      <w:r w:rsidRPr="00C4545C">
        <w:rPr>
          <w:sz w:val="22"/>
        </w:rPr>
        <w:t xml:space="preserve"> </w:t>
      </w:r>
      <w:r w:rsidR="00C90BDE" w:rsidRPr="00C4545C">
        <w:rPr>
          <w:sz w:val="22"/>
          <w:lang w:val="mk-MK"/>
        </w:rPr>
        <w:t>функционирање</w:t>
      </w:r>
      <w:r w:rsidR="006E4FBD">
        <w:rPr>
          <w:sz w:val="22"/>
        </w:rPr>
        <w:t>to</w:t>
      </w:r>
      <w:r w:rsidR="00C90BDE" w:rsidRPr="00C4545C">
        <w:rPr>
          <w:sz w:val="22"/>
          <w:lang w:val="mk-MK"/>
        </w:rPr>
        <w:t xml:space="preserve"> на </w:t>
      </w:r>
      <w:r w:rsidRPr="00C4545C">
        <w:rPr>
          <w:sz w:val="22"/>
        </w:rPr>
        <w:t xml:space="preserve">БУМ </w:t>
      </w:r>
      <w:proofErr w:type="spellStart"/>
      <w:r w:rsidRPr="00C4545C">
        <w:rPr>
          <w:sz w:val="22"/>
        </w:rPr>
        <w:t>клубот</w:t>
      </w:r>
      <w:proofErr w:type="spellEnd"/>
      <w:r w:rsidRPr="00C4545C">
        <w:rPr>
          <w:sz w:val="22"/>
        </w:rPr>
        <w:t xml:space="preserve"> </w:t>
      </w:r>
      <w:proofErr w:type="spellStart"/>
      <w:r w:rsidRPr="00C4545C">
        <w:rPr>
          <w:sz w:val="22"/>
        </w:rPr>
        <w:t>сега</w:t>
      </w:r>
      <w:proofErr w:type="spellEnd"/>
      <w:r w:rsidRPr="00C4545C">
        <w:rPr>
          <w:sz w:val="22"/>
        </w:rPr>
        <w:t xml:space="preserve"> </w:t>
      </w:r>
      <w:proofErr w:type="spellStart"/>
      <w:r w:rsidRPr="00C4545C">
        <w:rPr>
          <w:sz w:val="22"/>
        </w:rPr>
        <w:t>му</w:t>
      </w:r>
      <w:proofErr w:type="spellEnd"/>
      <w:r w:rsidRPr="00C4545C">
        <w:rPr>
          <w:sz w:val="22"/>
        </w:rPr>
        <w:t xml:space="preserve"> </w:t>
      </w:r>
      <w:proofErr w:type="spellStart"/>
      <w:r w:rsidRPr="00C4545C">
        <w:rPr>
          <w:sz w:val="22"/>
        </w:rPr>
        <w:t>даваме</w:t>
      </w:r>
      <w:proofErr w:type="spellEnd"/>
      <w:r w:rsidRPr="00C4545C">
        <w:rPr>
          <w:sz w:val="22"/>
        </w:rPr>
        <w:t xml:space="preserve"> </w:t>
      </w:r>
      <w:proofErr w:type="spellStart"/>
      <w:r w:rsidRPr="00C4545C">
        <w:rPr>
          <w:sz w:val="22"/>
        </w:rPr>
        <w:t>организирана</w:t>
      </w:r>
      <w:proofErr w:type="spellEnd"/>
      <w:r w:rsidRPr="00C4545C">
        <w:rPr>
          <w:sz w:val="22"/>
        </w:rPr>
        <w:t xml:space="preserve"> </w:t>
      </w:r>
      <w:proofErr w:type="spellStart"/>
      <w:r w:rsidRPr="00C4545C">
        <w:rPr>
          <w:sz w:val="22"/>
        </w:rPr>
        <w:t>експертска</w:t>
      </w:r>
      <w:proofErr w:type="spellEnd"/>
      <w:r w:rsidRPr="00C4545C">
        <w:rPr>
          <w:sz w:val="22"/>
        </w:rPr>
        <w:t xml:space="preserve"> </w:t>
      </w:r>
      <w:proofErr w:type="spellStart"/>
      <w:r w:rsidRPr="00C4545C">
        <w:rPr>
          <w:sz w:val="22"/>
        </w:rPr>
        <w:t>поддршка</w:t>
      </w:r>
      <w:proofErr w:type="spellEnd"/>
      <w:r w:rsidRPr="00C4545C">
        <w:rPr>
          <w:sz w:val="22"/>
        </w:rPr>
        <w:t xml:space="preserve">. </w:t>
      </w:r>
      <w:r w:rsidR="00C90BDE" w:rsidRPr="00C4545C">
        <w:rPr>
          <w:sz w:val="22"/>
          <w:lang w:val="mk-MK"/>
        </w:rPr>
        <w:t>Преку ангажираните консултанти од</w:t>
      </w:r>
      <w:r w:rsidRPr="00C4545C">
        <w:rPr>
          <w:sz w:val="22"/>
        </w:rPr>
        <w:t xml:space="preserve"> PwC</w:t>
      </w:r>
      <w:r w:rsidR="00C90BDE" w:rsidRPr="00C4545C">
        <w:rPr>
          <w:sz w:val="22"/>
          <w:lang w:val="mk-MK"/>
        </w:rPr>
        <w:t xml:space="preserve"> од Македонија и Хрватска</w:t>
      </w:r>
      <w:r w:rsidRPr="00C4545C">
        <w:rPr>
          <w:sz w:val="22"/>
        </w:rPr>
        <w:t xml:space="preserve">, </w:t>
      </w:r>
      <w:proofErr w:type="spellStart"/>
      <w:r w:rsidRPr="00C4545C">
        <w:rPr>
          <w:sz w:val="22"/>
        </w:rPr>
        <w:t>сопствениците</w:t>
      </w:r>
      <w:proofErr w:type="spellEnd"/>
      <w:r w:rsidRPr="00C4545C">
        <w:rPr>
          <w:sz w:val="22"/>
        </w:rPr>
        <w:t xml:space="preserve"> и </w:t>
      </w:r>
      <w:proofErr w:type="spellStart"/>
      <w:r w:rsidRPr="00C4545C">
        <w:rPr>
          <w:sz w:val="22"/>
        </w:rPr>
        <w:t>менаџерите</w:t>
      </w:r>
      <w:proofErr w:type="spellEnd"/>
      <w:r w:rsidRPr="00C4545C">
        <w:rPr>
          <w:sz w:val="22"/>
        </w:rPr>
        <w:t xml:space="preserve"> </w:t>
      </w:r>
      <w:proofErr w:type="spellStart"/>
      <w:r w:rsidRPr="00C4545C">
        <w:rPr>
          <w:sz w:val="22"/>
        </w:rPr>
        <w:t>добиваат</w:t>
      </w:r>
      <w:proofErr w:type="spellEnd"/>
      <w:r w:rsidRPr="00C4545C">
        <w:rPr>
          <w:sz w:val="22"/>
        </w:rPr>
        <w:t xml:space="preserve"> </w:t>
      </w:r>
      <w:proofErr w:type="spellStart"/>
      <w:r w:rsidRPr="00C4545C">
        <w:rPr>
          <w:sz w:val="22"/>
        </w:rPr>
        <w:t>лидерска</w:t>
      </w:r>
      <w:proofErr w:type="spellEnd"/>
      <w:r w:rsidRPr="00C4545C">
        <w:rPr>
          <w:sz w:val="22"/>
        </w:rPr>
        <w:t xml:space="preserve"> </w:t>
      </w:r>
      <w:proofErr w:type="spellStart"/>
      <w:r w:rsidRPr="00C4545C">
        <w:rPr>
          <w:sz w:val="22"/>
        </w:rPr>
        <w:t>обука</w:t>
      </w:r>
      <w:proofErr w:type="spellEnd"/>
      <w:r w:rsidRPr="00C4545C">
        <w:rPr>
          <w:sz w:val="22"/>
        </w:rPr>
        <w:t xml:space="preserve">, </w:t>
      </w:r>
      <w:proofErr w:type="spellStart"/>
      <w:r w:rsidRPr="00C4545C">
        <w:rPr>
          <w:sz w:val="22"/>
        </w:rPr>
        <w:t>индивидуална</w:t>
      </w:r>
      <w:proofErr w:type="spellEnd"/>
      <w:r w:rsidRPr="00C4545C">
        <w:rPr>
          <w:sz w:val="22"/>
        </w:rPr>
        <w:t xml:space="preserve"> </w:t>
      </w:r>
      <w:proofErr w:type="spellStart"/>
      <w:r w:rsidRPr="00C4545C">
        <w:rPr>
          <w:sz w:val="22"/>
        </w:rPr>
        <w:t>процена</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подготвеноста</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нивните</w:t>
      </w:r>
      <w:proofErr w:type="spellEnd"/>
      <w:r w:rsidRPr="00C4545C">
        <w:rPr>
          <w:sz w:val="22"/>
        </w:rPr>
        <w:t xml:space="preserve"> </w:t>
      </w:r>
      <w:proofErr w:type="spellStart"/>
      <w:r w:rsidRPr="00C4545C">
        <w:rPr>
          <w:sz w:val="22"/>
        </w:rPr>
        <w:t>компании</w:t>
      </w:r>
      <w:proofErr w:type="spellEnd"/>
      <w:r w:rsidR="00C90BDE" w:rsidRPr="00C4545C">
        <w:rPr>
          <w:sz w:val="22"/>
          <w:lang w:val="mk-MK"/>
        </w:rPr>
        <w:t>, рамковна евалуација</w:t>
      </w:r>
      <w:r w:rsidRPr="00C4545C">
        <w:rPr>
          <w:sz w:val="22"/>
        </w:rPr>
        <w:t xml:space="preserve"> и </w:t>
      </w:r>
      <w:proofErr w:type="spellStart"/>
      <w:r w:rsidRPr="00C4545C">
        <w:rPr>
          <w:sz w:val="22"/>
        </w:rPr>
        <w:t>конкретни</w:t>
      </w:r>
      <w:proofErr w:type="spellEnd"/>
      <w:r w:rsidRPr="00C4545C">
        <w:rPr>
          <w:sz w:val="22"/>
        </w:rPr>
        <w:t xml:space="preserve"> </w:t>
      </w:r>
      <w:proofErr w:type="spellStart"/>
      <w:r w:rsidRPr="00C4545C">
        <w:rPr>
          <w:sz w:val="22"/>
        </w:rPr>
        <w:t>препораки</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можностите</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издавање</w:t>
      </w:r>
      <w:proofErr w:type="spellEnd"/>
      <w:r w:rsidRPr="00C4545C">
        <w:rPr>
          <w:sz w:val="22"/>
        </w:rPr>
        <w:t xml:space="preserve"> </w:t>
      </w:r>
      <w:proofErr w:type="spellStart"/>
      <w:r w:rsidRPr="00C4545C">
        <w:rPr>
          <w:sz w:val="22"/>
        </w:rPr>
        <w:t>акции</w:t>
      </w:r>
      <w:proofErr w:type="spellEnd"/>
      <w:r w:rsidRPr="00C4545C">
        <w:rPr>
          <w:sz w:val="22"/>
        </w:rPr>
        <w:t xml:space="preserve"> </w:t>
      </w:r>
      <w:proofErr w:type="spellStart"/>
      <w:r w:rsidRPr="00C4545C">
        <w:rPr>
          <w:sz w:val="22"/>
        </w:rPr>
        <w:t>или</w:t>
      </w:r>
      <w:proofErr w:type="spellEnd"/>
      <w:r w:rsidRPr="00C4545C">
        <w:rPr>
          <w:sz w:val="22"/>
        </w:rPr>
        <w:t xml:space="preserve"> </w:t>
      </w:r>
      <w:proofErr w:type="spellStart"/>
      <w:r w:rsidRPr="00C4545C">
        <w:rPr>
          <w:sz w:val="22"/>
        </w:rPr>
        <w:t>обврзници</w:t>
      </w:r>
      <w:proofErr w:type="spellEnd"/>
      <w:r w:rsidRPr="00C4545C">
        <w:rPr>
          <w:sz w:val="22"/>
        </w:rPr>
        <w:t xml:space="preserve">. </w:t>
      </w:r>
    </w:p>
    <w:p w14:paraId="4CE07296" w14:textId="0BE315C8" w:rsidR="00AC07EC" w:rsidRPr="00C4545C" w:rsidRDefault="00C90BDE" w:rsidP="00CD502C">
      <w:pPr>
        <w:jc w:val="both"/>
        <w:rPr>
          <w:bCs/>
          <w:sz w:val="22"/>
        </w:rPr>
      </w:pPr>
      <w:r w:rsidRPr="00C4545C">
        <w:rPr>
          <w:bCs/>
          <w:sz w:val="22"/>
          <w:lang w:val="mk-MK"/>
        </w:rPr>
        <w:t>Но, с</w:t>
      </w:r>
      <w:proofErr w:type="spellStart"/>
      <w:r w:rsidRPr="00C4545C">
        <w:rPr>
          <w:bCs/>
          <w:sz w:val="22"/>
        </w:rPr>
        <w:t>акам</w:t>
      </w:r>
      <w:proofErr w:type="spellEnd"/>
      <w:r w:rsidRPr="00C4545C">
        <w:rPr>
          <w:bCs/>
          <w:sz w:val="22"/>
        </w:rPr>
        <w:t xml:space="preserve"> </w:t>
      </w:r>
      <w:proofErr w:type="spellStart"/>
      <w:r w:rsidRPr="00C4545C">
        <w:rPr>
          <w:bCs/>
          <w:sz w:val="22"/>
        </w:rPr>
        <w:t>овде</w:t>
      </w:r>
      <w:proofErr w:type="spellEnd"/>
      <w:r w:rsidRPr="00C4545C">
        <w:rPr>
          <w:bCs/>
          <w:sz w:val="22"/>
        </w:rPr>
        <w:t xml:space="preserve"> </w:t>
      </w:r>
      <w:proofErr w:type="spellStart"/>
      <w:r w:rsidRPr="00C4545C">
        <w:rPr>
          <w:bCs/>
          <w:sz w:val="22"/>
        </w:rPr>
        <w:t>да</w:t>
      </w:r>
      <w:proofErr w:type="spellEnd"/>
      <w:r w:rsidRPr="00C4545C">
        <w:rPr>
          <w:bCs/>
          <w:sz w:val="22"/>
        </w:rPr>
        <w:t xml:space="preserve"> </w:t>
      </w:r>
      <w:proofErr w:type="spellStart"/>
      <w:r w:rsidRPr="00C4545C">
        <w:rPr>
          <w:bCs/>
          <w:sz w:val="22"/>
        </w:rPr>
        <w:t>бидам</w:t>
      </w:r>
      <w:proofErr w:type="spellEnd"/>
      <w:r w:rsidRPr="00C4545C">
        <w:rPr>
          <w:bCs/>
          <w:sz w:val="22"/>
        </w:rPr>
        <w:t xml:space="preserve"> </w:t>
      </w:r>
      <w:proofErr w:type="spellStart"/>
      <w:r w:rsidRPr="00C4545C">
        <w:rPr>
          <w:bCs/>
          <w:sz w:val="22"/>
        </w:rPr>
        <w:t>сосема</w:t>
      </w:r>
      <w:proofErr w:type="spellEnd"/>
      <w:r w:rsidRPr="00C4545C">
        <w:rPr>
          <w:bCs/>
          <w:sz w:val="22"/>
        </w:rPr>
        <w:t xml:space="preserve"> </w:t>
      </w:r>
      <w:proofErr w:type="spellStart"/>
      <w:r w:rsidRPr="00C4545C">
        <w:rPr>
          <w:bCs/>
          <w:sz w:val="22"/>
        </w:rPr>
        <w:t>јасен</w:t>
      </w:r>
      <w:proofErr w:type="spellEnd"/>
      <w:r w:rsidRPr="00C4545C">
        <w:rPr>
          <w:bCs/>
          <w:sz w:val="22"/>
        </w:rPr>
        <w:t xml:space="preserve">. </w:t>
      </w:r>
      <w:proofErr w:type="spellStart"/>
      <w:r w:rsidRPr="00C4545C">
        <w:rPr>
          <w:bCs/>
          <w:sz w:val="22"/>
        </w:rPr>
        <w:t>Во</w:t>
      </w:r>
      <w:proofErr w:type="spellEnd"/>
      <w:r w:rsidRPr="00C4545C">
        <w:rPr>
          <w:bCs/>
          <w:sz w:val="22"/>
        </w:rPr>
        <w:t xml:space="preserve"> </w:t>
      </w:r>
      <w:proofErr w:type="spellStart"/>
      <w:r w:rsidRPr="00C4545C">
        <w:rPr>
          <w:bCs/>
          <w:sz w:val="22"/>
        </w:rPr>
        <w:t>делот</w:t>
      </w:r>
      <w:proofErr w:type="spellEnd"/>
      <w:r w:rsidRPr="00C4545C">
        <w:rPr>
          <w:bCs/>
          <w:sz w:val="22"/>
        </w:rPr>
        <w:t xml:space="preserve"> </w:t>
      </w:r>
      <w:proofErr w:type="spellStart"/>
      <w:r w:rsidRPr="00C4545C">
        <w:rPr>
          <w:bCs/>
          <w:sz w:val="22"/>
        </w:rPr>
        <w:t>на</w:t>
      </w:r>
      <w:proofErr w:type="spellEnd"/>
      <w:r w:rsidRPr="00C4545C">
        <w:rPr>
          <w:bCs/>
          <w:sz w:val="22"/>
        </w:rPr>
        <w:t xml:space="preserve"> </w:t>
      </w:r>
      <w:proofErr w:type="spellStart"/>
      <w:r w:rsidRPr="00C4545C">
        <w:rPr>
          <w:bCs/>
          <w:sz w:val="22"/>
        </w:rPr>
        <w:t>анимирање</w:t>
      </w:r>
      <w:proofErr w:type="spellEnd"/>
      <w:r w:rsidRPr="00C4545C">
        <w:rPr>
          <w:bCs/>
          <w:sz w:val="22"/>
        </w:rPr>
        <w:t xml:space="preserve"> и </w:t>
      </w:r>
      <w:proofErr w:type="spellStart"/>
      <w:r w:rsidRPr="00C4545C">
        <w:rPr>
          <w:bCs/>
          <w:sz w:val="22"/>
        </w:rPr>
        <w:t>подготовка</w:t>
      </w:r>
      <w:proofErr w:type="spellEnd"/>
      <w:r w:rsidRPr="00C4545C">
        <w:rPr>
          <w:bCs/>
          <w:sz w:val="22"/>
        </w:rPr>
        <w:t xml:space="preserve"> </w:t>
      </w:r>
      <w:proofErr w:type="spellStart"/>
      <w:r w:rsidRPr="00C4545C">
        <w:rPr>
          <w:bCs/>
          <w:sz w:val="22"/>
        </w:rPr>
        <w:t>на</w:t>
      </w:r>
      <w:proofErr w:type="spellEnd"/>
      <w:r w:rsidRPr="00C4545C">
        <w:rPr>
          <w:bCs/>
          <w:sz w:val="22"/>
        </w:rPr>
        <w:t xml:space="preserve"> </w:t>
      </w:r>
      <w:proofErr w:type="spellStart"/>
      <w:r w:rsidRPr="00C4545C">
        <w:rPr>
          <w:bCs/>
          <w:sz w:val="22"/>
        </w:rPr>
        <w:t>нови</w:t>
      </w:r>
      <w:proofErr w:type="spellEnd"/>
      <w:r w:rsidRPr="00C4545C">
        <w:rPr>
          <w:bCs/>
          <w:sz w:val="22"/>
        </w:rPr>
        <w:t xml:space="preserve"> </w:t>
      </w:r>
      <w:proofErr w:type="spellStart"/>
      <w:r w:rsidRPr="00C4545C">
        <w:rPr>
          <w:bCs/>
          <w:sz w:val="22"/>
        </w:rPr>
        <w:t>издавачи</w:t>
      </w:r>
      <w:proofErr w:type="spellEnd"/>
      <w:r w:rsidRPr="00C4545C">
        <w:rPr>
          <w:bCs/>
          <w:sz w:val="22"/>
        </w:rPr>
        <w:t xml:space="preserve">, </w:t>
      </w:r>
      <w:proofErr w:type="spellStart"/>
      <w:r w:rsidRPr="00C4545C">
        <w:rPr>
          <w:bCs/>
          <w:sz w:val="22"/>
        </w:rPr>
        <w:t>ова</w:t>
      </w:r>
      <w:proofErr w:type="spellEnd"/>
      <w:r w:rsidRPr="00C4545C">
        <w:rPr>
          <w:bCs/>
          <w:sz w:val="22"/>
        </w:rPr>
        <w:t xml:space="preserve"> е </w:t>
      </w:r>
      <w:proofErr w:type="spellStart"/>
      <w:r w:rsidRPr="00C4545C">
        <w:rPr>
          <w:bCs/>
          <w:sz w:val="22"/>
        </w:rPr>
        <w:t>практично</w:t>
      </w:r>
      <w:proofErr w:type="spellEnd"/>
      <w:r w:rsidRPr="00C4545C">
        <w:rPr>
          <w:bCs/>
          <w:sz w:val="22"/>
        </w:rPr>
        <w:t xml:space="preserve"> </w:t>
      </w:r>
      <w:proofErr w:type="spellStart"/>
      <w:r w:rsidRPr="00C4545C">
        <w:rPr>
          <w:bCs/>
          <w:sz w:val="22"/>
        </w:rPr>
        <w:t>максимумот</w:t>
      </w:r>
      <w:proofErr w:type="spellEnd"/>
      <w:r w:rsidRPr="00C4545C">
        <w:rPr>
          <w:bCs/>
          <w:sz w:val="22"/>
        </w:rPr>
        <w:t xml:space="preserve"> </w:t>
      </w:r>
      <w:proofErr w:type="spellStart"/>
      <w:r w:rsidRPr="00C4545C">
        <w:rPr>
          <w:bCs/>
          <w:sz w:val="22"/>
        </w:rPr>
        <w:t>што</w:t>
      </w:r>
      <w:proofErr w:type="spellEnd"/>
      <w:r w:rsidRPr="00C4545C">
        <w:rPr>
          <w:bCs/>
          <w:sz w:val="22"/>
        </w:rPr>
        <w:t xml:space="preserve"> </w:t>
      </w:r>
      <w:r w:rsidR="0063270A">
        <w:rPr>
          <w:bCs/>
          <w:sz w:val="22"/>
          <w:lang w:val="mk-MK"/>
        </w:rPr>
        <w:t>Македонска б</w:t>
      </w:r>
      <w:proofErr w:type="spellStart"/>
      <w:r w:rsidRPr="00C4545C">
        <w:rPr>
          <w:bCs/>
          <w:sz w:val="22"/>
        </w:rPr>
        <w:t>ерза</w:t>
      </w:r>
      <w:proofErr w:type="spellEnd"/>
      <w:r w:rsidRPr="00C4545C">
        <w:rPr>
          <w:bCs/>
          <w:sz w:val="22"/>
        </w:rPr>
        <w:t xml:space="preserve">, </w:t>
      </w:r>
      <w:proofErr w:type="spellStart"/>
      <w:r w:rsidRPr="00C4545C">
        <w:rPr>
          <w:bCs/>
          <w:sz w:val="22"/>
        </w:rPr>
        <w:t>со</w:t>
      </w:r>
      <w:proofErr w:type="spellEnd"/>
      <w:r w:rsidRPr="00C4545C">
        <w:rPr>
          <w:bCs/>
          <w:sz w:val="22"/>
        </w:rPr>
        <w:t xml:space="preserve"> </w:t>
      </w:r>
      <w:proofErr w:type="spellStart"/>
      <w:r w:rsidRPr="00C4545C">
        <w:rPr>
          <w:bCs/>
          <w:sz w:val="22"/>
        </w:rPr>
        <w:t>својата</w:t>
      </w:r>
      <w:proofErr w:type="spellEnd"/>
      <w:r w:rsidRPr="00C4545C">
        <w:rPr>
          <w:bCs/>
          <w:sz w:val="22"/>
        </w:rPr>
        <w:t xml:space="preserve"> </w:t>
      </w:r>
      <w:proofErr w:type="spellStart"/>
      <w:r w:rsidRPr="00C4545C">
        <w:rPr>
          <w:bCs/>
          <w:sz w:val="22"/>
        </w:rPr>
        <w:t>улога</w:t>
      </w:r>
      <w:proofErr w:type="spellEnd"/>
      <w:r w:rsidRPr="00C4545C">
        <w:rPr>
          <w:bCs/>
          <w:sz w:val="22"/>
        </w:rPr>
        <w:t xml:space="preserve"> и </w:t>
      </w:r>
      <w:proofErr w:type="spellStart"/>
      <w:r w:rsidRPr="00C4545C">
        <w:rPr>
          <w:bCs/>
          <w:sz w:val="22"/>
        </w:rPr>
        <w:t>расположливите</w:t>
      </w:r>
      <w:proofErr w:type="spellEnd"/>
      <w:r w:rsidRPr="00C4545C">
        <w:rPr>
          <w:bCs/>
          <w:sz w:val="22"/>
        </w:rPr>
        <w:t xml:space="preserve"> </w:t>
      </w:r>
      <w:proofErr w:type="spellStart"/>
      <w:r w:rsidRPr="00C4545C">
        <w:rPr>
          <w:bCs/>
          <w:sz w:val="22"/>
        </w:rPr>
        <w:t>инструменти</w:t>
      </w:r>
      <w:proofErr w:type="spellEnd"/>
      <w:r w:rsidRPr="00C4545C">
        <w:rPr>
          <w:bCs/>
          <w:sz w:val="22"/>
        </w:rPr>
        <w:t xml:space="preserve">, </w:t>
      </w:r>
      <w:proofErr w:type="spellStart"/>
      <w:r w:rsidRPr="00C4545C">
        <w:rPr>
          <w:bCs/>
          <w:sz w:val="22"/>
        </w:rPr>
        <w:t>може</w:t>
      </w:r>
      <w:proofErr w:type="spellEnd"/>
      <w:r w:rsidRPr="00C4545C">
        <w:rPr>
          <w:bCs/>
          <w:sz w:val="22"/>
        </w:rPr>
        <w:t xml:space="preserve"> </w:t>
      </w:r>
      <w:proofErr w:type="spellStart"/>
      <w:r w:rsidRPr="00C4545C">
        <w:rPr>
          <w:bCs/>
          <w:sz w:val="22"/>
        </w:rPr>
        <w:t>самостојно</w:t>
      </w:r>
      <w:proofErr w:type="spellEnd"/>
      <w:r w:rsidRPr="00C4545C">
        <w:rPr>
          <w:bCs/>
          <w:sz w:val="22"/>
        </w:rPr>
        <w:t xml:space="preserve"> </w:t>
      </w:r>
      <w:proofErr w:type="spellStart"/>
      <w:r w:rsidRPr="00C4545C">
        <w:rPr>
          <w:bCs/>
          <w:sz w:val="22"/>
        </w:rPr>
        <w:t>да</w:t>
      </w:r>
      <w:proofErr w:type="spellEnd"/>
      <w:r w:rsidRPr="00C4545C">
        <w:rPr>
          <w:bCs/>
          <w:sz w:val="22"/>
        </w:rPr>
        <w:t xml:space="preserve"> </w:t>
      </w:r>
      <w:proofErr w:type="spellStart"/>
      <w:r w:rsidRPr="00C4545C">
        <w:rPr>
          <w:bCs/>
          <w:sz w:val="22"/>
        </w:rPr>
        <w:t>го</w:t>
      </w:r>
      <w:proofErr w:type="spellEnd"/>
      <w:r w:rsidRPr="00C4545C">
        <w:rPr>
          <w:bCs/>
          <w:sz w:val="22"/>
        </w:rPr>
        <w:t xml:space="preserve"> </w:t>
      </w:r>
      <w:proofErr w:type="spellStart"/>
      <w:r w:rsidRPr="00C4545C">
        <w:rPr>
          <w:bCs/>
          <w:sz w:val="22"/>
        </w:rPr>
        <w:t>направи</w:t>
      </w:r>
      <w:proofErr w:type="spellEnd"/>
      <w:r w:rsidRPr="00C4545C">
        <w:rPr>
          <w:bCs/>
          <w:sz w:val="22"/>
        </w:rPr>
        <w:t xml:space="preserve">. </w:t>
      </w:r>
      <w:proofErr w:type="spellStart"/>
      <w:r w:rsidRPr="00C4545C">
        <w:rPr>
          <w:bCs/>
          <w:sz w:val="22"/>
        </w:rPr>
        <w:t>Ги</w:t>
      </w:r>
      <w:proofErr w:type="spellEnd"/>
      <w:r w:rsidRPr="00C4545C">
        <w:rPr>
          <w:bCs/>
          <w:sz w:val="22"/>
        </w:rPr>
        <w:t xml:space="preserve"> </w:t>
      </w:r>
      <w:proofErr w:type="spellStart"/>
      <w:r w:rsidRPr="00C4545C">
        <w:rPr>
          <w:bCs/>
          <w:sz w:val="22"/>
        </w:rPr>
        <w:t>поврзуваме</w:t>
      </w:r>
      <w:proofErr w:type="spellEnd"/>
      <w:r w:rsidRPr="00C4545C">
        <w:rPr>
          <w:bCs/>
          <w:sz w:val="22"/>
        </w:rPr>
        <w:t xml:space="preserve"> </w:t>
      </w:r>
      <w:proofErr w:type="spellStart"/>
      <w:r w:rsidRPr="00C4545C">
        <w:rPr>
          <w:bCs/>
          <w:sz w:val="22"/>
        </w:rPr>
        <w:t>компаниите</w:t>
      </w:r>
      <w:proofErr w:type="spellEnd"/>
      <w:r w:rsidRPr="00C4545C">
        <w:rPr>
          <w:bCs/>
          <w:sz w:val="22"/>
        </w:rPr>
        <w:t xml:space="preserve"> </w:t>
      </w:r>
      <w:proofErr w:type="spellStart"/>
      <w:r w:rsidRPr="00C4545C">
        <w:rPr>
          <w:bCs/>
          <w:sz w:val="22"/>
        </w:rPr>
        <w:t>со</w:t>
      </w:r>
      <w:proofErr w:type="spellEnd"/>
      <w:r w:rsidRPr="00C4545C">
        <w:rPr>
          <w:bCs/>
          <w:sz w:val="22"/>
        </w:rPr>
        <w:t xml:space="preserve"> </w:t>
      </w:r>
      <w:proofErr w:type="spellStart"/>
      <w:r w:rsidRPr="00C4545C">
        <w:rPr>
          <w:bCs/>
          <w:sz w:val="22"/>
        </w:rPr>
        <w:t>експерти</w:t>
      </w:r>
      <w:proofErr w:type="spellEnd"/>
      <w:r w:rsidRPr="00C4545C">
        <w:rPr>
          <w:bCs/>
          <w:sz w:val="22"/>
        </w:rPr>
        <w:t xml:space="preserve">, </w:t>
      </w:r>
      <w:proofErr w:type="spellStart"/>
      <w:r w:rsidRPr="00C4545C">
        <w:rPr>
          <w:bCs/>
          <w:sz w:val="22"/>
        </w:rPr>
        <w:t>го</w:t>
      </w:r>
      <w:proofErr w:type="spellEnd"/>
      <w:r w:rsidRPr="00C4545C">
        <w:rPr>
          <w:bCs/>
          <w:sz w:val="22"/>
        </w:rPr>
        <w:t xml:space="preserve"> </w:t>
      </w:r>
      <w:proofErr w:type="spellStart"/>
      <w:r w:rsidRPr="00C4545C">
        <w:rPr>
          <w:bCs/>
          <w:sz w:val="22"/>
        </w:rPr>
        <w:t>намалуваме</w:t>
      </w:r>
      <w:proofErr w:type="spellEnd"/>
      <w:r w:rsidRPr="00C4545C">
        <w:rPr>
          <w:bCs/>
          <w:sz w:val="22"/>
        </w:rPr>
        <w:t xml:space="preserve"> </w:t>
      </w:r>
      <w:proofErr w:type="spellStart"/>
      <w:r w:rsidRPr="00C4545C">
        <w:rPr>
          <w:bCs/>
          <w:sz w:val="22"/>
        </w:rPr>
        <w:t>трошокот</w:t>
      </w:r>
      <w:proofErr w:type="spellEnd"/>
      <w:r w:rsidRPr="00C4545C">
        <w:rPr>
          <w:bCs/>
          <w:sz w:val="22"/>
        </w:rPr>
        <w:t xml:space="preserve"> </w:t>
      </w:r>
      <w:proofErr w:type="spellStart"/>
      <w:r w:rsidRPr="00C4545C">
        <w:rPr>
          <w:bCs/>
          <w:sz w:val="22"/>
        </w:rPr>
        <w:t>на</w:t>
      </w:r>
      <w:proofErr w:type="spellEnd"/>
      <w:r w:rsidRPr="00C4545C">
        <w:rPr>
          <w:bCs/>
          <w:sz w:val="22"/>
        </w:rPr>
        <w:t xml:space="preserve"> </w:t>
      </w:r>
      <w:proofErr w:type="spellStart"/>
      <w:r w:rsidRPr="00C4545C">
        <w:rPr>
          <w:bCs/>
          <w:sz w:val="22"/>
        </w:rPr>
        <w:t>подготовката</w:t>
      </w:r>
      <w:proofErr w:type="spellEnd"/>
      <w:r w:rsidRPr="00C4545C">
        <w:rPr>
          <w:bCs/>
          <w:sz w:val="22"/>
        </w:rPr>
        <w:t xml:space="preserve"> и </w:t>
      </w:r>
      <w:proofErr w:type="spellStart"/>
      <w:r w:rsidRPr="00C4545C">
        <w:rPr>
          <w:bCs/>
          <w:sz w:val="22"/>
        </w:rPr>
        <w:t>им</w:t>
      </w:r>
      <w:proofErr w:type="spellEnd"/>
      <w:r w:rsidRPr="00C4545C">
        <w:rPr>
          <w:bCs/>
          <w:sz w:val="22"/>
        </w:rPr>
        <w:t xml:space="preserve"> </w:t>
      </w:r>
      <w:proofErr w:type="spellStart"/>
      <w:r w:rsidRPr="00C4545C">
        <w:rPr>
          <w:bCs/>
          <w:sz w:val="22"/>
        </w:rPr>
        <w:t>помагаме</w:t>
      </w:r>
      <w:proofErr w:type="spellEnd"/>
      <w:r w:rsidRPr="00C4545C">
        <w:rPr>
          <w:bCs/>
          <w:sz w:val="22"/>
        </w:rPr>
        <w:t xml:space="preserve"> </w:t>
      </w:r>
      <w:proofErr w:type="spellStart"/>
      <w:r w:rsidRPr="00C4545C">
        <w:rPr>
          <w:bCs/>
          <w:sz w:val="22"/>
        </w:rPr>
        <w:t>сериозно</w:t>
      </w:r>
      <w:proofErr w:type="spellEnd"/>
      <w:r w:rsidRPr="00C4545C">
        <w:rPr>
          <w:bCs/>
          <w:sz w:val="22"/>
        </w:rPr>
        <w:t xml:space="preserve"> </w:t>
      </w:r>
      <w:proofErr w:type="spellStart"/>
      <w:r w:rsidRPr="00C4545C">
        <w:rPr>
          <w:bCs/>
          <w:sz w:val="22"/>
        </w:rPr>
        <w:t>да</w:t>
      </w:r>
      <w:proofErr w:type="spellEnd"/>
      <w:r w:rsidRPr="00C4545C">
        <w:rPr>
          <w:bCs/>
          <w:sz w:val="22"/>
        </w:rPr>
        <w:t xml:space="preserve"> </w:t>
      </w:r>
      <w:proofErr w:type="spellStart"/>
      <w:r w:rsidRPr="00C4545C">
        <w:rPr>
          <w:bCs/>
          <w:sz w:val="22"/>
        </w:rPr>
        <w:t>ја</w:t>
      </w:r>
      <w:proofErr w:type="spellEnd"/>
      <w:r w:rsidRPr="00C4545C">
        <w:rPr>
          <w:bCs/>
          <w:sz w:val="22"/>
        </w:rPr>
        <w:t xml:space="preserve"> </w:t>
      </w:r>
      <w:proofErr w:type="spellStart"/>
      <w:r w:rsidRPr="00C4545C">
        <w:rPr>
          <w:bCs/>
          <w:sz w:val="22"/>
        </w:rPr>
        <w:t>разгледаат</w:t>
      </w:r>
      <w:proofErr w:type="spellEnd"/>
      <w:r w:rsidRPr="00C4545C">
        <w:rPr>
          <w:bCs/>
          <w:sz w:val="22"/>
        </w:rPr>
        <w:t xml:space="preserve"> </w:t>
      </w:r>
      <w:proofErr w:type="spellStart"/>
      <w:r w:rsidRPr="00C4545C">
        <w:rPr>
          <w:bCs/>
          <w:sz w:val="22"/>
        </w:rPr>
        <w:t>оваа</w:t>
      </w:r>
      <w:proofErr w:type="spellEnd"/>
      <w:r w:rsidRPr="00C4545C">
        <w:rPr>
          <w:bCs/>
          <w:sz w:val="22"/>
        </w:rPr>
        <w:t xml:space="preserve"> </w:t>
      </w:r>
      <w:proofErr w:type="spellStart"/>
      <w:r w:rsidRPr="00C4545C">
        <w:rPr>
          <w:bCs/>
          <w:sz w:val="22"/>
        </w:rPr>
        <w:t>опција</w:t>
      </w:r>
      <w:proofErr w:type="spellEnd"/>
      <w:r w:rsidRPr="00C4545C">
        <w:rPr>
          <w:bCs/>
          <w:sz w:val="22"/>
        </w:rPr>
        <w:t>.</w:t>
      </w:r>
    </w:p>
    <w:p w14:paraId="5998BA49" w14:textId="69289EB5" w:rsidR="00AC07EC" w:rsidRPr="00C4545C" w:rsidRDefault="00000000" w:rsidP="00CD502C">
      <w:pPr>
        <w:jc w:val="both"/>
        <w:rPr>
          <w:sz w:val="22"/>
          <w:lang w:val="mk-MK"/>
        </w:rPr>
      </w:pPr>
      <w:proofErr w:type="spellStart"/>
      <w:r w:rsidRPr="00C4545C">
        <w:rPr>
          <w:sz w:val="22"/>
        </w:rPr>
        <w:t>Одлуката</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издадат</w:t>
      </w:r>
      <w:proofErr w:type="spellEnd"/>
      <w:r w:rsidRPr="00C4545C">
        <w:rPr>
          <w:sz w:val="22"/>
        </w:rPr>
        <w:t xml:space="preserve"> </w:t>
      </w:r>
      <w:proofErr w:type="spellStart"/>
      <w:r w:rsidRPr="00C4545C">
        <w:rPr>
          <w:sz w:val="22"/>
        </w:rPr>
        <w:t>акции</w:t>
      </w:r>
      <w:proofErr w:type="spellEnd"/>
      <w:r w:rsidRPr="00C4545C">
        <w:rPr>
          <w:sz w:val="22"/>
        </w:rPr>
        <w:t xml:space="preserve"> </w:t>
      </w:r>
      <w:proofErr w:type="spellStart"/>
      <w:r w:rsidRPr="00C4545C">
        <w:rPr>
          <w:sz w:val="22"/>
        </w:rPr>
        <w:t>или</w:t>
      </w:r>
      <w:proofErr w:type="spellEnd"/>
      <w:r w:rsidRPr="00C4545C">
        <w:rPr>
          <w:sz w:val="22"/>
        </w:rPr>
        <w:t xml:space="preserve"> </w:t>
      </w:r>
      <w:proofErr w:type="spellStart"/>
      <w:r w:rsidRPr="00C4545C">
        <w:rPr>
          <w:sz w:val="22"/>
        </w:rPr>
        <w:t>обврзници</w:t>
      </w:r>
      <w:proofErr w:type="spellEnd"/>
      <w:r w:rsidRPr="00C4545C">
        <w:rPr>
          <w:sz w:val="22"/>
        </w:rPr>
        <w:t xml:space="preserve">, </w:t>
      </w:r>
      <w:proofErr w:type="spellStart"/>
      <w:r w:rsidRPr="00C4545C">
        <w:rPr>
          <w:sz w:val="22"/>
        </w:rPr>
        <w:t>сепак</w:t>
      </w:r>
      <w:proofErr w:type="spellEnd"/>
      <w:r w:rsidRPr="00C4545C">
        <w:rPr>
          <w:sz w:val="22"/>
        </w:rPr>
        <w:t xml:space="preserve">, </w:t>
      </w:r>
      <w:proofErr w:type="spellStart"/>
      <w:r w:rsidRPr="00C4545C">
        <w:rPr>
          <w:sz w:val="22"/>
        </w:rPr>
        <w:t>ја</w:t>
      </w:r>
      <w:proofErr w:type="spellEnd"/>
      <w:r w:rsidRPr="00C4545C">
        <w:rPr>
          <w:sz w:val="22"/>
        </w:rPr>
        <w:t xml:space="preserve"> </w:t>
      </w:r>
      <w:proofErr w:type="spellStart"/>
      <w:r w:rsidRPr="00C4545C">
        <w:rPr>
          <w:sz w:val="22"/>
        </w:rPr>
        <w:t>носи</w:t>
      </w:r>
      <w:proofErr w:type="spellEnd"/>
      <w:r w:rsidRPr="00C4545C">
        <w:rPr>
          <w:sz w:val="22"/>
        </w:rPr>
        <w:t xml:space="preserve"> </w:t>
      </w:r>
      <w:r w:rsidR="0063270A">
        <w:rPr>
          <w:sz w:val="22"/>
          <w:lang w:val="mk-MK"/>
        </w:rPr>
        <w:t xml:space="preserve">самата </w:t>
      </w:r>
      <w:proofErr w:type="spellStart"/>
      <w:r w:rsidRPr="00C4545C">
        <w:rPr>
          <w:sz w:val="22"/>
        </w:rPr>
        <w:t>компанија</w:t>
      </w:r>
      <w:proofErr w:type="spellEnd"/>
      <w:r w:rsidRPr="00C4545C">
        <w:rPr>
          <w:sz w:val="22"/>
        </w:rPr>
        <w:t xml:space="preserve">. </w:t>
      </w:r>
    </w:p>
    <w:p w14:paraId="41462C82" w14:textId="77777777" w:rsidR="00166D81" w:rsidRPr="00C4545C" w:rsidRDefault="00C90BDE" w:rsidP="00C90BDE">
      <w:pPr>
        <w:keepNext/>
        <w:jc w:val="both"/>
        <w:rPr>
          <w:sz w:val="22"/>
          <w:lang w:val="mk-MK"/>
        </w:rPr>
      </w:pPr>
      <w:r w:rsidRPr="00C4545C">
        <w:rPr>
          <w:sz w:val="22"/>
          <w:lang w:val="mk-MK"/>
        </w:rPr>
        <w:t xml:space="preserve">Рокот за пријавување за проектот беше 1 септември. </w:t>
      </w:r>
      <w:r w:rsidR="00166D81" w:rsidRPr="00C4545C">
        <w:rPr>
          <w:sz w:val="22"/>
          <w:lang w:val="mk-MK"/>
        </w:rPr>
        <w:t>О</w:t>
      </w:r>
      <w:proofErr w:type="spellStart"/>
      <w:r w:rsidRPr="00C4545C">
        <w:rPr>
          <w:sz w:val="22"/>
        </w:rPr>
        <w:t>храбр</w:t>
      </w:r>
      <w:proofErr w:type="spellEnd"/>
      <w:r w:rsidRPr="00C4545C">
        <w:rPr>
          <w:sz w:val="22"/>
          <w:lang w:val="mk-MK"/>
        </w:rPr>
        <w:t xml:space="preserve">ени </w:t>
      </w:r>
      <w:r w:rsidR="00166D81" w:rsidRPr="00C4545C">
        <w:rPr>
          <w:sz w:val="22"/>
          <w:lang w:val="mk-MK"/>
        </w:rPr>
        <w:t xml:space="preserve">сме </w:t>
      </w:r>
      <w:r w:rsidRPr="00C4545C">
        <w:rPr>
          <w:sz w:val="22"/>
          <w:lang w:val="mk-MK"/>
        </w:rPr>
        <w:t>од покажаниот</w:t>
      </w:r>
      <w:r w:rsidRPr="00C4545C">
        <w:rPr>
          <w:sz w:val="22"/>
        </w:rPr>
        <w:t xml:space="preserve"> </w:t>
      </w:r>
      <w:proofErr w:type="spellStart"/>
      <w:r w:rsidRPr="00C4545C">
        <w:rPr>
          <w:sz w:val="22"/>
        </w:rPr>
        <w:t>интерес</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компании</w:t>
      </w:r>
      <w:proofErr w:type="spellEnd"/>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сериозни</w:t>
      </w:r>
      <w:proofErr w:type="spellEnd"/>
      <w:r w:rsidRPr="00C4545C">
        <w:rPr>
          <w:sz w:val="22"/>
        </w:rPr>
        <w:t xml:space="preserve"> </w:t>
      </w:r>
      <w:proofErr w:type="spellStart"/>
      <w:r w:rsidRPr="00C4545C">
        <w:rPr>
          <w:sz w:val="22"/>
        </w:rPr>
        <w:t>резултати</w:t>
      </w:r>
      <w:proofErr w:type="spellEnd"/>
      <w:r w:rsidRPr="00C4545C">
        <w:rPr>
          <w:sz w:val="22"/>
        </w:rPr>
        <w:t xml:space="preserve"> и </w:t>
      </w:r>
      <w:proofErr w:type="spellStart"/>
      <w:r w:rsidRPr="00C4545C">
        <w:rPr>
          <w:sz w:val="22"/>
        </w:rPr>
        <w:t>развојни</w:t>
      </w:r>
      <w:proofErr w:type="spellEnd"/>
      <w:r w:rsidRPr="00C4545C">
        <w:rPr>
          <w:sz w:val="22"/>
        </w:rPr>
        <w:t xml:space="preserve"> </w:t>
      </w:r>
      <w:proofErr w:type="spellStart"/>
      <w:r w:rsidRPr="00C4545C">
        <w:rPr>
          <w:sz w:val="22"/>
        </w:rPr>
        <w:t>амбиции</w:t>
      </w:r>
      <w:proofErr w:type="spellEnd"/>
      <w:r w:rsidRPr="00C4545C">
        <w:rPr>
          <w:sz w:val="22"/>
        </w:rPr>
        <w:t>.</w:t>
      </w:r>
      <w:r w:rsidRPr="00C4545C">
        <w:rPr>
          <w:sz w:val="22"/>
          <w:lang w:val="mk-MK"/>
        </w:rPr>
        <w:t xml:space="preserve"> За 10 места се пријавени повеќе од 20 компании.</w:t>
      </w:r>
      <w:r w:rsidRPr="00C4545C">
        <w:rPr>
          <w:sz w:val="22"/>
        </w:rPr>
        <w:t xml:space="preserve"> </w:t>
      </w:r>
    </w:p>
    <w:p w14:paraId="0D34602C" w14:textId="2745B112" w:rsidR="00C90BDE" w:rsidRPr="00C4545C" w:rsidRDefault="00831918" w:rsidP="00CD502C">
      <w:pPr>
        <w:jc w:val="both"/>
        <w:rPr>
          <w:rFonts w:cs="Arial"/>
          <w:sz w:val="22"/>
          <w:lang w:val="mk-MK"/>
        </w:rPr>
      </w:pPr>
      <w:r>
        <w:rPr>
          <w:rFonts w:cs="Arial"/>
          <w:sz w:val="22"/>
          <w:shd w:val="clear" w:color="auto" w:fill="FFFFFF"/>
          <w:lang w:val="mk-MK"/>
        </w:rPr>
        <w:t>Ф</w:t>
      </w:r>
      <w:r>
        <w:rPr>
          <w:rFonts w:cs="Arial"/>
          <w:sz w:val="22"/>
          <w:shd w:val="clear" w:color="auto" w:fill="FFFFFF"/>
          <w:lang w:val="mk-MK"/>
        </w:rPr>
        <w:t>иналната селекција ќе се направи набрзо</w:t>
      </w:r>
      <w:r>
        <w:rPr>
          <w:rFonts w:cs="Arial"/>
          <w:sz w:val="22"/>
          <w:shd w:val="clear" w:color="auto" w:fill="FFFFFF"/>
          <w:lang w:val="mk-MK"/>
        </w:rPr>
        <w:t>.</w:t>
      </w:r>
      <w:r w:rsidRPr="00C4545C">
        <w:rPr>
          <w:rFonts w:cs="Arial"/>
          <w:sz w:val="22"/>
          <w:shd w:val="clear" w:color="auto" w:fill="FFFFFF"/>
        </w:rPr>
        <w:t xml:space="preserve"> </w:t>
      </w:r>
      <w:proofErr w:type="spellStart"/>
      <w:r w:rsidR="00166D81" w:rsidRPr="00C4545C">
        <w:rPr>
          <w:rFonts w:cs="Arial"/>
          <w:sz w:val="22"/>
          <w:shd w:val="clear" w:color="auto" w:fill="FFFFFF"/>
        </w:rPr>
        <w:t>Останува</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да</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се</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надеваме</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дека</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од</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оваа</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прва</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група</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компании</w:t>
      </w:r>
      <w:proofErr w:type="spellEnd"/>
      <w:r w:rsidR="0063270A">
        <w:rPr>
          <w:rFonts w:cs="Arial"/>
          <w:sz w:val="22"/>
          <w:shd w:val="clear" w:color="auto" w:fill="FFFFFF"/>
          <w:lang w:val="mk-MK"/>
        </w:rPr>
        <w:t xml:space="preserve"> </w:t>
      </w:r>
      <w:proofErr w:type="spellStart"/>
      <w:r w:rsidR="00166D81" w:rsidRPr="00C4545C">
        <w:rPr>
          <w:rFonts w:cs="Arial"/>
          <w:sz w:val="22"/>
          <w:shd w:val="clear" w:color="auto" w:fill="FFFFFF"/>
        </w:rPr>
        <w:t>ќе</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произлезе</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некоја</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што</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ќе</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каже</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подготвени</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сме</w:t>
      </w:r>
      <w:proofErr w:type="spellEnd"/>
      <w:r w:rsidR="00166D81" w:rsidRPr="00C4545C">
        <w:rPr>
          <w:rFonts w:cs="Arial"/>
          <w:sz w:val="22"/>
          <w:shd w:val="clear" w:color="auto" w:fill="FFFFFF"/>
        </w:rPr>
        <w:t xml:space="preserve"> </w:t>
      </w:r>
      <w:proofErr w:type="spellStart"/>
      <w:r w:rsidR="00166D81" w:rsidRPr="00C4545C">
        <w:rPr>
          <w:rFonts w:cs="Arial"/>
          <w:sz w:val="22"/>
          <w:shd w:val="clear" w:color="auto" w:fill="FFFFFF"/>
        </w:rPr>
        <w:t>да</w:t>
      </w:r>
      <w:proofErr w:type="spellEnd"/>
      <w:r w:rsidR="00166D81" w:rsidRPr="00C4545C">
        <w:rPr>
          <w:rFonts w:cs="Arial"/>
          <w:sz w:val="22"/>
          <w:shd w:val="clear" w:color="auto" w:fill="FFFFFF"/>
        </w:rPr>
        <w:t xml:space="preserve"> </w:t>
      </w:r>
      <w:r w:rsidR="0063270A">
        <w:rPr>
          <w:rFonts w:cs="Arial"/>
          <w:sz w:val="22"/>
          <w:shd w:val="clear" w:color="auto" w:fill="FFFFFF"/>
          <w:lang w:val="mk-MK"/>
        </w:rPr>
        <w:t xml:space="preserve">ја </w:t>
      </w:r>
      <w:proofErr w:type="spellStart"/>
      <w:r w:rsidR="00166D81" w:rsidRPr="00C4545C">
        <w:rPr>
          <w:rFonts w:cs="Arial"/>
          <w:sz w:val="22"/>
          <w:shd w:val="clear" w:color="auto" w:fill="FFFFFF"/>
        </w:rPr>
        <w:t>отвориме</w:t>
      </w:r>
      <w:proofErr w:type="spellEnd"/>
      <w:r w:rsidR="00166D81" w:rsidRPr="00C4545C">
        <w:rPr>
          <w:rFonts w:cs="Arial"/>
          <w:sz w:val="22"/>
          <w:shd w:val="clear" w:color="auto" w:fill="FFFFFF"/>
        </w:rPr>
        <w:t xml:space="preserve"> </w:t>
      </w:r>
      <w:r w:rsidR="00166D81" w:rsidRPr="00C4545C">
        <w:rPr>
          <w:rFonts w:cs="Arial"/>
          <w:sz w:val="22"/>
          <w:shd w:val="clear" w:color="auto" w:fill="FFFFFF"/>
          <w:lang w:val="mk-MK"/>
        </w:rPr>
        <w:t xml:space="preserve">и </w:t>
      </w:r>
      <w:proofErr w:type="spellStart"/>
      <w:r w:rsidR="00166D81" w:rsidRPr="00C4545C">
        <w:rPr>
          <w:rFonts w:cs="Arial"/>
          <w:sz w:val="22"/>
          <w:shd w:val="clear" w:color="auto" w:fill="FFFFFF"/>
        </w:rPr>
        <w:t>врата</w:t>
      </w:r>
      <w:proofErr w:type="spellEnd"/>
      <w:r w:rsidR="00771100">
        <w:rPr>
          <w:rFonts w:cs="Arial"/>
          <w:sz w:val="22"/>
          <w:shd w:val="clear" w:color="auto" w:fill="FFFFFF"/>
          <w:lang w:val="mk-MK"/>
        </w:rPr>
        <w:t>та</w:t>
      </w:r>
      <w:r w:rsidR="00166D81" w:rsidRPr="00C4545C">
        <w:rPr>
          <w:rFonts w:cs="Arial"/>
          <w:sz w:val="22"/>
          <w:shd w:val="clear" w:color="auto" w:fill="FFFFFF"/>
        </w:rPr>
        <w:t xml:space="preserve"> </w:t>
      </w:r>
      <w:r w:rsidR="00771100">
        <w:rPr>
          <w:rFonts w:cs="Arial"/>
          <w:sz w:val="22"/>
          <w:shd w:val="clear" w:color="auto" w:fill="FFFFFF"/>
          <w:lang w:val="mk-MK"/>
        </w:rPr>
        <w:t>на пазарот на</w:t>
      </w:r>
      <w:r w:rsidR="00166D81" w:rsidRPr="00C4545C">
        <w:rPr>
          <w:rFonts w:cs="Arial"/>
          <w:sz w:val="22"/>
          <w:shd w:val="clear" w:color="auto" w:fill="FFFFFF"/>
        </w:rPr>
        <w:t xml:space="preserve"> </w:t>
      </w:r>
      <w:proofErr w:type="spellStart"/>
      <w:r w:rsidR="00166D81" w:rsidRPr="00C4545C">
        <w:rPr>
          <w:rFonts w:cs="Arial"/>
          <w:sz w:val="22"/>
          <w:shd w:val="clear" w:color="auto" w:fill="FFFFFF"/>
        </w:rPr>
        <w:t>капиталот</w:t>
      </w:r>
      <w:proofErr w:type="spellEnd"/>
      <w:r w:rsidR="00166D81" w:rsidRPr="00C4545C">
        <w:rPr>
          <w:rFonts w:cs="Arial"/>
          <w:sz w:val="22"/>
          <w:shd w:val="clear" w:color="auto" w:fill="FFFFFF"/>
        </w:rPr>
        <w:t>.</w:t>
      </w:r>
    </w:p>
    <w:p w14:paraId="5AD76884" w14:textId="04C5A80C" w:rsidR="00AC07EC" w:rsidRPr="00C4545C" w:rsidRDefault="00000000" w:rsidP="00CD502C">
      <w:pPr>
        <w:keepNext/>
        <w:jc w:val="both"/>
        <w:rPr>
          <w:sz w:val="22"/>
          <w:lang w:val="mk-MK"/>
        </w:rPr>
      </w:pPr>
      <w:proofErr w:type="spellStart"/>
      <w:r w:rsidRPr="00C4545C">
        <w:rPr>
          <w:b/>
          <w:sz w:val="22"/>
        </w:rPr>
        <w:lastRenderedPageBreak/>
        <w:t>Втората</w:t>
      </w:r>
      <w:proofErr w:type="spellEnd"/>
      <w:r w:rsidRPr="00C4545C">
        <w:rPr>
          <w:b/>
          <w:sz w:val="22"/>
        </w:rPr>
        <w:t xml:space="preserve"> </w:t>
      </w:r>
      <w:proofErr w:type="spellStart"/>
      <w:r w:rsidRPr="00C4545C">
        <w:rPr>
          <w:b/>
          <w:sz w:val="22"/>
        </w:rPr>
        <w:t>работа</w:t>
      </w:r>
      <w:proofErr w:type="spellEnd"/>
      <w:r w:rsidRPr="00C4545C">
        <w:rPr>
          <w:b/>
          <w:sz w:val="22"/>
        </w:rPr>
        <w:t xml:space="preserve"> е </w:t>
      </w:r>
      <w:r w:rsidR="008B2146" w:rsidRPr="00C4545C">
        <w:rPr>
          <w:b/>
          <w:sz w:val="22"/>
          <w:lang w:val="mk-MK"/>
        </w:rPr>
        <w:t xml:space="preserve">конечното </w:t>
      </w:r>
      <w:r w:rsidR="004F27DA">
        <w:rPr>
          <w:b/>
          <w:sz w:val="22"/>
          <w:lang w:val="mk-MK"/>
        </w:rPr>
        <w:t xml:space="preserve">почнување </w:t>
      </w:r>
      <w:r w:rsidR="00BE49FD">
        <w:rPr>
          <w:b/>
          <w:sz w:val="22"/>
          <w:lang w:val="mk-MK"/>
        </w:rPr>
        <w:t>со</w:t>
      </w:r>
      <w:r w:rsidR="004F27DA">
        <w:rPr>
          <w:b/>
          <w:sz w:val="22"/>
          <w:lang w:val="mk-MK"/>
        </w:rPr>
        <w:t xml:space="preserve"> примена</w:t>
      </w:r>
      <w:r w:rsidR="008B2146" w:rsidRPr="00C4545C">
        <w:rPr>
          <w:b/>
          <w:sz w:val="22"/>
          <w:lang w:val="mk-MK"/>
        </w:rPr>
        <w:t xml:space="preserve"> на </w:t>
      </w:r>
      <w:proofErr w:type="spellStart"/>
      <w:r w:rsidRPr="00C4545C">
        <w:rPr>
          <w:b/>
          <w:sz w:val="22"/>
        </w:rPr>
        <w:t>новата</w:t>
      </w:r>
      <w:proofErr w:type="spellEnd"/>
      <w:r w:rsidRPr="00C4545C">
        <w:rPr>
          <w:b/>
          <w:sz w:val="22"/>
        </w:rPr>
        <w:t xml:space="preserve"> </w:t>
      </w:r>
      <w:proofErr w:type="spellStart"/>
      <w:r w:rsidRPr="00C4545C">
        <w:rPr>
          <w:b/>
          <w:sz w:val="22"/>
        </w:rPr>
        <w:t>законска</w:t>
      </w:r>
      <w:proofErr w:type="spellEnd"/>
      <w:r w:rsidRPr="00C4545C">
        <w:rPr>
          <w:b/>
          <w:sz w:val="22"/>
        </w:rPr>
        <w:t xml:space="preserve"> </w:t>
      </w:r>
      <w:proofErr w:type="spellStart"/>
      <w:r w:rsidRPr="00C4545C">
        <w:rPr>
          <w:b/>
          <w:sz w:val="22"/>
        </w:rPr>
        <w:t>регулатива</w:t>
      </w:r>
      <w:proofErr w:type="spellEnd"/>
      <w:r w:rsidRPr="00C4545C">
        <w:rPr>
          <w:b/>
          <w:sz w:val="22"/>
        </w:rPr>
        <w:t xml:space="preserve">, </w:t>
      </w:r>
      <w:proofErr w:type="spellStart"/>
      <w:r w:rsidRPr="00C4545C">
        <w:rPr>
          <w:b/>
          <w:sz w:val="22"/>
        </w:rPr>
        <w:t>усогласена</w:t>
      </w:r>
      <w:proofErr w:type="spellEnd"/>
      <w:r w:rsidRPr="00C4545C">
        <w:rPr>
          <w:b/>
          <w:sz w:val="22"/>
        </w:rPr>
        <w:t xml:space="preserve"> </w:t>
      </w:r>
      <w:proofErr w:type="spellStart"/>
      <w:r w:rsidRPr="00C4545C">
        <w:rPr>
          <w:b/>
          <w:sz w:val="22"/>
        </w:rPr>
        <w:t>со</w:t>
      </w:r>
      <w:proofErr w:type="spellEnd"/>
      <w:r w:rsidRPr="00C4545C">
        <w:rPr>
          <w:b/>
          <w:sz w:val="22"/>
        </w:rPr>
        <w:t xml:space="preserve"> </w:t>
      </w:r>
      <w:proofErr w:type="spellStart"/>
      <w:r w:rsidRPr="00C4545C">
        <w:rPr>
          <w:b/>
          <w:sz w:val="22"/>
        </w:rPr>
        <w:t>европските</w:t>
      </w:r>
      <w:proofErr w:type="spellEnd"/>
      <w:r w:rsidRPr="00C4545C">
        <w:rPr>
          <w:b/>
          <w:sz w:val="22"/>
        </w:rPr>
        <w:t xml:space="preserve"> </w:t>
      </w:r>
      <w:proofErr w:type="spellStart"/>
      <w:r w:rsidRPr="00C4545C">
        <w:rPr>
          <w:b/>
          <w:sz w:val="22"/>
        </w:rPr>
        <w:t>правила</w:t>
      </w:r>
      <w:proofErr w:type="spellEnd"/>
      <w:r w:rsidRPr="00C4545C">
        <w:rPr>
          <w:b/>
          <w:sz w:val="22"/>
        </w:rPr>
        <w:t>.</w:t>
      </w:r>
      <w:r w:rsidR="008B2146" w:rsidRPr="00C4545C">
        <w:rPr>
          <w:b/>
          <w:sz w:val="22"/>
          <w:lang w:val="mk-MK"/>
        </w:rPr>
        <w:t xml:space="preserve"> </w:t>
      </w:r>
      <w:r w:rsidR="004F27DA">
        <w:rPr>
          <w:b/>
          <w:sz w:val="22"/>
          <w:lang w:val="mk-MK"/>
        </w:rPr>
        <w:t xml:space="preserve"> </w:t>
      </w:r>
    </w:p>
    <w:p w14:paraId="14D17050" w14:textId="4C6F10B0" w:rsidR="00AC07EC" w:rsidRPr="00C4545C" w:rsidRDefault="00000000" w:rsidP="00CD502C">
      <w:pPr>
        <w:jc w:val="both"/>
        <w:rPr>
          <w:sz w:val="22"/>
          <w:lang w:val="mk-MK"/>
        </w:rPr>
      </w:pPr>
      <w:proofErr w:type="spellStart"/>
      <w:r w:rsidRPr="00C4545C">
        <w:rPr>
          <w:sz w:val="22"/>
        </w:rPr>
        <w:t>Од</w:t>
      </w:r>
      <w:proofErr w:type="spellEnd"/>
      <w:r w:rsidRPr="00C4545C">
        <w:rPr>
          <w:sz w:val="22"/>
        </w:rPr>
        <w:t xml:space="preserve"> </w:t>
      </w:r>
      <w:proofErr w:type="spellStart"/>
      <w:r w:rsidRPr="00C4545C">
        <w:rPr>
          <w:sz w:val="22"/>
        </w:rPr>
        <w:t>неа</w:t>
      </w:r>
      <w:proofErr w:type="spellEnd"/>
      <w:r w:rsidRPr="00C4545C">
        <w:rPr>
          <w:sz w:val="22"/>
        </w:rPr>
        <w:t xml:space="preserve"> </w:t>
      </w:r>
      <w:proofErr w:type="spellStart"/>
      <w:r w:rsidRPr="00C4545C">
        <w:rPr>
          <w:sz w:val="22"/>
        </w:rPr>
        <w:t>очекуваме</w:t>
      </w:r>
      <w:proofErr w:type="spellEnd"/>
      <w:r w:rsidRPr="00C4545C">
        <w:rPr>
          <w:sz w:val="22"/>
        </w:rPr>
        <w:t xml:space="preserve"> </w:t>
      </w:r>
      <w:r w:rsidR="00D90DA8" w:rsidRPr="00C4545C">
        <w:rPr>
          <w:sz w:val="22"/>
          <w:lang w:val="mk-MK"/>
        </w:rPr>
        <w:t xml:space="preserve">да </w:t>
      </w:r>
      <w:r w:rsidR="00771100">
        <w:rPr>
          <w:sz w:val="22"/>
          <w:lang w:val="mk-MK"/>
        </w:rPr>
        <w:t>донесе</w:t>
      </w:r>
      <w:r w:rsidR="00D90DA8" w:rsidRPr="00C4545C">
        <w:rPr>
          <w:sz w:val="22"/>
          <w:lang w:val="mk-MK"/>
        </w:rPr>
        <w:t xml:space="preserve"> нај</w:t>
      </w:r>
      <w:proofErr w:type="spellStart"/>
      <w:r w:rsidRPr="00C4545C">
        <w:rPr>
          <w:sz w:val="22"/>
        </w:rPr>
        <w:t>современи</w:t>
      </w:r>
      <w:proofErr w:type="spellEnd"/>
      <w:r w:rsidRPr="00C4545C">
        <w:rPr>
          <w:sz w:val="22"/>
        </w:rPr>
        <w:t xml:space="preserve"> </w:t>
      </w:r>
      <w:proofErr w:type="spellStart"/>
      <w:r w:rsidRPr="00C4545C">
        <w:rPr>
          <w:sz w:val="22"/>
        </w:rPr>
        <w:t>пазарни</w:t>
      </w:r>
      <w:proofErr w:type="spellEnd"/>
      <w:r w:rsidRPr="00C4545C">
        <w:rPr>
          <w:sz w:val="22"/>
        </w:rPr>
        <w:t xml:space="preserve"> </w:t>
      </w:r>
      <w:r w:rsidR="009F24FC" w:rsidRPr="00C4545C">
        <w:rPr>
          <w:sz w:val="22"/>
          <w:lang w:val="mk-MK"/>
        </w:rPr>
        <w:t>стандарди</w:t>
      </w:r>
      <w:r w:rsidRPr="00C4545C">
        <w:rPr>
          <w:sz w:val="22"/>
        </w:rPr>
        <w:t xml:space="preserve"> и</w:t>
      </w:r>
      <w:r w:rsidR="009F24FC" w:rsidRPr="00C4545C">
        <w:rPr>
          <w:sz w:val="22"/>
          <w:lang w:val="mk-MK"/>
        </w:rPr>
        <w:t xml:space="preserve"> услуги</w:t>
      </w:r>
      <w:r w:rsidR="00D90DA8" w:rsidRPr="00C4545C">
        <w:rPr>
          <w:sz w:val="22"/>
          <w:lang w:val="mk-MK"/>
        </w:rPr>
        <w:t>,</w:t>
      </w:r>
      <w:r w:rsidR="009F24FC" w:rsidRPr="00C4545C">
        <w:rPr>
          <w:sz w:val="22"/>
          <w:lang w:val="mk-MK"/>
        </w:rPr>
        <w:t xml:space="preserve"> </w:t>
      </w:r>
      <w:r w:rsidR="00D90DA8" w:rsidRPr="00C4545C">
        <w:rPr>
          <w:sz w:val="22"/>
          <w:lang w:val="mk-MK"/>
        </w:rPr>
        <w:t>нови модалитети</w:t>
      </w:r>
      <w:r w:rsidRPr="00C4545C">
        <w:rPr>
          <w:sz w:val="22"/>
        </w:rPr>
        <w:t xml:space="preserve"> </w:t>
      </w:r>
      <w:proofErr w:type="spellStart"/>
      <w:r w:rsidRPr="00C4545C">
        <w:rPr>
          <w:sz w:val="22"/>
        </w:rPr>
        <w:t>за</w:t>
      </w:r>
      <w:proofErr w:type="spellEnd"/>
      <w:r w:rsidRPr="00C4545C">
        <w:rPr>
          <w:sz w:val="22"/>
        </w:rPr>
        <w:t xml:space="preserve"> </w:t>
      </w:r>
      <w:r w:rsidR="00D90DA8" w:rsidRPr="00C4545C">
        <w:rPr>
          <w:sz w:val="22"/>
          <w:lang w:val="mk-MK"/>
        </w:rPr>
        <w:t>проширување на пазарната</w:t>
      </w:r>
      <w:r w:rsidRPr="00C4545C">
        <w:rPr>
          <w:sz w:val="22"/>
        </w:rPr>
        <w:t xml:space="preserve"> </w:t>
      </w:r>
      <w:proofErr w:type="spellStart"/>
      <w:r w:rsidRPr="00C4545C">
        <w:rPr>
          <w:sz w:val="22"/>
        </w:rPr>
        <w:t>понуда</w:t>
      </w:r>
      <w:proofErr w:type="spellEnd"/>
      <w:r w:rsidR="00D90DA8" w:rsidRPr="00C4545C">
        <w:rPr>
          <w:sz w:val="22"/>
          <w:lang w:val="mk-MK"/>
        </w:rPr>
        <w:t xml:space="preserve"> и зголемена</w:t>
      </w:r>
      <w:r w:rsidR="00D90DA8" w:rsidRPr="00C4545C">
        <w:rPr>
          <w:sz w:val="22"/>
        </w:rPr>
        <w:t xml:space="preserve"> </w:t>
      </w:r>
      <w:proofErr w:type="spellStart"/>
      <w:r w:rsidR="00D90DA8" w:rsidRPr="00C4545C">
        <w:rPr>
          <w:sz w:val="22"/>
        </w:rPr>
        <w:t>сигурност</w:t>
      </w:r>
      <w:proofErr w:type="spellEnd"/>
      <w:r w:rsidR="00D90DA8" w:rsidRPr="00C4545C">
        <w:rPr>
          <w:sz w:val="22"/>
        </w:rPr>
        <w:t xml:space="preserve"> </w:t>
      </w:r>
      <w:proofErr w:type="spellStart"/>
      <w:r w:rsidR="00D90DA8" w:rsidRPr="00C4545C">
        <w:rPr>
          <w:sz w:val="22"/>
        </w:rPr>
        <w:t>за</w:t>
      </w:r>
      <w:proofErr w:type="spellEnd"/>
      <w:r w:rsidR="00D90DA8" w:rsidRPr="00C4545C">
        <w:rPr>
          <w:sz w:val="22"/>
        </w:rPr>
        <w:t xml:space="preserve"> </w:t>
      </w:r>
      <w:proofErr w:type="spellStart"/>
      <w:r w:rsidR="00D90DA8" w:rsidRPr="00C4545C">
        <w:rPr>
          <w:sz w:val="22"/>
        </w:rPr>
        <w:t>инвеститорите</w:t>
      </w:r>
      <w:proofErr w:type="spellEnd"/>
      <w:r w:rsidRPr="00C4545C">
        <w:rPr>
          <w:sz w:val="22"/>
        </w:rPr>
        <w:t xml:space="preserve">. </w:t>
      </w:r>
      <w:r w:rsidR="00D90DA8" w:rsidRPr="00C4545C">
        <w:rPr>
          <w:sz w:val="22"/>
          <w:lang w:val="mk-MK"/>
        </w:rPr>
        <w:t>За нас</w:t>
      </w:r>
      <w:r w:rsidR="00831918">
        <w:rPr>
          <w:sz w:val="22"/>
          <w:lang w:val="mk-MK"/>
        </w:rPr>
        <w:t>,</w:t>
      </w:r>
      <w:r w:rsidR="00D90DA8" w:rsidRPr="00C4545C">
        <w:rPr>
          <w:sz w:val="22"/>
          <w:lang w:val="mk-MK"/>
        </w:rPr>
        <w:t xml:space="preserve"> како што веќе повеќе пати сме нагласиле,</w:t>
      </w:r>
      <w:r w:rsidRPr="00C4545C">
        <w:rPr>
          <w:sz w:val="22"/>
        </w:rPr>
        <w:t xml:space="preserve"> </w:t>
      </w:r>
      <w:r w:rsidR="00831918">
        <w:rPr>
          <w:sz w:val="22"/>
          <w:lang w:val="mk-MK"/>
        </w:rPr>
        <w:t>големо</w:t>
      </w:r>
      <w:r w:rsidR="00831918" w:rsidRPr="00C4545C">
        <w:rPr>
          <w:sz w:val="22"/>
        </w:rPr>
        <w:t xml:space="preserve"> </w:t>
      </w:r>
      <w:proofErr w:type="spellStart"/>
      <w:r w:rsidR="00831918" w:rsidRPr="00C4545C">
        <w:rPr>
          <w:sz w:val="22"/>
        </w:rPr>
        <w:t>значење</w:t>
      </w:r>
      <w:proofErr w:type="spellEnd"/>
      <w:r w:rsidR="00831918">
        <w:rPr>
          <w:sz w:val="22"/>
          <w:lang w:val="mk-MK"/>
        </w:rPr>
        <w:t xml:space="preserve"> </w:t>
      </w:r>
      <w:proofErr w:type="spellStart"/>
      <w:r w:rsidRPr="00C4545C">
        <w:rPr>
          <w:sz w:val="22"/>
        </w:rPr>
        <w:t>има</w:t>
      </w:r>
      <w:proofErr w:type="spellEnd"/>
      <w:r w:rsidRPr="00C4545C">
        <w:rPr>
          <w:sz w:val="22"/>
        </w:rPr>
        <w:t xml:space="preserve"> </w:t>
      </w:r>
      <w:proofErr w:type="spellStart"/>
      <w:r w:rsidRPr="00C4545C">
        <w:rPr>
          <w:sz w:val="22"/>
        </w:rPr>
        <w:t>просторот</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развој</w:t>
      </w:r>
      <w:proofErr w:type="spellEnd"/>
      <w:r w:rsidRPr="00C4545C">
        <w:rPr>
          <w:sz w:val="22"/>
        </w:rPr>
        <w:t xml:space="preserve"> </w:t>
      </w:r>
      <w:proofErr w:type="spellStart"/>
      <w:r w:rsidRPr="00C4545C">
        <w:rPr>
          <w:sz w:val="22"/>
        </w:rPr>
        <w:t>на</w:t>
      </w:r>
      <w:proofErr w:type="spellEnd"/>
      <w:r w:rsidRPr="00C4545C">
        <w:rPr>
          <w:sz w:val="22"/>
        </w:rPr>
        <w:t xml:space="preserve"> </w:t>
      </w:r>
      <w:r w:rsidR="00D90DA8" w:rsidRPr="00C4545C">
        <w:rPr>
          <w:sz w:val="22"/>
          <w:lang w:val="mk-MK"/>
        </w:rPr>
        <w:t xml:space="preserve">т.н. </w:t>
      </w:r>
      <w:proofErr w:type="spellStart"/>
      <w:r w:rsidRPr="00C4545C">
        <w:rPr>
          <w:sz w:val="22"/>
        </w:rPr>
        <w:t>Пазар</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растечки</w:t>
      </w:r>
      <w:proofErr w:type="spellEnd"/>
      <w:r w:rsidRPr="00C4545C">
        <w:rPr>
          <w:sz w:val="22"/>
        </w:rPr>
        <w:t xml:space="preserve"> </w:t>
      </w:r>
      <w:proofErr w:type="spellStart"/>
      <w:r w:rsidRPr="00C4545C">
        <w:rPr>
          <w:sz w:val="22"/>
        </w:rPr>
        <w:t>компании</w:t>
      </w:r>
      <w:proofErr w:type="spellEnd"/>
      <w:r w:rsidR="00D90DA8" w:rsidRPr="00C4545C">
        <w:rPr>
          <w:sz w:val="22"/>
          <w:lang w:val="mk-MK"/>
        </w:rPr>
        <w:t xml:space="preserve">. </w:t>
      </w:r>
      <w:r w:rsidR="00831918">
        <w:rPr>
          <w:sz w:val="22"/>
          <w:lang w:val="mk-MK"/>
        </w:rPr>
        <w:t>Се надеваме дека во врска со ова ќе биде прифатена и нашата</w:t>
      </w:r>
      <w:r w:rsidR="00D90DA8" w:rsidRPr="00C4545C">
        <w:rPr>
          <w:sz w:val="22"/>
          <w:lang w:val="mk-MK"/>
        </w:rPr>
        <w:t xml:space="preserve"> зал</w:t>
      </w:r>
      <w:r w:rsidR="00831918">
        <w:rPr>
          <w:sz w:val="22"/>
          <w:lang w:val="mk-MK"/>
        </w:rPr>
        <w:t>ожба</w:t>
      </w:r>
      <w:r w:rsidR="00D90DA8" w:rsidRPr="00C4545C">
        <w:rPr>
          <w:sz w:val="22"/>
          <w:lang w:val="mk-MK"/>
        </w:rPr>
        <w:t xml:space="preserve"> за максимална примена на европските лимити и дозволување на поголем износ за прибирање на капитал </w:t>
      </w:r>
      <w:r w:rsidR="00C4545C">
        <w:rPr>
          <w:sz w:val="22"/>
          <w:lang w:val="mk-MK"/>
        </w:rPr>
        <w:t>според</w:t>
      </w:r>
      <w:r w:rsidR="00D90DA8" w:rsidRPr="00C4545C">
        <w:rPr>
          <w:sz w:val="22"/>
          <w:lang w:val="mk-MK"/>
        </w:rPr>
        <w:t xml:space="preserve"> поедноставена процедура</w:t>
      </w:r>
      <w:r w:rsidRPr="00C4545C">
        <w:rPr>
          <w:sz w:val="22"/>
        </w:rPr>
        <w:t>.</w:t>
      </w:r>
      <w:r w:rsidR="00D90DA8" w:rsidRPr="00C4545C">
        <w:rPr>
          <w:sz w:val="22"/>
          <w:lang w:val="mk-MK"/>
        </w:rPr>
        <w:t xml:space="preserve"> </w:t>
      </w:r>
      <w:proofErr w:type="spellStart"/>
      <w:r w:rsidRPr="00C4545C">
        <w:rPr>
          <w:sz w:val="22"/>
        </w:rPr>
        <w:t>Подготовката</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потенцијалните</w:t>
      </w:r>
      <w:proofErr w:type="spellEnd"/>
      <w:r w:rsidRPr="00C4545C">
        <w:rPr>
          <w:sz w:val="22"/>
        </w:rPr>
        <w:t xml:space="preserve"> </w:t>
      </w:r>
      <w:proofErr w:type="spellStart"/>
      <w:r w:rsidRPr="00C4545C">
        <w:rPr>
          <w:sz w:val="22"/>
        </w:rPr>
        <w:t>издавачи</w:t>
      </w:r>
      <w:proofErr w:type="spellEnd"/>
      <w:r w:rsidRPr="00C4545C">
        <w:rPr>
          <w:sz w:val="22"/>
        </w:rPr>
        <w:t xml:space="preserve"> и </w:t>
      </w:r>
      <w:proofErr w:type="spellStart"/>
      <w:r w:rsidRPr="00C4545C">
        <w:rPr>
          <w:sz w:val="22"/>
        </w:rPr>
        <w:t>регулаторното</w:t>
      </w:r>
      <w:proofErr w:type="spellEnd"/>
      <w:r w:rsidRPr="00C4545C">
        <w:rPr>
          <w:sz w:val="22"/>
        </w:rPr>
        <w:t xml:space="preserve"> </w:t>
      </w:r>
      <w:proofErr w:type="spellStart"/>
      <w:r w:rsidRPr="00C4545C">
        <w:rPr>
          <w:sz w:val="22"/>
        </w:rPr>
        <w:t>отворање</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овој</w:t>
      </w:r>
      <w:proofErr w:type="spellEnd"/>
      <w:r w:rsidRPr="00C4545C">
        <w:rPr>
          <w:sz w:val="22"/>
        </w:rPr>
        <w:t xml:space="preserve"> </w:t>
      </w:r>
      <w:r w:rsidR="00771100">
        <w:rPr>
          <w:sz w:val="22"/>
          <w:lang w:val="mk-MK"/>
        </w:rPr>
        <w:t xml:space="preserve">пазарен </w:t>
      </w:r>
      <w:proofErr w:type="spellStart"/>
      <w:r w:rsidRPr="00C4545C">
        <w:rPr>
          <w:sz w:val="22"/>
        </w:rPr>
        <w:t>сегмент</w:t>
      </w:r>
      <w:proofErr w:type="spellEnd"/>
      <w:r w:rsidRPr="00C4545C">
        <w:rPr>
          <w:sz w:val="22"/>
        </w:rPr>
        <w:t xml:space="preserve"> </w:t>
      </w:r>
      <w:proofErr w:type="spellStart"/>
      <w:r w:rsidRPr="00C4545C">
        <w:rPr>
          <w:sz w:val="22"/>
        </w:rPr>
        <w:t>треба</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движат</w:t>
      </w:r>
      <w:proofErr w:type="spellEnd"/>
      <w:r w:rsidRPr="00C4545C">
        <w:rPr>
          <w:sz w:val="22"/>
        </w:rPr>
        <w:t xml:space="preserve"> </w:t>
      </w:r>
      <w:proofErr w:type="spellStart"/>
      <w:r w:rsidRPr="00C4545C">
        <w:rPr>
          <w:sz w:val="22"/>
        </w:rPr>
        <w:t>усогласено</w:t>
      </w:r>
      <w:proofErr w:type="spellEnd"/>
      <w:r w:rsidRPr="00C4545C">
        <w:rPr>
          <w:sz w:val="22"/>
        </w:rPr>
        <w:t>.</w:t>
      </w:r>
      <w:r w:rsidR="00D90DA8" w:rsidRPr="00C4545C">
        <w:rPr>
          <w:sz w:val="22"/>
          <w:lang w:val="mk-MK"/>
        </w:rPr>
        <w:t xml:space="preserve"> Затоа и</w:t>
      </w:r>
      <w:r w:rsidR="00D90DA8" w:rsidRPr="00C4545C">
        <w:rPr>
          <w:sz w:val="22"/>
        </w:rPr>
        <w:t xml:space="preserve"> </w:t>
      </w:r>
      <w:r w:rsidR="00D90DA8" w:rsidRPr="00C4545C">
        <w:rPr>
          <w:sz w:val="22"/>
          <w:lang w:val="mk-MK"/>
        </w:rPr>
        <w:t xml:space="preserve">го тераме овој </w:t>
      </w:r>
      <w:r w:rsidR="00D90DA8" w:rsidRPr="00C4545C">
        <w:rPr>
          <w:sz w:val="22"/>
          <w:lang w:val="hr-HR"/>
        </w:rPr>
        <w:t>pre</w:t>
      </w:r>
      <w:r w:rsidR="00D90DA8" w:rsidRPr="00C4545C">
        <w:rPr>
          <w:sz w:val="22"/>
        </w:rPr>
        <w:t xml:space="preserve">-IPO </w:t>
      </w:r>
      <w:r w:rsidR="00D90DA8" w:rsidRPr="00C4545C">
        <w:rPr>
          <w:sz w:val="22"/>
          <w:lang w:val="mk-MK"/>
        </w:rPr>
        <w:t>проект</w:t>
      </w:r>
      <w:r w:rsidR="00D90DA8" w:rsidRPr="00C4545C">
        <w:rPr>
          <w:sz w:val="22"/>
        </w:rPr>
        <w:t xml:space="preserve"> </w:t>
      </w:r>
      <w:r w:rsidR="00771100">
        <w:rPr>
          <w:sz w:val="22"/>
          <w:lang w:val="mk-MK"/>
        </w:rPr>
        <w:t>со</w:t>
      </w:r>
      <w:r w:rsidR="00D90DA8" w:rsidRPr="00C4545C">
        <w:rPr>
          <w:sz w:val="22"/>
        </w:rPr>
        <w:t xml:space="preserve"> EBRD.</w:t>
      </w:r>
      <w:r w:rsidR="00D90DA8" w:rsidRPr="00C4545C">
        <w:rPr>
          <w:sz w:val="22"/>
          <w:lang w:val="mk-MK"/>
        </w:rPr>
        <w:t xml:space="preserve"> </w:t>
      </w:r>
    </w:p>
    <w:p w14:paraId="02BC8887" w14:textId="1555F912" w:rsidR="00D90DA8" w:rsidRPr="00C4545C" w:rsidRDefault="00000000" w:rsidP="00CD502C">
      <w:pPr>
        <w:jc w:val="both"/>
        <w:rPr>
          <w:sz w:val="22"/>
          <w:lang w:val="mk-MK"/>
        </w:rPr>
      </w:pPr>
      <w:proofErr w:type="spellStart"/>
      <w:r w:rsidRPr="00C4545C">
        <w:rPr>
          <w:sz w:val="22"/>
        </w:rPr>
        <w:t>За</w:t>
      </w:r>
      <w:proofErr w:type="spellEnd"/>
      <w:r w:rsidRPr="00C4545C">
        <w:rPr>
          <w:sz w:val="22"/>
        </w:rPr>
        <w:t xml:space="preserve"> </w:t>
      </w:r>
      <w:proofErr w:type="spellStart"/>
      <w:r w:rsidRPr="00C4545C">
        <w:rPr>
          <w:sz w:val="22"/>
        </w:rPr>
        <w:t>успешно</w:t>
      </w:r>
      <w:proofErr w:type="spellEnd"/>
      <w:r w:rsidRPr="00C4545C">
        <w:rPr>
          <w:sz w:val="22"/>
        </w:rPr>
        <w:t xml:space="preserve"> </w:t>
      </w:r>
      <w:proofErr w:type="spellStart"/>
      <w:r w:rsidRPr="00C4545C">
        <w:rPr>
          <w:sz w:val="22"/>
        </w:rPr>
        <w:t>спроведување</w:t>
      </w:r>
      <w:proofErr w:type="spellEnd"/>
      <w:r w:rsidRPr="00C4545C">
        <w:rPr>
          <w:sz w:val="22"/>
        </w:rPr>
        <w:t xml:space="preserve"> </w:t>
      </w:r>
      <w:proofErr w:type="spellStart"/>
      <w:r w:rsidRPr="00C4545C">
        <w:rPr>
          <w:sz w:val="22"/>
        </w:rPr>
        <w:t>на</w:t>
      </w:r>
      <w:proofErr w:type="spellEnd"/>
      <w:r w:rsidRPr="00C4545C">
        <w:rPr>
          <w:sz w:val="22"/>
        </w:rPr>
        <w:t xml:space="preserve"> </w:t>
      </w:r>
      <w:r w:rsidR="009F24FC" w:rsidRPr="00C4545C">
        <w:rPr>
          <w:sz w:val="22"/>
          <w:lang w:val="mk-MK"/>
        </w:rPr>
        <w:t xml:space="preserve">оваа </w:t>
      </w:r>
      <w:r w:rsidR="00D90DA8" w:rsidRPr="00C4545C">
        <w:rPr>
          <w:sz w:val="22"/>
          <w:lang w:val="mk-MK"/>
        </w:rPr>
        <w:t xml:space="preserve">суштинска нормативна </w:t>
      </w:r>
      <w:proofErr w:type="spellStart"/>
      <w:r w:rsidRPr="00C4545C">
        <w:rPr>
          <w:sz w:val="22"/>
        </w:rPr>
        <w:t>реформа</w:t>
      </w:r>
      <w:proofErr w:type="spellEnd"/>
      <w:r w:rsidRPr="00C4545C">
        <w:rPr>
          <w:sz w:val="22"/>
        </w:rPr>
        <w:t xml:space="preserve"> </w:t>
      </w:r>
      <w:proofErr w:type="spellStart"/>
      <w:r w:rsidRPr="00C4545C">
        <w:rPr>
          <w:sz w:val="22"/>
        </w:rPr>
        <w:t>ни</w:t>
      </w:r>
      <w:proofErr w:type="spellEnd"/>
      <w:r w:rsidRPr="00C4545C">
        <w:rPr>
          <w:sz w:val="22"/>
        </w:rPr>
        <w:t xml:space="preserve"> е </w:t>
      </w:r>
      <w:proofErr w:type="spellStart"/>
      <w:r w:rsidRPr="00C4545C">
        <w:rPr>
          <w:sz w:val="22"/>
        </w:rPr>
        <w:t>потребна</w:t>
      </w:r>
      <w:proofErr w:type="spellEnd"/>
      <w:r w:rsidRPr="00C4545C">
        <w:rPr>
          <w:sz w:val="22"/>
        </w:rPr>
        <w:t xml:space="preserve"> </w:t>
      </w:r>
      <w:proofErr w:type="spellStart"/>
      <w:r w:rsidRPr="00C4545C">
        <w:rPr>
          <w:sz w:val="22"/>
        </w:rPr>
        <w:t>исклучително</w:t>
      </w:r>
      <w:proofErr w:type="spellEnd"/>
      <w:r w:rsidRPr="00C4545C">
        <w:rPr>
          <w:sz w:val="22"/>
        </w:rPr>
        <w:t xml:space="preserve"> </w:t>
      </w:r>
      <w:proofErr w:type="spellStart"/>
      <w:r w:rsidRPr="00C4545C">
        <w:rPr>
          <w:sz w:val="22"/>
        </w:rPr>
        <w:t>тесна</w:t>
      </w:r>
      <w:proofErr w:type="spellEnd"/>
      <w:r w:rsidRPr="00C4545C">
        <w:rPr>
          <w:sz w:val="22"/>
        </w:rPr>
        <w:t xml:space="preserve"> </w:t>
      </w:r>
      <w:proofErr w:type="spellStart"/>
      <w:r w:rsidRPr="00C4545C">
        <w:rPr>
          <w:sz w:val="22"/>
        </w:rPr>
        <w:t>координација</w:t>
      </w:r>
      <w:proofErr w:type="spellEnd"/>
      <w:r w:rsidRPr="00C4545C">
        <w:rPr>
          <w:sz w:val="22"/>
        </w:rPr>
        <w:t xml:space="preserve"> </w:t>
      </w:r>
      <w:proofErr w:type="spellStart"/>
      <w:r w:rsidRPr="00C4545C">
        <w:rPr>
          <w:sz w:val="22"/>
        </w:rPr>
        <w:t>со</w:t>
      </w:r>
      <w:proofErr w:type="spellEnd"/>
      <w:r w:rsidRPr="00C4545C">
        <w:rPr>
          <w:sz w:val="22"/>
        </w:rPr>
        <w:t xml:space="preserve"> </w:t>
      </w:r>
      <w:r w:rsidR="00831918">
        <w:rPr>
          <w:sz w:val="22"/>
          <w:lang w:val="mk-MK"/>
        </w:rPr>
        <w:t xml:space="preserve">Министерството за финасии, а особено со </w:t>
      </w:r>
      <w:proofErr w:type="spellStart"/>
      <w:r w:rsidRPr="00C4545C">
        <w:rPr>
          <w:sz w:val="22"/>
        </w:rPr>
        <w:t>Комисијата</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хартии</w:t>
      </w:r>
      <w:proofErr w:type="spellEnd"/>
      <w:r w:rsidRPr="00C4545C">
        <w:rPr>
          <w:sz w:val="22"/>
        </w:rPr>
        <w:t xml:space="preserve"> </w:t>
      </w:r>
      <w:proofErr w:type="spellStart"/>
      <w:r w:rsidRPr="00C4545C">
        <w:rPr>
          <w:sz w:val="22"/>
        </w:rPr>
        <w:t>од</w:t>
      </w:r>
      <w:proofErr w:type="spellEnd"/>
      <w:r w:rsidRPr="00C4545C">
        <w:rPr>
          <w:sz w:val="22"/>
        </w:rPr>
        <w:t xml:space="preserve"> </w:t>
      </w:r>
      <w:proofErr w:type="spellStart"/>
      <w:r w:rsidRPr="00C4545C">
        <w:rPr>
          <w:sz w:val="22"/>
        </w:rPr>
        <w:t>вредност</w:t>
      </w:r>
      <w:proofErr w:type="spellEnd"/>
      <w:r w:rsidR="00831918">
        <w:rPr>
          <w:sz w:val="22"/>
          <w:lang w:val="mk-MK"/>
        </w:rPr>
        <w:t xml:space="preserve"> како </w:t>
      </w:r>
      <w:r w:rsidR="00C64DE5">
        <w:rPr>
          <w:sz w:val="22"/>
          <w:lang w:val="mk-MK"/>
        </w:rPr>
        <w:t xml:space="preserve">наш </w:t>
      </w:r>
      <w:r w:rsidR="00831918">
        <w:rPr>
          <w:sz w:val="22"/>
          <w:lang w:val="mk-MK"/>
        </w:rPr>
        <w:t>регулатор</w:t>
      </w:r>
      <w:r w:rsidRPr="00C4545C">
        <w:rPr>
          <w:sz w:val="22"/>
        </w:rPr>
        <w:t xml:space="preserve">. </w:t>
      </w:r>
      <w:proofErr w:type="spellStart"/>
      <w:r w:rsidRPr="00C4545C">
        <w:rPr>
          <w:sz w:val="22"/>
        </w:rPr>
        <w:t>Берзата</w:t>
      </w:r>
      <w:proofErr w:type="spellEnd"/>
      <w:r w:rsidRPr="00C4545C">
        <w:rPr>
          <w:sz w:val="22"/>
        </w:rPr>
        <w:t xml:space="preserve">, </w:t>
      </w:r>
      <w:proofErr w:type="spellStart"/>
      <w:r w:rsidRPr="00C4545C">
        <w:rPr>
          <w:sz w:val="22"/>
        </w:rPr>
        <w:t>Депозитарот</w:t>
      </w:r>
      <w:proofErr w:type="spellEnd"/>
      <w:r w:rsidRPr="00C4545C">
        <w:rPr>
          <w:sz w:val="22"/>
        </w:rPr>
        <w:t xml:space="preserve"> и </w:t>
      </w:r>
      <w:r w:rsidR="00831918">
        <w:rPr>
          <w:sz w:val="22"/>
          <w:lang w:val="mk-MK"/>
        </w:rPr>
        <w:t xml:space="preserve">финансиските </w:t>
      </w:r>
      <w:proofErr w:type="spellStart"/>
      <w:r w:rsidRPr="00C4545C">
        <w:rPr>
          <w:sz w:val="22"/>
        </w:rPr>
        <w:t>посредници</w:t>
      </w:r>
      <w:proofErr w:type="spellEnd"/>
      <w:r w:rsidRPr="00C4545C">
        <w:rPr>
          <w:sz w:val="22"/>
        </w:rPr>
        <w:t xml:space="preserve"> </w:t>
      </w:r>
      <w:proofErr w:type="spellStart"/>
      <w:r w:rsidRPr="00C4545C">
        <w:rPr>
          <w:sz w:val="22"/>
        </w:rPr>
        <w:t>треба</w:t>
      </w:r>
      <w:proofErr w:type="spellEnd"/>
      <w:r w:rsidRPr="00C4545C">
        <w:rPr>
          <w:sz w:val="22"/>
        </w:rPr>
        <w:t xml:space="preserve"> </w:t>
      </w:r>
      <w:proofErr w:type="spellStart"/>
      <w:r w:rsidRPr="00C4545C">
        <w:rPr>
          <w:sz w:val="22"/>
        </w:rPr>
        <w:t>навреме</w:t>
      </w:r>
      <w:proofErr w:type="spellEnd"/>
      <w:r w:rsidRPr="00C4545C">
        <w:rPr>
          <w:sz w:val="22"/>
        </w:rPr>
        <w:t xml:space="preserve"> </w:t>
      </w:r>
      <w:proofErr w:type="spellStart"/>
      <w:r w:rsidRPr="00C4545C">
        <w:rPr>
          <w:sz w:val="22"/>
        </w:rPr>
        <w:t>да</w:t>
      </w:r>
      <w:proofErr w:type="spellEnd"/>
      <w:r w:rsidRPr="00C4545C">
        <w:rPr>
          <w:sz w:val="22"/>
        </w:rPr>
        <w:t xml:space="preserve"> </w:t>
      </w:r>
      <w:r w:rsidR="00D90DA8" w:rsidRPr="00C4545C">
        <w:rPr>
          <w:sz w:val="22"/>
          <w:lang w:val="mk-MK"/>
        </w:rPr>
        <w:t>добиваат</w:t>
      </w:r>
      <w:r w:rsidRPr="00C4545C">
        <w:rPr>
          <w:sz w:val="22"/>
        </w:rPr>
        <w:t xml:space="preserve"> </w:t>
      </w:r>
      <w:proofErr w:type="spellStart"/>
      <w:r w:rsidRPr="00C4545C">
        <w:rPr>
          <w:sz w:val="22"/>
        </w:rPr>
        <w:t>јасни</w:t>
      </w:r>
      <w:proofErr w:type="spellEnd"/>
      <w:r w:rsidRPr="00C4545C">
        <w:rPr>
          <w:sz w:val="22"/>
        </w:rPr>
        <w:t xml:space="preserve"> </w:t>
      </w:r>
      <w:proofErr w:type="spellStart"/>
      <w:r w:rsidRPr="00C4545C">
        <w:rPr>
          <w:sz w:val="22"/>
        </w:rPr>
        <w:t>толкувања</w:t>
      </w:r>
      <w:proofErr w:type="spellEnd"/>
      <w:r w:rsidR="00D90DA8" w:rsidRPr="00C4545C">
        <w:rPr>
          <w:sz w:val="22"/>
          <w:lang w:val="mk-MK"/>
        </w:rPr>
        <w:t xml:space="preserve"> и насоки, со</w:t>
      </w:r>
      <w:r w:rsidRPr="00C4545C">
        <w:rPr>
          <w:sz w:val="22"/>
        </w:rPr>
        <w:t xml:space="preserve"> </w:t>
      </w:r>
      <w:proofErr w:type="spellStart"/>
      <w:r w:rsidRPr="00C4545C">
        <w:rPr>
          <w:sz w:val="22"/>
        </w:rPr>
        <w:t>остварлива</w:t>
      </w:r>
      <w:proofErr w:type="spellEnd"/>
      <w:r w:rsidRPr="00C4545C">
        <w:rPr>
          <w:sz w:val="22"/>
        </w:rPr>
        <w:t xml:space="preserve"> </w:t>
      </w:r>
      <w:proofErr w:type="spellStart"/>
      <w:r w:rsidRPr="00C4545C">
        <w:rPr>
          <w:sz w:val="22"/>
        </w:rPr>
        <w:t>динамика</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прилагодување</w:t>
      </w:r>
      <w:proofErr w:type="spellEnd"/>
      <w:r w:rsidRPr="00C4545C">
        <w:rPr>
          <w:sz w:val="22"/>
        </w:rPr>
        <w:t xml:space="preserve">. </w:t>
      </w:r>
    </w:p>
    <w:p w14:paraId="41CE772B" w14:textId="09337A4C" w:rsidR="00AC07EC" w:rsidRPr="00C4545C" w:rsidRDefault="00D90DA8" w:rsidP="00CD502C">
      <w:pPr>
        <w:jc w:val="both"/>
        <w:rPr>
          <w:sz w:val="22"/>
        </w:rPr>
      </w:pPr>
      <w:r w:rsidRPr="00C4545C">
        <w:rPr>
          <w:sz w:val="22"/>
          <w:lang w:val="mk-MK"/>
        </w:rPr>
        <w:t>Секако, у</w:t>
      </w:r>
      <w:r w:rsidR="009F24FC" w:rsidRPr="00C4545C">
        <w:rPr>
          <w:sz w:val="22"/>
          <w:lang w:val="mk-MK"/>
        </w:rPr>
        <w:t xml:space="preserve">верени сме дека со </w:t>
      </w:r>
      <w:r w:rsidR="00C64DE5">
        <w:rPr>
          <w:sz w:val="22"/>
          <w:lang w:val="mk-MK"/>
        </w:rPr>
        <w:t>надлежните институции</w:t>
      </w:r>
      <w:r w:rsidR="009F24FC" w:rsidRPr="00C4545C">
        <w:rPr>
          <w:sz w:val="22"/>
          <w:lang w:val="mk-MK"/>
        </w:rPr>
        <w:t xml:space="preserve"> ќе имаме</w:t>
      </w:r>
      <w:r w:rsidRPr="00C4545C">
        <w:rPr>
          <w:sz w:val="22"/>
        </w:rPr>
        <w:t xml:space="preserve"> </w:t>
      </w:r>
      <w:proofErr w:type="spellStart"/>
      <w:r w:rsidRPr="00C4545C">
        <w:rPr>
          <w:sz w:val="22"/>
        </w:rPr>
        <w:t>отворен</w:t>
      </w:r>
      <w:proofErr w:type="spellEnd"/>
      <w:r w:rsidRPr="00C4545C">
        <w:rPr>
          <w:sz w:val="22"/>
        </w:rPr>
        <w:t xml:space="preserve"> </w:t>
      </w:r>
      <w:proofErr w:type="spellStart"/>
      <w:r w:rsidRPr="00C4545C">
        <w:rPr>
          <w:sz w:val="22"/>
        </w:rPr>
        <w:t>работен</w:t>
      </w:r>
      <w:proofErr w:type="spellEnd"/>
      <w:r w:rsidRPr="00C4545C">
        <w:rPr>
          <w:sz w:val="22"/>
        </w:rPr>
        <w:t xml:space="preserve"> </w:t>
      </w:r>
      <w:proofErr w:type="spellStart"/>
      <w:r w:rsidRPr="00C4545C">
        <w:rPr>
          <w:sz w:val="22"/>
        </w:rPr>
        <w:t>дијалог</w:t>
      </w:r>
      <w:proofErr w:type="spellEnd"/>
      <w:r w:rsidRPr="00C4545C">
        <w:rPr>
          <w:sz w:val="22"/>
        </w:rPr>
        <w:t xml:space="preserve"> </w:t>
      </w:r>
      <w:proofErr w:type="spellStart"/>
      <w:r w:rsidRPr="00C4545C">
        <w:rPr>
          <w:sz w:val="22"/>
        </w:rPr>
        <w:t>во</w:t>
      </w:r>
      <w:proofErr w:type="spellEnd"/>
      <w:r w:rsidRPr="00C4545C">
        <w:rPr>
          <w:sz w:val="22"/>
        </w:rPr>
        <w:t xml:space="preserve"> </w:t>
      </w:r>
      <w:proofErr w:type="spellStart"/>
      <w:r w:rsidRPr="00C4545C">
        <w:rPr>
          <w:sz w:val="22"/>
        </w:rPr>
        <w:t>кој</w:t>
      </w:r>
      <w:proofErr w:type="spellEnd"/>
      <w:r w:rsidRPr="00C4545C">
        <w:rPr>
          <w:sz w:val="22"/>
        </w:rPr>
        <w:t xml:space="preserve"> </w:t>
      </w:r>
      <w:proofErr w:type="spellStart"/>
      <w:r w:rsidRPr="00C4545C">
        <w:rPr>
          <w:sz w:val="22"/>
        </w:rPr>
        <w:t>практичните</w:t>
      </w:r>
      <w:proofErr w:type="spellEnd"/>
      <w:r w:rsidRPr="00C4545C">
        <w:rPr>
          <w:sz w:val="22"/>
        </w:rPr>
        <w:t xml:space="preserve"> </w:t>
      </w:r>
      <w:proofErr w:type="spellStart"/>
      <w:r w:rsidRPr="00C4545C">
        <w:rPr>
          <w:sz w:val="22"/>
        </w:rPr>
        <w:t>проблеми</w:t>
      </w:r>
      <w:proofErr w:type="spellEnd"/>
      <w:r w:rsidRPr="00C4545C">
        <w:rPr>
          <w:sz w:val="22"/>
        </w:rPr>
        <w:t xml:space="preserve"> </w:t>
      </w:r>
      <w:proofErr w:type="spellStart"/>
      <w:r w:rsidRPr="00C4545C">
        <w:rPr>
          <w:sz w:val="22"/>
        </w:rPr>
        <w:t>ќе</w:t>
      </w:r>
      <w:proofErr w:type="spellEnd"/>
      <w:r w:rsidRPr="00C4545C">
        <w:rPr>
          <w:sz w:val="22"/>
        </w:rPr>
        <w:t xml:space="preserve"> </w:t>
      </w:r>
      <w:proofErr w:type="spellStart"/>
      <w:r w:rsidRPr="00C4545C">
        <w:rPr>
          <w:sz w:val="22"/>
        </w:rPr>
        <w:t>ги</w:t>
      </w:r>
      <w:proofErr w:type="spellEnd"/>
      <w:r w:rsidRPr="00C4545C">
        <w:rPr>
          <w:sz w:val="22"/>
        </w:rPr>
        <w:t xml:space="preserve"> </w:t>
      </w:r>
      <w:proofErr w:type="spellStart"/>
      <w:r w:rsidRPr="00C4545C">
        <w:rPr>
          <w:sz w:val="22"/>
        </w:rPr>
        <w:t>решаваме</w:t>
      </w:r>
      <w:proofErr w:type="spellEnd"/>
      <w:r w:rsidRPr="00C4545C">
        <w:rPr>
          <w:sz w:val="22"/>
        </w:rPr>
        <w:t xml:space="preserve"> </w:t>
      </w:r>
      <w:r w:rsidRPr="00C4545C">
        <w:rPr>
          <w:sz w:val="22"/>
          <w:lang w:val="mk-MK"/>
        </w:rPr>
        <w:t>во интерес на целиот пазар.</w:t>
      </w:r>
      <w:r w:rsidRPr="00C4545C">
        <w:rPr>
          <w:sz w:val="22"/>
        </w:rPr>
        <w:t xml:space="preserve"> </w:t>
      </w:r>
    </w:p>
    <w:p w14:paraId="28BE78C0" w14:textId="7CF0A638" w:rsidR="00AC07EC" w:rsidRPr="00C4545C" w:rsidRDefault="00D90DA8" w:rsidP="00CD502C">
      <w:pPr>
        <w:jc w:val="both"/>
        <w:rPr>
          <w:sz w:val="22"/>
        </w:rPr>
      </w:pPr>
      <w:r w:rsidRPr="00C4545C">
        <w:rPr>
          <w:sz w:val="22"/>
          <w:lang w:val="mk-MK"/>
        </w:rPr>
        <w:t xml:space="preserve">Брзината и начинот на примена на новата регулатива се многу </w:t>
      </w:r>
      <w:proofErr w:type="spellStart"/>
      <w:r w:rsidRPr="00C4545C">
        <w:rPr>
          <w:sz w:val="22"/>
        </w:rPr>
        <w:t>важн</w:t>
      </w:r>
      <w:proofErr w:type="spellEnd"/>
      <w:r w:rsidRPr="00C4545C">
        <w:rPr>
          <w:sz w:val="22"/>
          <w:lang w:val="mk-MK"/>
        </w:rPr>
        <w:t>и</w:t>
      </w:r>
      <w:r w:rsidRPr="00C4545C">
        <w:rPr>
          <w:sz w:val="22"/>
        </w:rPr>
        <w:t xml:space="preserve"> и </w:t>
      </w:r>
      <w:proofErr w:type="spellStart"/>
      <w:r w:rsidRPr="00C4545C">
        <w:rPr>
          <w:sz w:val="22"/>
        </w:rPr>
        <w:t>за</w:t>
      </w:r>
      <w:proofErr w:type="spellEnd"/>
      <w:r w:rsidRPr="00C4545C">
        <w:rPr>
          <w:sz w:val="22"/>
        </w:rPr>
        <w:t xml:space="preserve"> </w:t>
      </w:r>
      <w:proofErr w:type="spellStart"/>
      <w:r w:rsidRPr="00C4545C">
        <w:rPr>
          <w:b/>
          <w:bCs/>
          <w:sz w:val="22"/>
        </w:rPr>
        <w:t>нашата</w:t>
      </w:r>
      <w:proofErr w:type="spellEnd"/>
      <w:r w:rsidRPr="00C4545C">
        <w:rPr>
          <w:b/>
          <w:bCs/>
          <w:sz w:val="22"/>
        </w:rPr>
        <w:t xml:space="preserve"> </w:t>
      </w:r>
      <w:proofErr w:type="spellStart"/>
      <w:r w:rsidRPr="00C4545C">
        <w:rPr>
          <w:b/>
          <w:bCs/>
          <w:sz w:val="22"/>
        </w:rPr>
        <w:t>меѓународна</w:t>
      </w:r>
      <w:proofErr w:type="spellEnd"/>
      <w:r w:rsidRPr="00C4545C">
        <w:rPr>
          <w:b/>
          <w:bCs/>
          <w:sz w:val="22"/>
        </w:rPr>
        <w:t xml:space="preserve"> </w:t>
      </w:r>
      <w:proofErr w:type="spellStart"/>
      <w:r w:rsidRPr="00C4545C">
        <w:rPr>
          <w:b/>
          <w:bCs/>
          <w:sz w:val="22"/>
        </w:rPr>
        <w:t>соработка</w:t>
      </w:r>
      <w:proofErr w:type="spellEnd"/>
      <w:r w:rsidRPr="00C4545C">
        <w:rPr>
          <w:b/>
          <w:bCs/>
          <w:sz w:val="22"/>
        </w:rPr>
        <w:t xml:space="preserve">. </w:t>
      </w:r>
      <w:r w:rsidRPr="00C4545C">
        <w:rPr>
          <w:sz w:val="22"/>
          <w:lang w:val="mk-MK"/>
        </w:rPr>
        <w:t xml:space="preserve">Знаете дека успеавме да бидеме дел од т.н. </w:t>
      </w:r>
      <w:proofErr w:type="spellStart"/>
      <w:r w:rsidRPr="00C4545C">
        <w:rPr>
          <w:sz w:val="22"/>
        </w:rPr>
        <w:t>проект</w:t>
      </w:r>
      <w:proofErr w:type="spellEnd"/>
      <w:r w:rsidRPr="00C4545C">
        <w:rPr>
          <w:sz w:val="22"/>
        </w:rPr>
        <w:t xml:space="preserve"> Junctus, </w:t>
      </w:r>
      <w:r w:rsidRPr="00C4545C">
        <w:rPr>
          <w:sz w:val="22"/>
          <w:lang w:val="mk-MK"/>
        </w:rPr>
        <w:t xml:space="preserve">заедно </w:t>
      </w:r>
      <w:proofErr w:type="spellStart"/>
      <w:r w:rsidRPr="00C4545C">
        <w:rPr>
          <w:sz w:val="22"/>
        </w:rPr>
        <w:t>со</w:t>
      </w:r>
      <w:proofErr w:type="spellEnd"/>
      <w:r w:rsidRPr="00C4545C">
        <w:rPr>
          <w:sz w:val="22"/>
        </w:rPr>
        <w:t xml:space="preserve"> </w:t>
      </w:r>
      <w:proofErr w:type="spellStart"/>
      <w:r w:rsidRPr="00C4545C">
        <w:rPr>
          <w:sz w:val="22"/>
        </w:rPr>
        <w:t>уште</w:t>
      </w:r>
      <w:proofErr w:type="spellEnd"/>
      <w:r w:rsidRPr="00C4545C">
        <w:rPr>
          <w:sz w:val="22"/>
        </w:rPr>
        <w:t xml:space="preserve"> </w:t>
      </w:r>
      <w:proofErr w:type="spellStart"/>
      <w:r w:rsidRPr="00C4545C">
        <w:rPr>
          <w:sz w:val="22"/>
        </w:rPr>
        <w:t>седум</w:t>
      </w:r>
      <w:proofErr w:type="spellEnd"/>
      <w:r w:rsidRPr="00C4545C">
        <w:rPr>
          <w:sz w:val="22"/>
        </w:rPr>
        <w:t xml:space="preserve"> </w:t>
      </w:r>
      <w:proofErr w:type="spellStart"/>
      <w:r w:rsidRPr="00C4545C">
        <w:rPr>
          <w:sz w:val="22"/>
        </w:rPr>
        <w:t>берзи</w:t>
      </w:r>
      <w:proofErr w:type="spellEnd"/>
      <w:r w:rsidRPr="00C4545C">
        <w:rPr>
          <w:sz w:val="22"/>
          <w:lang w:val="mk-MK"/>
        </w:rPr>
        <w:t xml:space="preserve"> (Варшава, Будимпешта, Братислава, Букурешт, Љубљана, Загреб и Софија),</w:t>
      </w:r>
      <w:r w:rsidRPr="00C4545C">
        <w:rPr>
          <w:sz w:val="22"/>
        </w:rPr>
        <w:t xml:space="preserve"> </w:t>
      </w:r>
      <w:proofErr w:type="spellStart"/>
      <w:r w:rsidRPr="00C4545C">
        <w:rPr>
          <w:sz w:val="22"/>
        </w:rPr>
        <w:t>поддржан</w:t>
      </w:r>
      <w:proofErr w:type="spellEnd"/>
      <w:r w:rsidRPr="00C4545C">
        <w:rPr>
          <w:sz w:val="22"/>
        </w:rPr>
        <w:t xml:space="preserve"> </w:t>
      </w:r>
      <w:r w:rsidR="00C4545C">
        <w:rPr>
          <w:sz w:val="22"/>
          <w:lang w:val="mk-MK"/>
        </w:rPr>
        <w:t xml:space="preserve">исто така </w:t>
      </w:r>
      <w:proofErr w:type="spellStart"/>
      <w:r w:rsidRPr="00C4545C">
        <w:rPr>
          <w:sz w:val="22"/>
        </w:rPr>
        <w:t>од</w:t>
      </w:r>
      <w:proofErr w:type="spellEnd"/>
      <w:r w:rsidRPr="00C4545C">
        <w:rPr>
          <w:sz w:val="22"/>
        </w:rPr>
        <w:t xml:space="preserve"> </w:t>
      </w:r>
      <w:r w:rsidR="00771100">
        <w:rPr>
          <w:sz w:val="22"/>
          <w:lang w:val="hr-HR"/>
        </w:rPr>
        <w:t>EBRD</w:t>
      </w:r>
      <w:r w:rsidRPr="00C4545C">
        <w:rPr>
          <w:sz w:val="22"/>
          <w:lang w:val="mk-MK"/>
        </w:rPr>
        <w:t>. Ние сме таму единствена берза со седиште вон ЕУ</w:t>
      </w:r>
      <w:r w:rsidR="008267A4" w:rsidRPr="00C4545C">
        <w:rPr>
          <w:sz w:val="22"/>
          <w:lang w:val="mk-MK"/>
        </w:rPr>
        <w:t xml:space="preserve"> и сме присутни</w:t>
      </w:r>
      <w:r w:rsidR="00771100" w:rsidRPr="00C4545C">
        <w:rPr>
          <w:sz w:val="22"/>
          <w:lang w:val="mk-MK"/>
        </w:rPr>
        <w:t>, така да кажам,</w:t>
      </w:r>
      <w:r w:rsidR="008267A4" w:rsidRPr="00C4545C">
        <w:rPr>
          <w:sz w:val="22"/>
          <w:lang w:val="mk-MK"/>
        </w:rPr>
        <w:t xml:space="preserve"> </w:t>
      </w:r>
      <w:r w:rsidR="00771100">
        <w:rPr>
          <w:sz w:val="22"/>
          <w:lang w:val="mk-MK"/>
        </w:rPr>
        <w:t>преку</w:t>
      </w:r>
      <w:r w:rsidR="008267A4" w:rsidRPr="00C4545C">
        <w:rPr>
          <w:sz w:val="22"/>
          <w:lang w:val="mk-MK"/>
        </w:rPr>
        <w:t xml:space="preserve"> специјална</w:t>
      </w:r>
      <w:r w:rsidR="00C4545C">
        <w:rPr>
          <w:sz w:val="22"/>
          <w:lang w:val="mk-MK"/>
        </w:rPr>
        <w:t xml:space="preserve"> </w:t>
      </w:r>
      <w:r w:rsidR="008267A4" w:rsidRPr="00C4545C">
        <w:rPr>
          <w:sz w:val="22"/>
          <w:lang w:val="mk-MK"/>
        </w:rPr>
        <w:t xml:space="preserve">покана </w:t>
      </w:r>
      <w:r w:rsidR="00771100">
        <w:rPr>
          <w:sz w:val="22"/>
          <w:lang w:val="mk-MK"/>
        </w:rPr>
        <w:t>(</w:t>
      </w:r>
      <w:r w:rsidR="008267A4" w:rsidRPr="00C4545C">
        <w:rPr>
          <w:sz w:val="22"/>
          <w:lang w:val="hr-HR"/>
        </w:rPr>
        <w:t>wildcard</w:t>
      </w:r>
      <w:r w:rsidR="00771100">
        <w:rPr>
          <w:sz w:val="22"/>
          <w:lang w:val="mk-MK"/>
        </w:rPr>
        <w:t>)</w:t>
      </w:r>
      <w:r w:rsidR="008267A4" w:rsidRPr="00C4545C">
        <w:rPr>
          <w:sz w:val="22"/>
          <w:lang w:val="hr-HR"/>
        </w:rPr>
        <w:t>.</w:t>
      </w:r>
      <w:r w:rsidRPr="00C4545C">
        <w:rPr>
          <w:sz w:val="22"/>
        </w:rPr>
        <w:t xml:space="preserve"> </w:t>
      </w:r>
      <w:r w:rsidR="008267A4" w:rsidRPr="00C4545C">
        <w:rPr>
          <w:sz w:val="22"/>
          <w:lang w:val="mk-MK"/>
        </w:rPr>
        <w:t>Со ова направивме голема</w:t>
      </w:r>
      <w:r w:rsidR="00C4545C">
        <w:rPr>
          <w:sz w:val="22"/>
          <w:lang w:val="mk-MK"/>
        </w:rPr>
        <w:t xml:space="preserve"> </w:t>
      </w:r>
      <w:r w:rsidR="008267A4" w:rsidRPr="00C4545C">
        <w:rPr>
          <w:sz w:val="22"/>
          <w:lang w:val="mk-MK"/>
        </w:rPr>
        <w:t xml:space="preserve">разлика визави другите берзи од Западен Балкан. Но, токму поради тоа е потребно што побрзо </w:t>
      </w:r>
      <w:r w:rsidR="00366682" w:rsidRPr="00C4545C">
        <w:rPr>
          <w:sz w:val="22"/>
          <w:lang w:val="mk-MK"/>
        </w:rPr>
        <w:t>да добиеме</w:t>
      </w:r>
      <w:r w:rsidR="00366682" w:rsidRPr="00C4545C">
        <w:rPr>
          <w:sz w:val="22"/>
        </w:rPr>
        <w:t xml:space="preserve"> </w:t>
      </w:r>
      <w:r w:rsidR="008267A4" w:rsidRPr="00C4545C">
        <w:rPr>
          <w:sz w:val="22"/>
          <w:lang w:val="mk-MK"/>
        </w:rPr>
        <w:t>адекватна европска р</w:t>
      </w:r>
      <w:proofErr w:type="spellStart"/>
      <w:r w:rsidRPr="00C4545C">
        <w:rPr>
          <w:sz w:val="22"/>
        </w:rPr>
        <w:t>егулаторна</w:t>
      </w:r>
      <w:proofErr w:type="spellEnd"/>
      <w:r w:rsidRPr="00C4545C">
        <w:rPr>
          <w:sz w:val="22"/>
        </w:rPr>
        <w:t xml:space="preserve"> </w:t>
      </w:r>
      <w:proofErr w:type="spellStart"/>
      <w:r w:rsidRPr="00C4545C">
        <w:rPr>
          <w:sz w:val="22"/>
        </w:rPr>
        <w:t>усогласеност</w:t>
      </w:r>
      <w:proofErr w:type="spellEnd"/>
      <w:r w:rsidRPr="00C4545C">
        <w:rPr>
          <w:sz w:val="22"/>
        </w:rPr>
        <w:t xml:space="preserve"> и</w:t>
      </w:r>
      <w:r w:rsidR="00366682" w:rsidRPr="00C4545C">
        <w:rPr>
          <w:sz w:val="22"/>
        </w:rPr>
        <w:t xml:space="preserve"> </w:t>
      </w:r>
      <w:r w:rsidR="00366682" w:rsidRPr="00C4545C">
        <w:rPr>
          <w:sz w:val="22"/>
          <w:lang w:val="mk-MK"/>
        </w:rPr>
        <w:t>да и</w:t>
      </w:r>
      <w:r w:rsidRPr="00C4545C">
        <w:rPr>
          <w:sz w:val="22"/>
        </w:rPr>
        <w:t xml:space="preserve">м </w:t>
      </w:r>
      <w:r w:rsidR="00366682" w:rsidRPr="00C4545C">
        <w:rPr>
          <w:sz w:val="22"/>
          <w:lang w:val="mk-MK"/>
        </w:rPr>
        <w:t xml:space="preserve">покажеме на </w:t>
      </w:r>
      <w:proofErr w:type="spellStart"/>
      <w:r w:rsidRPr="00C4545C">
        <w:rPr>
          <w:sz w:val="22"/>
        </w:rPr>
        <w:t>партнер</w:t>
      </w:r>
      <w:proofErr w:type="spellEnd"/>
      <w:r w:rsidR="00DE4A2F">
        <w:rPr>
          <w:sz w:val="22"/>
          <w:lang w:val="mk-MK"/>
        </w:rPr>
        <w:t>ските берзи</w:t>
      </w:r>
      <w:r w:rsidRPr="00C4545C">
        <w:rPr>
          <w:sz w:val="22"/>
        </w:rPr>
        <w:t xml:space="preserve"> </w:t>
      </w:r>
      <w:r w:rsidR="00366682" w:rsidRPr="00C4545C">
        <w:rPr>
          <w:sz w:val="22"/>
          <w:lang w:val="mk-MK"/>
        </w:rPr>
        <w:t>дека можеме</w:t>
      </w:r>
      <w:r w:rsidRPr="00C4545C">
        <w:rPr>
          <w:sz w:val="22"/>
        </w:rPr>
        <w:t xml:space="preserve"> </w:t>
      </w:r>
      <w:r w:rsidR="00366682" w:rsidRPr="00C4545C">
        <w:rPr>
          <w:sz w:val="22"/>
          <w:lang w:val="mk-MK"/>
        </w:rPr>
        <w:t xml:space="preserve">да </w:t>
      </w:r>
      <w:r w:rsidR="00771100">
        <w:rPr>
          <w:sz w:val="22"/>
          <w:lang w:val="mk-MK"/>
        </w:rPr>
        <w:t>учествуваме во</w:t>
      </w:r>
      <w:r w:rsidRPr="00C4545C">
        <w:rPr>
          <w:sz w:val="22"/>
        </w:rPr>
        <w:t xml:space="preserve"> </w:t>
      </w:r>
      <w:proofErr w:type="spellStart"/>
      <w:r w:rsidRPr="00C4545C">
        <w:rPr>
          <w:sz w:val="22"/>
        </w:rPr>
        <w:t>заеднички</w:t>
      </w:r>
      <w:proofErr w:type="spellEnd"/>
      <w:r w:rsidRPr="00C4545C">
        <w:rPr>
          <w:sz w:val="22"/>
        </w:rPr>
        <w:t xml:space="preserve"> </w:t>
      </w:r>
      <w:proofErr w:type="spellStart"/>
      <w:r w:rsidRPr="00C4545C">
        <w:rPr>
          <w:sz w:val="22"/>
        </w:rPr>
        <w:t>производи</w:t>
      </w:r>
      <w:proofErr w:type="spellEnd"/>
      <w:r w:rsidRPr="00C4545C">
        <w:rPr>
          <w:sz w:val="22"/>
        </w:rPr>
        <w:t>.</w:t>
      </w:r>
    </w:p>
    <w:p w14:paraId="2E2B2635" w14:textId="47DF5558" w:rsidR="00AC07EC" w:rsidRPr="00DE4A2F" w:rsidRDefault="00366682" w:rsidP="00CD502C">
      <w:pPr>
        <w:jc w:val="both"/>
        <w:rPr>
          <w:sz w:val="22"/>
          <w:lang w:val="mk-MK"/>
        </w:rPr>
      </w:pPr>
      <w:r w:rsidRPr="00C4545C">
        <w:rPr>
          <w:sz w:val="22"/>
          <w:lang w:val="mk-MK"/>
        </w:rPr>
        <w:t>Имено, прв</w:t>
      </w:r>
      <w:r w:rsidRPr="00C4545C">
        <w:rPr>
          <w:sz w:val="22"/>
        </w:rPr>
        <w:t xml:space="preserve"> </w:t>
      </w:r>
      <w:proofErr w:type="spellStart"/>
      <w:r w:rsidRPr="00C4545C">
        <w:rPr>
          <w:sz w:val="22"/>
        </w:rPr>
        <w:t>конкрет</w:t>
      </w:r>
      <w:proofErr w:type="spellEnd"/>
      <w:r w:rsidRPr="00C4545C">
        <w:rPr>
          <w:sz w:val="22"/>
          <w:lang w:val="mk-MK"/>
        </w:rPr>
        <w:t>е</w:t>
      </w:r>
      <w:r w:rsidRPr="00C4545C">
        <w:rPr>
          <w:sz w:val="22"/>
        </w:rPr>
        <w:t xml:space="preserve">н </w:t>
      </w:r>
      <w:proofErr w:type="spellStart"/>
      <w:r w:rsidRPr="00C4545C">
        <w:rPr>
          <w:sz w:val="22"/>
        </w:rPr>
        <w:t>резултат</w:t>
      </w:r>
      <w:proofErr w:type="spellEnd"/>
      <w:r w:rsidRPr="00C4545C">
        <w:rPr>
          <w:sz w:val="22"/>
        </w:rPr>
        <w:t xml:space="preserve"> </w:t>
      </w:r>
      <w:proofErr w:type="spellStart"/>
      <w:r w:rsidRPr="00C4545C">
        <w:rPr>
          <w:sz w:val="22"/>
        </w:rPr>
        <w:t>што</w:t>
      </w:r>
      <w:proofErr w:type="spellEnd"/>
      <w:r w:rsidRPr="00C4545C">
        <w:rPr>
          <w:sz w:val="22"/>
        </w:rPr>
        <w:t xml:space="preserve"> г</w:t>
      </w:r>
      <w:r w:rsidRPr="00C4545C">
        <w:rPr>
          <w:sz w:val="22"/>
          <w:lang w:val="mk-MK"/>
        </w:rPr>
        <w:t>о</w:t>
      </w:r>
      <w:r w:rsidRPr="00C4545C">
        <w:rPr>
          <w:sz w:val="22"/>
        </w:rPr>
        <w:t xml:space="preserve"> </w:t>
      </w:r>
      <w:proofErr w:type="spellStart"/>
      <w:r w:rsidRPr="00C4545C">
        <w:rPr>
          <w:sz w:val="22"/>
        </w:rPr>
        <w:t>очекуваме</w:t>
      </w:r>
      <w:proofErr w:type="spellEnd"/>
      <w:r w:rsidRPr="00C4545C">
        <w:rPr>
          <w:sz w:val="22"/>
        </w:rPr>
        <w:t xml:space="preserve"> </w:t>
      </w:r>
      <w:r w:rsidRPr="00C4545C">
        <w:rPr>
          <w:sz w:val="22"/>
          <w:lang w:val="mk-MK"/>
        </w:rPr>
        <w:t xml:space="preserve">од </w:t>
      </w:r>
      <w:r w:rsidRPr="00C4545C">
        <w:rPr>
          <w:sz w:val="22"/>
        </w:rPr>
        <w:t xml:space="preserve">Junctus </w:t>
      </w:r>
      <w:r w:rsidRPr="00C4545C">
        <w:rPr>
          <w:sz w:val="22"/>
          <w:lang w:val="mk-MK"/>
        </w:rPr>
        <w:t xml:space="preserve">проектот е </w:t>
      </w:r>
      <w:proofErr w:type="spellStart"/>
      <w:r w:rsidRPr="00C4545C">
        <w:rPr>
          <w:sz w:val="22"/>
        </w:rPr>
        <w:t>регионален</w:t>
      </w:r>
      <w:proofErr w:type="spellEnd"/>
      <w:r w:rsidRPr="00C4545C">
        <w:rPr>
          <w:sz w:val="22"/>
        </w:rPr>
        <w:t xml:space="preserve"> ЕТФ, </w:t>
      </w:r>
      <w:proofErr w:type="spellStart"/>
      <w:r w:rsidRPr="00C4545C">
        <w:rPr>
          <w:sz w:val="22"/>
        </w:rPr>
        <w:t>со</w:t>
      </w:r>
      <w:proofErr w:type="spellEnd"/>
      <w:r w:rsidRPr="00C4545C">
        <w:rPr>
          <w:sz w:val="22"/>
        </w:rPr>
        <w:t xml:space="preserve"> </w:t>
      </w:r>
      <w:proofErr w:type="spellStart"/>
      <w:r w:rsidRPr="00C4545C">
        <w:rPr>
          <w:sz w:val="22"/>
        </w:rPr>
        <w:t>вклучување</w:t>
      </w:r>
      <w:proofErr w:type="spellEnd"/>
      <w:r w:rsidRPr="00C4545C">
        <w:rPr>
          <w:sz w:val="22"/>
        </w:rPr>
        <w:t xml:space="preserve"> </w:t>
      </w:r>
      <w:r w:rsidRPr="00C4545C">
        <w:rPr>
          <w:sz w:val="22"/>
          <w:lang w:val="mk-MK"/>
        </w:rPr>
        <w:t>на неколку акции од</w:t>
      </w:r>
      <w:r w:rsidRPr="00C4545C">
        <w:rPr>
          <w:sz w:val="22"/>
        </w:rPr>
        <w:t xml:space="preserve"> </w:t>
      </w:r>
      <w:proofErr w:type="spellStart"/>
      <w:r w:rsidRPr="00C4545C">
        <w:rPr>
          <w:sz w:val="22"/>
        </w:rPr>
        <w:t>нашиот</w:t>
      </w:r>
      <w:proofErr w:type="spellEnd"/>
      <w:r w:rsidRPr="00C4545C">
        <w:rPr>
          <w:sz w:val="22"/>
        </w:rPr>
        <w:t xml:space="preserve"> </w:t>
      </w:r>
      <w:proofErr w:type="spellStart"/>
      <w:r w:rsidRPr="00C4545C">
        <w:rPr>
          <w:sz w:val="22"/>
        </w:rPr>
        <w:t>пазар</w:t>
      </w:r>
      <w:proofErr w:type="spellEnd"/>
      <w:r w:rsidRPr="00C4545C">
        <w:rPr>
          <w:sz w:val="22"/>
        </w:rPr>
        <w:t xml:space="preserve"> и </w:t>
      </w:r>
      <w:proofErr w:type="spellStart"/>
      <w:r w:rsidRPr="00C4545C">
        <w:rPr>
          <w:sz w:val="22"/>
        </w:rPr>
        <w:t>со</w:t>
      </w:r>
      <w:proofErr w:type="spellEnd"/>
      <w:r w:rsidRPr="00C4545C">
        <w:rPr>
          <w:sz w:val="22"/>
        </w:rPr>
        <w:t xml:space="preserve"> </w:t>
      </w:r>
      <w:r w:rsidRPr="00C4545C">
        <w:rPr>
          <w:sz w:val="22"/>
          <w:lang w:val="mk-MK"/>
        </w:rPr>
        <w:t>последователна</w:t>
      </w:r>
      <w:r w:rsidRPr="00C4545C">
        <w:rPr>
          <w:sz w:val="22"/>
        </w:rPr>
        <w:t xml:space="preserve"> </w:t>
      </w:r>
      <w:proofErr w:type="spellStart"/>
      <w:r w:rsidRPr="00C4545C">
        <w:rPr>
          <w:sz w:val="22"/>
        </w:rPr>
        <w:t>котација</w:t>
      </w:r>
      <w:proofErr w:type="spellEnd"/>
      <w:r w:rsidRPr="00C4545C">
        <w:rPr>
          <w:sz w:val="22"/>
        </w:rPr>
        <w:t xml:space="preserve"> </w:t>
      </w:r>
      <w:r w:rsidRPr="00C4545C">
        <w:rPr>
          <w:sz w:val="22"/>
          <w:lang w:val="mk-MK"/>
        </w:rPr>
        <w:t xml:space="preserve">на овој ЕТФ </w:t>
      </w:r>
      <w:r w:rsidR="00DE4A2F">
        <w:rPr>
          <w:sz w:val="22"/>
          <w:lang w:val="mk-MK"/>
        </w:rPr>
        <w:t xml:space="preserve">и </w:t>
      </w:r>
      <w:proofErr w:type="spellStart"/>
      <w:r w:rsidRPr="00C4545C">
        <w:rPr>
          <w:sz w:val="22"/>
        </w:rPr>
        <w:t>на</w:t>
      </w:r>
      <w:proofErr w:type="spellEnd"/>
      <w:r w:rsidRPr="00C4545C">
        <w:rPr>
          <w:sz w:val="22"/>
        </w:rPr>
        <w:t xml:space="preserve"> </w:t>
      </w:r>
      <w:proofErr w:type="spellStart"/>
      <w:r w:rsidRPr="00C4545C">
        <w:rPr>
          <w:sz w:val="22"/>
        </w:rPr>
        <w:t>Македонската</w:t>
      </w:r>
      <w:proofErr w:type="spellEnd"/>
      <w:r w:rsidRPr="00C4545C">
        <w:rPr>
          <w:sz w:val="22"/>
        </w:rPr>
        <w:t xml:space="preserve"> </w:t>
      </w:r>
      <w:proofErr w:type="spellStart"/>
      <w:r w:rsidRPr="00C4545C">
        <w:rPr>
          <w:sz w:val="22"/>
        </w:rPr>
        <w:t>берза</w:t>
      </w:r>
      <w:proofErr w:type="spellEnd"/>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еден</w:t>
      </w:r>
      <w:proofErr w:type="spellEnd"/>
      <w:r w:rsidRPr="00C4545C">
        <w:rPr>
          <w:sz w:val="22"/>
        </w:rPr>
        <w:t xml:space="preserve"> </w:t>
      </w:r>
      <w:proofErr w:type="spellStart"/>
      <w:r w:rsidRPr="00C4545C">
        <w:rPr>
          <w:sz w:val="22"/>
        </w:rPr>
        <w:t>инструмент</w:t>
      </w:r>
      <w:proofErr w:type="spellEnd"/>
      <w:r w:rsidRPr="00C4545C">
        <w:rPr>
          <w:sz w:val="22"/>
        </w:rPr>
        <w:t xml:space="preserve">, </w:t>
      </w:r>
      <w:proofErr w:type="spellStart"/>
      <w:r w:rsidRPr="00C4545C">
        <w:rPr>
          <w:sz w:val="22"/>
        </w:rPr>
        <w:t>македонски</w:t>
      </w:r>
      <w:proofErr w:type="spellEnd"/>
      <w:r w:rsidRPr="00C4545C">
        <w:rPr>
          <w:sz w:val="22"/>
        </w:rPr>
        <w:t xml:space="preserve"> blue chip </w:t>
      </w:r>
      <w:proofErr w:type="spellStart"/>
      <w:r w:rsidRPr="00C4545C">
        <w:rPr>
          <w:sz w:val="22"/>
        </w:rPr>
        <w:t>акции</w:t>
      </w:r>
      <w:proofErr w:type="spellEnd"/>
      <w:r w:rsidRPr="00C4545C">
        <w:rPr>
          <w:sz w:val="22"/>
        </w:rPr>
        <w:t xml:space="preserve"> </w:t>
      </w:r>
      <w:r w:rsidR="00CB6E36" w:rsidRPr="00C4545C">
        <w:rPr>
          <w:sz w:val="22"/>
          <w:lang w:val="mk-MK"/>
        </w:rPr>
        <w:t>ќе</w:t>
      </w:r>
      <w:r w:rsidRPr="00C4545C">
        <w:rPr>
          <w:sz w:val="22"/>
        </w:rPr>
        <w:t xml:space="preserve"> </w:t>
      </w:r>
      <w:proofErr w:type="spellStart"/>
      <w:r w:rsidRPr="00C4545C">
        <w:rPr>
          <w:sz w:val="22"/>
        </w:rPr>
        <w:t>станат</w:t>
      </w:r>
      <w:proofErr w:type="spellEnd"/>
      <w:r w:rsidRPr="00C4545C">
        <w:rPr>
          <w:sz w:val="22"/>
        </w:rPr>
        <w:t xml:space="preserve"> </w:t>
      </w:r>
      <w:proofErr w:type="spellStart"/>
      <w:r w:rsidRPr="00C4545C">
        <w:rPr>
          <w:sz w:val="22"/>
        </w:rPr>
        <w:t>дел</w:t>
      </w:r>
      <w:proofErr w:type="spellEnd"/>
      <w:r w:rsidRPr="00C4545C">
        <w:rPr>
          <w:sz w:val="22"/>
        </w:rPr>
        <w:t xml:space="preserve"> </w:t>
      </w:r>
      <w:proofErr w:type="spellStart"/>
      <w:r w:rsidRPr="00C4545C">
        <w:rPr>
          <w:sz w:val="22"/>
        </w:rPr>
        <w:t>од</w:t>
      </w:r>
      <w:proofErr w:type="spellEnd"/>
      <w:r w:rsidRPr="00C4545C">
        <w:rPr>
          <w:sz w:val="22"/>
        </w:rPr>
        <w:t xml:space="preserve"> </w:t>
      </w:r>
      <w:proofErr w:type="spellStart"/>
      <w:r w:rsidRPr="00C4545C">
        <w:rPr>
          <w:sz w:val="22"/>
        </w:rPr>
        <w:t>поширока</w:t>
      </w:r>
      <w:proofErr w:type="spellEnd"/>
      <w:r w:rsidRPr="00C4545C">
        <w:rPr>
          <w:sz w:val="22"/>
        </w:rPr>
        <w:t xml:space="preserve"> </w:t>
      </w:r>
      <w:r w:rsidR="00CB6E36" w:rsidRPr="00C4545C">
        <w:rPr>
          <w:sz w:val="22"/>
          <w:lang w:val="mk-MK"/>
        </w:rPr>
        <w:t xml:space="preserve">атрактивна </w:t>
      </w:r>
      <w:proofErr w:type="spellStart"/>
      <w:r w:rsidRPr="00C4545C">
        <w:rPr>
          <w:sz w:val="22"/>
        </w:rPr>
        <w:t>инвестициска</w:t>
      </w:r>
      <w:proofErr w:type="spellEnd"/>
      <w:r w:rsidRPr="00C4545C">
        <w:rPr>
          <w:sz w:val="22"/>
        </w:rPr>
        <w:t xml:space="preserve"> </w:t>
      </w:r>
      <w:proofErr w:type="spellStart"/>
      <w:r w:rsidRPr="00C4545C">
        <w:rPr>
          <w:sz w:val="22"/>
        </w:rPr>
        <w:t>понуда</w:t>
      </w:r>
      <w:proofErr w:type="spellEnd"/>
      <w:r w:rsidRPr="00C4545C">
        <w:rPr>
          <w:sz w:val="22"/>
        </w:rPr>
        <w:t xml:space="preserve"> и </w:t>
      </w:r>
      <w:r w:rsidR="00CB6E36" w:rsidRPr="00C4545C">
        <w:rPr>
          <w:sz w:val="22"/>
          <w:lang w:val="mk-MK"/>
        </w:rPr>
        <w:t>ќе</w:t>
      </w:r>
      <w:r w:rsidRPr="00C4545C">
        <w:rPr>
          <w:sz w:val="22"/>
        </w:rPr>
        <w:t xml:space="preserve"> </w:t>
      </w:r>
      <w:proofErr w:type="spellStart"/>
      <w:r w:rsidRPr="00C4545C">
        <w:rPr>
          <w:sz w:val="22"/>
        </w:rPr>
        <w:t>добијат</w:t>
      </w:r>
      <w:proofErr w:type="spellEnd"/>
      <w:r w:rsidRPr="00C4545C">
        <w:rPr>
          <w:sz w:val="22"/>
        </w:rPr>
        <w:t xml:space="preserve"> </w:t>
      </w:r>
      <w:proofErr w:type="spellStart"/>
      <w:r w:rsidRPr="00C4545C">
        <w:rPr>
          <w:sz w:val="22"/>
        </w:rPr>
        <w:t>дополнителна</w:t>
      </w:r>
      <w:proofErr w:type="spellEnd"/>
      <w:r w:rsidRPr="00C4545C">
        <w:rPr>
          <w:sz w:val="22"/>
        </w:rPr>
        <w:t xml:space="preserve"> </w:t>
      </w:r>
      <w:proofErr w:type="spellStart"/>
      <w:r w:rsidRPr="00C4545C">
        <w:rPr>
          <w:sz w:val="22"/>
        </w:rPr>
        <w:t>видливост</w:t>
      </w:r>
      <w:proofErr w:type="spellEnd"/>
      <w:r w:rsidRPr="00C4545C">
        <w:rPr>
          <w:sz w:val="22"/>
        </w:rPr>
        <w:t xml:space="preserve"> и </w:t>
      </w:r>
      <w:proofErr w:type="spellStart"/>
      <w:r w:rsidRPr="00C4545C">
        <w:rPr>
          <w:sz w:val="22"/>
        </w:rPr>
        <w:t>побарувачка</w:t>
      </w:r>
      <w:proofErr w:type="spellEnd"/>
      <w:r w:rsidR="00771100">
        <w:rPr>
          <w:sz w:val="22"/>
          <w:lang w:val="mk-MK"/>
        </w:rPr>
        <w:t>. Д</w:t>
      </w:r>
      <w:r w:rsidR="00CB6E36" w:rsidRPr="00C4545C">
        <w:rPr>
          <w:sz w:val="22"/>
          <w:lang w:val="mk-MK"/>
        </w:rPr>
        <w:t>ома</w:t>
      </w:r>
      <w:r w:rsidR="00F95514" w:rsidRPr="00C4545C">
        <w:rPr>
          <w:sz w:val="22"/>
          <w:lang w:val="mk-MK"/>
        </w:rPr>
        <w:t>ш</w:t>
      </w:r>
      <w:r w:rsidR="00CB6E36" w:rsidRPr="00C4545C">
        <w:rPr>
          <w:sz w:val="22"/>
          <w:lang w:val="mk-MK"/>
        </w:rPr>
        <w:t xml:space="preserve">ните </w:t>
      </w:r>
      <w:proofErr w:type="spellStart"/>
      <w:r w:rsidRPr="00C4545C">
        <w:rPr>
          <w:sz w:val="22"/>
        </w:rPr>
        <w:t>инвеститор</w:t>
      </w:r>
      <w:proofErr w:type="spellEnd"/>
      <w:r w:rsidR="00F95514" w:rsidRPr="00C4545C">
        <w:rPr>
          <w:sz w:val="22"/>
          <w:lang w:val="mk-MK"/>
        </w:rPr>
        <w:t>и</w:t>
      </w:r>
      <w:r w:rsidR="00771100">
        <w:rPr>
          <w:sz w:val="22"/>
          <w:lang w:val="mk-MK"/>
        </w:rPr>
        <w:t>, од друга страна,</w:t>
      </w:r>
      <w:r w:rsidRPr="00C4545C">
        <w:rPr>
          <w:sz w:val="22"/>
        </w:rPr>
        <w:t xml:space="preserve"> </w:t>
      </w:r>
      <w:r w:rsidR="00771100">
        <w:rPr>
          <w:sz w:val="22"/>
          <w:lang w:val="mk-MK"/>
        </w:rPr>
        <w:t xml:space="preserve">ќе добијат </w:t>
      </w:r>
      <w:proofErr w:type="spellStart"/>
      <w:r w:rsidRPr="00C4545C">
        <w:rPr>
          <w:sz w:val="22"/>
        </w:rPr>
        <w:t>пристап</w:t>
      </w:r>
      <w:proofErr w:type="spellEnd"/>
      <w:r w:rsidRPr="00C4545C">
        <w:rPr>
          <w:sz w:val="22"/>
        </w:rPr>
        <w:t xml:space="preserve"> </w:t>
      </w:r>
      <w:r w:rsidR="00F95514" w:rsidRPr="00C4545C">
        <w:rPr>
          <w:sz w:val="22"/>
          <w:lang w:val="mk-MK"/>
        </w:rPr>
        <w:t>да влож</w:t>
      </w:r>
      <w:r w:rsidR="00DE4A2F">
        <w:rPr>
          <w:sz w:val="22"/>
          <w:lang w:val="mk-MK"/>
        </w:rPr>
        <w:t>ува</w:t>
      </w:r>
      <w:r w:rsidR="00F95514" w:rsidRPr="00C4545C">
        <w:rPr>
          <w:sz w:val="22"/>
          <w:lang w:val="mk-MK"/>
        </w:rPr>
        <w:t xml:space="preserve">ат </w:t>
      </w:r>
      <w:r w:rsidR="00DE4A2F" w:rsidRPr="00C4545C">
        <w:rPr>
          <w:sz w:val="22"/>
          <w:lang w:val="mk-MK"/>
        </w:rPr>
        <w:t xml:space="preserve">преку Македонска берза </w:t>
      </w:r>
      <w:r w:rsidR="00F95514" w:rsidRPr="00C4545C">
        <w:rPr>
          <w:sz w:val="22"/>
          <w:lang w:val="mk-MK"/>
        </w:rPr>
        <w:t>во педесетина</w:t>
      </w:r>
      <w:r w:rsidRPr="00C4545C">
        <w:rPr>
          <w:sz w:val="22"/>
        </w:rPr>
        <w:t xml:space="preserve"> </w:t>
      </w:r>
      <w:r w:rsidR="00DE4A2F">
        <w:rPr>
          <w:sz w:val="22"/>
          <w:lang w:val="mk-MK"/>
        </w:rPr>
        <w:t>првокласни</w:t>
      </w:r>
      <w:r w:rsidRPr="00C4545C">
        <w:rPr>
          <w:sz w:val="22"/>
        </w:rPr>
        <w:t xml:space="preserve"> </w:t>
      </w:r>
      <w:proofErr w:type="spellStart"/>
      <w:r w:rsidRPr="00C4545C">
        <w:rPr>
          <w:sz w:val="22"/>
        </w:rPr>
        <w:t>компании</w:t>
      </w:r>
      <w:proofErr w:type="spellEnd"/>
      <w:r w:rsidR="00DE4A2F">
        <w:rPr>
          <w:sz w:val="22"/>
          <w:lang w:val="mk-MK"/>
        </w:rPr>
        <w:t xml:space="preserve"> во Централна и Југоисточна Европа</w:t>
      </w:r>
      <w:r w:rsidRPr="00C4545C">
        <w:rPr>
          <w:sz w:val="22"/>
        </w:rPr>
        <w:t xml:space="preserve">. </w:t>
      </w:r>
      <w:r w:rsidR="00DE4A2F">
        <w:rPr>
          <w:sz w:val="22"/>
          <w:lang w:val="mk-MK"/>
        </w:rPr>
        <w:t xml:space="preserve"> </w:t>
      </w:r>
    </w:p>
    <w:p w14:paraId="2A8A64D2" w14:textId="30B8D37A" w:rsidR="00385B75" w:rsidRPr="00C4545C" w:rsidRDefault="00000000" w:rsidP="00CD502C">
      <w:pPr>
        <w:jc w:val="both"/>
        <w:rPr>
          <w:sz w:val="22"/>
          <w:lang w:val="mk-MK"/>
        </w:rPr>
      </w:pPr>
      <w:proofErr w:type="spellStart"/>
      <w:r w:rsidRPr="00C4545C">
        <w:rPr>
          <w:sz w:val="22"/>
        </w:rPr>
        <w:t>За</w:t>
      </w:r>
      <w:proofErr w:type="spellEnd"/>
      <w:r w:rsidRPr="00C4545C">
        <w:rPr>
          <w:sz w:val="22"/>
        </w:rPr>
        <w:t xml:space="preserve"> </w:t>
      </w:r>
      <w:r w:rsidR="00771100">
        <w:rPr>
          <w:sz w:val="22"/>
          <w:lang w:val="mk-MK"/>
        </w:rPr>
        <w:t xml:space="preserve">успешно </w:t>
      </w:r>
      <w:proofErr w:type="spellStart"/>
      <w:r w:rsidRPr="00C4545C">
        <w:rPr>
          <w:sz w:val="22"/>
        </w:rPr>
        <w:t>да</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реализира</w:t>
      </w:r>
      <w:proofErr w:type="spellEnd"/>
      <w:r w:rsidRPr="00C4545C">
        <w:rPr>
          <w:sz w:val="22"/>
        </w:rPr>
        <w:t xml:space="preserve"> </w:t>
      </w:r>
      <w:proofErr w:type="spellStart"/>
      <w:r w:rsidRPr="00C4545C">
        <w:rPr>
          <w:sz w:val="22"/>
        </w:rPr>
        <w:t>ова</w:t>
      </w:r>
      <w:proofErr w:type="spellEnd"/>
      <w:r w:rsidR="00385B75" w:rsidRPr="00C4545C">
        <w:rPr>
          <w:sz w:val="22"/>
          <w:lang w:val="mk-MK"/>
        </w:rPr>
        <w:t xml:space="preserve"> </w:t>
      </w:r>
      <w:proofErr w:type="spellStart"/>
      <w:r w:rsidRPr="00C4545C">
        <w:rPr>
          <w:sz w:val="22"/>
        </w:rPr>
        <w:t>ќе</w:t>
      </w:r>
      <w:proofErr w:type="spellEnd"/>
      <w:r w:rsidRPr="00C4545C">
        <w:rPr>
          <w:sz w:val="22"/>
        </w:rPr>
        <w:t xml:space="preserve"> </w:t>
      </w:r>
      <w:proofErr w:type="spellStart"/>
      <w:r w:rsidRPr="00C4545C">
        <w:rPr>
          <w:sz w:val="22"/>
        </w:rPr>
        <w:t>треба</w:t>
      </w:r>
      <w:proofErr w:type="spellEnd"/>
      <w:r w:rsidRPr="00C4545C">
        <w:rPr>
          <w:sz w:val="22"/>
        </w:rPr>
        <w:t xml:space="preserve"> </w:t>
      </w:r>
      <w:r w:rsidR="00385B75" w:rsidRPr="00C4545C">
        <w:rPr>
          <w:sz w:val="22"/>
          <w:lang w:val="mk-MK"/>
        </w:rPr>
        <w:t xml:space="preserve">целосно </w:t>
      </w:r>
      <w:proofErr w:type="spellStart"/>
      <w:r w:rsidRPr="00C4545C">
        <w:rPr>
          <w:sz w:val="22"/>
        </w:rPr>
        <w:t>да</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усогласат</w:t>
      </w:r>
      <w:proofErr w:type="spellEnd"/>
      <w:r w:rsidRPr="00C4545C">
        <w:rPr>
          <w:sz w:val="22"/>
        </w:rPr>
        <w:t xml:space="preserve"> </w:t>
      </w:r>
      <w:r w:rsidR="00F33748" w:rsidRPr="00C4545C">
        <w:rPr>
          <w:sz w:val="22"/>
          <w:lang w:val="mk-MK"/>
        </w:rPr>
        <w:t xml:space="preserve">сите потребни </w:t>
      </w:r>
      <w:r w:rsidR="00C64DE5">
        <w:rPr>
          <w:sz w:val="22"/>
          <w:lang w:val="mk-MK"/>
        </w:rPr>
        <w:t>локални</w:t>
      </w:r>
      <w:r w:rsidR="00C64DE5">
        <w:rPr>
          <w:sz w:val="22"/>
        </w:rPr>
        <w:t xml:space="preserve"> </w:t>
      </w:r>
      <w:proofErr w:type="spellStart"/>
      <w:r w:rsidRPr="00C4545C">
        <w:rPr>
          <w:sz w:val="22"/>
        </w:rPr>
        <w:t>правила</w:t>
      </w:r>
      <w:proofErr w:type="spellEnd"/>
      <w:r w:rsidR="00F33748" w:rsidRPr="00C4545C">
        <w:rPr>
          <w:sz w:val="22"/>
          <w:lang w:val="mk-MK"/>
        </w:rPr>
        <w:t xml:space="preserve"> и </w:t>
      </w:r>
      <w:proofErr w:type="spellStart"/>
      <w:r w:rsidRPr="00C4545C">
        <w:rPr>
          <w:sz w:val="22"/>
        </w:rPr>
        <w:t>оперативни</w:t>
      </w:r>
      <w:proofErr w:type="spellEnd"/>
      <w:r w:rsidRPr="00C4545C">
        <w:rPr>
          <w:sz w:val="22"/>
        </w:rPr>
        <w:t xml:space="preserve"> </w:t>
      </w:r>
      <w:proofErr w:type="spellStart"/>
      <w:r w:rsidRPr="00C4545C">
        <w:rPr>
          <w:sz w:val="22"/>
        </w:rPr>
        <w:t>постапки</w:t>
      </w:r>
      <w:proofErr w:type="spellEnd"/>
      <w:r w:rsidR="00F33748" w:rsidRPr="00C4545C">
        <w:rPr>
          <w:sz w:val="22"/>
          <w:lang w:val="mk-MK"/>
        </w:rPr>
        <w:t xml:space="preserve">, да се воспостават </w:t>
      </w:r>
      <w:proofErr w:type="spellStart"/>
      <w:r w:rsidR="00F33748" w:rsidRPr="00C4545C">
        <w:rPr>
          <w:sz w:val="22"/>
        </w:rPr>
        <w:t>депозитарни</w:t>
      </w:r>
      <w:proofErr w:type="spellEnd"/>
      <w:r w:rsidR="00F33748" w:rsidRPr="00C4545C">
        <w:rPr>
          <w:sz w:val="22"/>
        </w:rPr>
        <w:t xml:space="preserve"> </w:t>
      </w:r>
      <w:proofErr w:type="spellStart"/>
      <w:r w:rsidR="00F33748" w:rsidRPr="00C4545C">
        <w:rPr>
          <w:sz w:val="22"/>
        </w:rPr>
        <w:t>врски</w:t>
      </w:r>
      <w:proofErr w:type="spellEnd"/>
      <w:r w:rsidR="00F33748" w:rsidRPr="00C4545C">
        <w:rPr>
          <w:sz w:val="22"/>
          <w:lang w:val="mk-MK"/>
        </w:rPr>
        <w:t xml:space="preserve"> (вклучително и со ЦДХВ) </w:t>
      </w:r>
      <w:r w:rsidR="00385B75" w:rsidRPr="00C4545C">
        <w:rPr>
          <w:sz w:val="22"/>
          <w:lang w:val="mk-MK"/>
        </w:rPr>
        <w:t>и конечно некој од нашите членки да влезе во маркет мејкерство</w:t>
      </w:r>
      <w:r w:rsidRPr="00C4545C">
        <w:rPr>
          <w:sz w:val="22"/>
        </w:rPr>
        <w:t xml:space="preserve">. </w:t>
      </w:r>
      <w:r w:rsidR="00521F24" w:rsidRPr="00C4545C">
        <w:rPr>
          <w:sz w:val="22"/>
          <w:lang w:val="mk-MK"/>
        </w:rPr>
        <w:t>Оттука</w:t>
      </w:r>
      <w:r w:rsidR="00F33748" w:rsidRPr="00C4545C">
        <w:rPr>
          <w:sz w:val="22"/>
          <w:lang w:val="mk-MK"/>
        </w:rPr>
        <w:t>,</w:t>
      </w:r>
      <w:r w:rsidR="00385B75" w:rsidRPr="00C4545C">
        <w:rPr>
          <w:sz w:val="22"/>
          <w:lang w:val="mk-MK"/>
        </w:rPr>
        <w:t xml:space="preserve"> </w:t>
      </w:r>
      <w:proofErr w:type="spellStart"/>
      <w:r w:rsidRPr="00C4545C">
        <w:rPr>
          <w:sz w:val="22"/>
        </w:rPr>
        <w:t>на</w:t>
      </w:r>
      <w:proofErr w:type="spellEnd"/>
      <w:r w:rsidRPr="00C4545C">
        <w:rPr>
          <w:sz w:val="22"/>
        </w:rPr>
        <w:t xml:space="preserve"> Junctus </w:t>
      </w:r>
      <w:proofErr w:type="spellStart"/>
      <w:r w:rsidRPr="00C4545C">
        <w:rPr>
          <w:sz w:val="22"/>
        </w:rPr>
        <w:t>гледаме</w:t>
      </w:r>
      <w:proofErr w:type="spellEnd"/>
      <w:r w:rsidRPr="00C4545C">
        <w:rPr>
          <w:sz w:val="22"/>
        </w:rPr>
        <w:t xml:space="preserve"> </w:t>
      </w:r>
      <w:proofErr w:type="spellStart"/>
      <w:r w:rsidRPr="00C4545C">
        <w:rPr>
          <w:sz w:val="22"/>
        </w:rPr>
        <w:t>како</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практична</w:t>
      </w:r>
      <w:proofErr w:type="spellEnd"/>
      <w:r w:rsidRPr="00C4545C">
        <w:rPr>
          <w:sz w:val="22"/>
        </w:rPr>
        <w:t xml:space="preserve"> </w:t>
      </w:r>
      <w:proofErr w:type="spellStart"/>
      <w:r w:rsidRPr="00C4545C">
        <w:rPr>
          <w:sz w:val="22"/>
        </w:rPr>
        <w:t>развојна</w:t>
      </w:r>
      <w:proofErr w:type="spellEnd"/>
      <w:r w:rsidRPr="00C4545C">
        <w:rPr>
          <w:sz w:val="22"/>
        </w:rPr>
        <w:t xml:space="preserve"> </w:t>
      </w:r>
      <w:proofErr w:type="spellStart"/>
      <w:r w:rsidRPr="00C4545C">
        <w:rPr>
          <w:sz w:val="22"/>
        </w:rPr>
        <w:t>можност</w:t>
      </w:r>
      <w:proofErr w:type="spellEnd"/>
      <w:r w:rsidRPr="00C4545C">
        <w:rPr>
          <w:sz w:val="22"/>
        </w:rPr>
        <w:t xml:space="preserve">. </w:t>
      </w:r>
      <w:r w:rsidR="00385B75" w:rsidRPr="00C4545C">
        <w:rPr>
          <w:sz w:val="22"/>
          <w:lang w:val="mk-MK"/>
        </w:rPr>
        <w:t xml:space="preserve">Доколку сите заедно </w:t>
      </w:r>
      <w:r w:rsidR="00521F24" w:rsidRPr="00C4545C">
        <w:rPr>
          <w:sz w:val="22"/>
          <w:lang w:val="mk-MK"/>
        </w:rPr>
        <w:t xml:space="preserve">успешно </w:t>
      </w:r>
      <w:r w:rsidR="00385B75" w:rsidRPr="00C4545C">
        <w:rPr>
          <w:sz w:val="22"/>
          <w:lang w:val="mk-MK"/>
        </w:rPr>
        <w:t>го направиме</w:t>
      </w:r>
      <w:r w:rsidR="00521F24" w:rsidRPr="00C4545C">
        <w:rPr>
          <w:sz w:val="22"/>
          <w:lang w:val="mk-MK"/>
        </w:rPr>
        <w:t xml:space="preserve"> ова</w:t>
      </w:r>
      <w:r w:rsidR="00F33748" w:rsidRPr="00C4545C">
        <w:rPr>
          <w:sz w:val="22"/>
          <w:lang w:val="mk-MK"/>
        </w:rPr>
        <w:t>,</w:t>
      </w:r>
      <w:r w:rsidR="00385B75" w:rsidRPr="00C4545C">
        <w:rPr>
          <w:sz w:val="22"/>
          <w:lang w:val="mk-MK"/>
        </w:rPr>
        <w:t xml:space="preserve"> </w:t>
      </w:r>
      <w:r w:rsidR="00521F24" w:rsidRPr="00C4545C">
        <w:rPr>
          <w:sz w:val="22"/>
          <w:lang w:val="mk-MK"/>
        </w:rPr>
        <w:t>истото</w:t>
      </w:r>
      <w:r w:rsidR="00385B75" w:rsidRPr="00C4545C">
        <w:rPr>
          <w:sz w:val="22"/>
          <w:lang w:val="mk-MK"/>
        </w:rPr>
        <w:t xml:space="preserve"> ќе претставува голем прогрес за нашиот пазар и поставување на темели за идно тргување со ЕТФ-ови и странски финансиски инструменти </w:t>
      </w:r>
      <w:r w:rsidR="00C64DE5">
        <w:rPr>
          <w:sz w:val="22"/>
          <w:lang w:val="mk-MK"/>
        </w:rPr>
        <w:t>на Македонска берза</w:t>
      </w:r>
      <w:r w:rsidR="00385B75" w:rsidRPr="00C4545C">
        <w:rPr>
          <w:sz w:val="22"/>
          <w:lang w:val="mk-MK"/>
        </w:rPr>
        <w:t>.</w:t>
      </w:r>
      <w:r w:rsidR="00F33748" w:rsidRPr="00C4545C">
        <w:rPr>
          <w:sz w:val="22"/>
          <w:lang w:val="mk-MK"/>
        </w:rPr>
        <w:t xml:space="preserve"> Планот за лансирање на овој </w:t>
      </w:r>
      <w:r w:rsidR="00771100">
        <w:rPr>
          <w:sz w:val="22"/>
          <w:lang w:val="mk-MK"/>
        </w:rPr>
        <w:t xml:space="preserve">регионален </w:t>
      </w:r>
      <w:r w:rsidR="00F33748" w:rsidRPr="00C4545C">
        <w:rPr>
          <w:sz w:val="22"/>
          <w:lang w:val="mk-MK"/>
        </w:rPr>
        <w:t xml:space="preserve">ЕТФ е во втората половина на 2027 година. </w:t>
      </w:r>
    </w:p>
    <w:p w14:paraId="7AA6B6CC" w14:textId="6F161BC3" w:rsidR="00AC07EC" w:rsidRPr="00771100" w:rsidRDefault="00000000" w:rsidP="00CD502C">
      <w:pPr>
        <w:keepNext/>
        <w:jc w:val="both"/>
        <w:rPr>
          <w:sz w:val="22"/>
          <w:lang w:val="mk-MK"/>
        </w:rPr>
      </w:pPr>
      <w:proofErr w:type="spellStart"/>
      <w:r w:rsidRPr="00C4545C">
        <w:rPr>
          <w:b/>
          <w:sz w:val="22"/>
        </w:rPr>
        <w:t>Почитувани</w:t>
      </w:r>
      <w:proofErr w:type="spellEnd"/>
      <w:r w:rsidRPr="00C4545C">
        <w:rPr>
          <w:b/>
          <w:sz w:val="22"/>
        </w:rPr>
        <w:t>,</w:t>
      </w:r>
      <w:r w:rsidR="00771100">
        <w:rPr>
          <w:b/>
          <w:sz w:val="22"/>
          <w:lang w:val="mk-MK"/>
        </w:rPr>
        <w:t xml:space="preserve"> </w:t>
      </w:r>
    </w:p>
    <w:p w14:paraId="68BF9A81" w14:textId="360DFEAC" w:rsidR="00AC07EC" w:rsidRPr="00C4545C" w:rsidRDefault="00000000" w:rsidP="00CD502C">
      <w:pPr>
        <w:jc w:val="both"/>
        <w:rPr>
          <w:sz w:val="22"/>
          <w:lang w:val="mk-MK"/>
        </w:rPr>
      </w:pPr>
      <w:proofErr w:type="spellStart"/>
      <w:r w:rsidRPr="00C4545C">
        <w:rPr>
          <w:b/>
          <w:bCs/>
          <w:sz w:val="22"/>
        </w:rPr>
        <w:t>Сè</w:t>
      </w:r>
      <w:proofErr w:type="spellEnd"/>
      <w:r w:rsidRPr="00C4545C">
        <w:rPr>
          <w:b/>
          <w:bCs/>
          <w:sz w:val="22"/>
        </w:rPr>
        <w:t xml:space="preserve"> </w:t>
      </w:r>
      <w:proofErr w:type="spellStart"/>
      <w:r w:rsidRPr="00C4545C">
        <w:rPr>
          <w:b/>
          <w:bCs/>
          <w:sz w:val="22"/>
        </w:rPr>
        <w:t>позначајна</w:t>
      </w:r>
      <w:proofErr w:type="spellEnd"/>
      <w:r w:rsidRPr="00C4545C">
        <w:rPr>
          <w:b/>
          <w:bCs/>
          <w:sz w:val="22"/>
        </w:rPr>
        <w:t xml:space="preserve"> </w:t>
      </w:r>
      <w:proofErr w:type="spellStart"/>
      <w:r w:rsidRPr="00C4545C">
        <w:rPr>
          <w:b/>
          <w:bCs/>
          <w:sz w:val="22"/>
        </w:rPr>
        <w:t>тема</w:t>
      </w:r>
      <w:proofErr w:type="spellEnd"/>
      <w:r w:rsidRPr="00C4545C">
        <w:rPr>
          <w:b/>
          <w:bCs/>
          <w:sz w:val="22"/>
        </w:rPr>
        <w:t xml:space="preserve"> </w:t>
      </w:r>
      <w:r w:rsidR="003F69DD" w:rsidRPr="00C4545C">
        <w:rPr>
          <w:b/>
          <w:bCs/>
          <w:sz w:val="22"/>
          <w:lang w:val="mk-MK"/>
        </w:rPr>
        <w:t>станува</w:t>
      </w:r>
      <w:r w:rsidRPr="00C4545C">
        <w:rPr>
          <w:b/>
          <w:bCs/>
          <w:sz w:val="22"/>
        </w:rPr>
        <w:t xml:space="preserve"> </w:t>
      </w:r>
      <w:proofErr w:type="spellStart"/>
      <w:r w:rsidRPr="00C4545C">
        <w:rPr>
          <w:b/>
          <w:bCs/>
          <w:sz w:val="22"/>
        </w:rPr>
        <w:t>вложувањето</w:t>
      </w:r>
      <w:proofErr w:type="spellEnd"/>
      <w:r w:rsidRPr="00C4545C">
        <w:rPr>
          <w:b/>
          <w:bCs/>
          <w:sz w:val="22"/>
        </w:rPr>
        <w:t xml:space="preserve"> </w:t>
      </w:r>
      <w:proofErr w:type="spellStart"/>
      <w:r w:rsidRPr="00C4545C">
        <w:rPr>
          <w:b/>
          <w:bCs/>
          <w:sz w:val="22"/>
        </w:rPr>
        <w:t>на</w:t>
      </w:r>
      <w:proofErr w:type="spellEnd"/>
      <w:r w:rsidRPr="00C4545C">
        <w:rPr>
          <w:b/>
          <w:bCs/>
          <w:sz w:val="22"/>
        </w:rPr>
        <w:t xml:space="preserve"> </w:t>
      </w:r>
      <w:proofErr w:type="spellStart"/>
      <w:r w:rsidRPr="00C4545C">
        <w:rPr>
          <w:b/>
          <w:bCs/>
          <w:sz w:val="22"/>
        </w:rPr>
        <w:t>домашните</w:t>
      </w:r>
      <w:proofErr w:type="spellEnd"/>
      <w:r w:rsidRPr="00C4545C">
        <w:rPr>
          <w:b/>
          <w:bCs/>
          <w:sz w:val="22"/>
        </w:rPr>
        <w:t xml:space="preserve"> </w:t>
      </w:r>
      <w:proofErr w:type="spellStart"/>
      <w:r w:rsidRPr="00C4545C">
        <w:rPr>
          <w:b/>
          <w:bCs/>
          <w:sz w:val="22"/>
        </w:rPr>
        <w:t>инвеститори</w:t>
      </w:r>
      <w:proofErr w:type="spellEnd"/>
      <w:r w:rsidRPr="00C4545C">
        <w:rPr>
          <w:b/>
          <w:bCs/>
          <w:sz w:val="22"/>
        </w:rPr>
        <w:t xml:space="preserve"> </w:t>
      </w:r>
      <w:proofErr w:type="spellStart"/>
      <w:r w:rsidRPr="00C4545C">
        <w:rPr>
          <w:b/>
          <w:bCs/>
          <w:sz w:val="22"/>
        </w:rPr>
        <w:t>во</w:t>
      </w:r>
      <w:proofErr w:type="spellEnd"/>
      <w:r w:rsidRPr="00C4545C">
        <w:rPr>
          <w:b/>
          <w:bCs/>
          <w:sz w:val="22"/>
        </w:rPr>
        <w:t xml:space="preserve"> </w:t>
      </w:r>
      <w:proofErr w:type="spellStart"/>
      <w:r w:rsidRPr="00C4545C">
        <w:rPr>
          <w:b/>
          <w:bCs/>
          <w:sz w:val="22"/>
        </w:rPr>
        <w:t>странс</w:t>
      </w:r>
      <w:proofErr w:type="spellEnd"/>
      <w:r w:rsidR="003F69DD" w:rsidRPr="00C4545C">
        <w:rPr>
          <w:b/>
          <w:bCs/>
          <w:sz w:val="22"/>
          <w:lang w:val="mk-MK"/>
        </w:rPr>
        <w:t>ки хартии од вредност</w:t>
      </w:r>
      <w:r w:rsidRPr="00C4545C">
        <w:rPr>
          <w:b/>
          <w:bCs/>
          <w:sz w:val="22"/>
        </w:rPr>
        <w:t>.</w:t>
      </w:r>
      <w:r w:rsidRPr="00C4545C">
        <w:rPr>
          <w:sz w:val="22"/>
        </w:rPr>
        <w:t xml:space="preserve"> </w:t>
      </w:r>
      <w:r w:rsidR="00943544" w:rsidRPr="00C4545C">
        <w:rPr>
          <w:sz w:val="22"/>
          <w:lang w:val="mk-MK"/>
        </w:rPr>
        <w:t xml:space="preserve">Македонска берза одсекогаш била заговорник </w:t>
      </w:r>
      <w:r w:rsidR="003F69DD" w:rsidRPr="00C4545C">
        <w:rPr>
          <w:sz w:val="22"/>
          <w:lang w:val="mk-MK"/>
        </w:rPr>
        <w:t>дека во пазарна економија ова мора да биде дозволено. Тоа</w:t>
      </w:r>
      <w:r w:rsidR="00943544" w:rsidRPr="00C4545C">
        <w:rPr>
          <w:sz w:val="22"/>
          <w:lang w:val="mk-MK"/>
        </w:rPr>
        <w:t xml:space="preserve"> </w:t>
      </w:r>
      <w:r w:rsidR="003F69DD" w:rsidRPr="00C4545C">
        <w:rPr>
          <w:sz w:val="22"/>
          <w:lang w:val="mk-MK"/>
        </w:rPr>
        <w:t xml:space="preserve">е неминовен процес </w:t>
      </w:r>
      <w:r w:rsidR="003F69DD" w:rsidRPr="00C4545C">
        <w:rPr>
          <w:sz w:val="22"/>
        </w:rPr>
        <w:t xml:space="preserve">и </w:t>
      </w:r>
      <w:proofErr w:type="spellStart"/>
      <w:r w:rsidR="003F69DD" w:rsidRPr="00C4545C">
        <w:rPr>
          <w:sz w:val="22"/>
        </w:rPr>
        <w:t>легитимен</w:t>
      </w:r>
      <w:proofErr w:type="spellEnd"/>
      <w:r w:rsidR="003F69DD" w:rsidRPr="00C4545C">
        <w:rPr>
          <w:sz w:val="22"/>
        </w:rPr>
        <w:t xml:space="preserve"> </w:t>
      </w:r>
      <w:proofErr w:type="spellStart"/>
      <w:r w:rsidR="003F69DD" w:rsidRPr="00C4545C">
        <w:rPr>
          <w:sz w:val="22"/>
        </w:rPr>
        <w:t>избор</w:t>
      </w:r>
      <w:proofErr w:type="spellEnd"/>
      <w:r w:rsidR="003F69DD" w:rsidRPr="00C4545C">
        <w:rPr>
          <w:sz w:val="22"/>
          <w:lang w:val="mk-MK"/>
        </w:rPr>
        <w:t>.</w:t>
      </w:r>
      <w:r w:rsidR="00943544" w:rsidRPr="00C4545C">
        <w:rPr>
          <w:sz w:val="22"/>
          <w:lang w:val="mk-MK"/>
        </w:rPr>
        <w:t xml:space="preserve"> </w:t>
      </w:r>
      <w:proofErr w:type="spellStart"/>
      <w:r w:rsidRPr="00C4545C">
        <w:rPr>
          <w:sz w:val="22"/>
        </w:rPr>
        <w:t>Диверзификацијата</w:t>
      </w:r>
      <w:proofErr w:type="spellEnd"/>
      <w:r w:rsidRPr="00C4545C">
        <w:rPr>
          <w:sz w:val="22"/>
        </w:rPr>
        <w:t xml:space="preserve"> </w:t>
      </w:r>
      <w:proofErr w:type="spellStart"/>
      <w:r w:rsidRPr="00C4545C">
        <w:rPr>
          <w:sz w:val="22"/>
        </w:rPr>
        <w:t>има</w:t>
      </w:r>
      <w:proofErr w:type="spellEnd"/>
      <w:r w:rsidRPr="00C4545C">
        <w:rPr>
          <w:sz w:val="22"/>
        </w:rPr>
        <w:t xml:space="preserve"> </w:t>
      </w:r>
      <w:proofErr w:type="spellStart"/>
      <w:r w:rsidRPr="00C4545C">
        <w:rPr>
          <w:sz w:val="22"/>
        </w:rPr>
        <w:t>економска</w:t>
      </w:r>
      <w:proofErr w:type="spellEnd"/>
      <w:r w:rsidRPr="00C4545C">
        <w:rPr>
          <w:sz w:val="22"/>
        </w:rPr>
        <w:t xml:space="preserve"> </w:t>
      </w:r>
      <w:proofErr w:type="spellStart"/>
      <w:r w:rsidRPr="00C4545C">
        <w:rPr>
          <w:sz w:val="22"/>
        </w:rPr>
        <w:t>логика</w:t>
      </w:r>
      <w:proofErr w:type="spellEnd"/>
      <w:r w:rsidRPr="00C4545C">
        <w:rPr>
          <w:sz w:val="22"/>
        </w:rPr>
        <w:t xml:space="preserve">, а </w:t>
      </w:r>
      <w:proofErr w:type="spellStart"/>
      <w:r w:rsidRPr="00C4545C">
        <w:rPr>
          <w:sz w:val="22"/>
        </w:rPr>
        <w:t>пристапот</w:t>
      </w:r>
      <w:proofErr w:type="spellEnd"/>
      <w:r w:rsidRPr="00C4545C">
        <w:rPr>
          <w:sz w:val="22"/>
        </w:rPr>
        <w:t xml:space="preserve"> </w:t>
      </w:r>
      <w:proofErr w:type="spellStart"/>
      <w:r w:rsidRPr="00C4545C">
        <w:rPr>
          <w:sz w:val="22"/>
        </w:rPr>
        <w:t>до</w:t>
      </w:r>
      <w:proofErr w:type="spellEnd"/>
      <w:r w:rsidRPr="00C4545C">
        <w:rPr>
          <w:sz w:val="22"/>
        </w:rPr>
        <w:t xml:space="preserve"> </w:t>
      </w:r>
      <w:proofErr w:type="spellStart"/>
      <w:r w:rsidRPr="00C4545C">
        <w:rPr>
          <w:sz w:val="22"/>
        </w:rPr>
        <w:t>светските</w:t>
      </w:r>
      <w:proofErr w:type="spellEnd"/>
      <w:r w:rsidRPr="00C4545C">
        <w:rPr>
          <w:sz w:val="22"/>
        </w:rPr>
        <w:t xml:space="preserve"> </w:t>
      </w:r>
      <w:proofErr w:type="spellStart"/>
      <w:r w:rsidRPr="00C4545C">
        <w:rPr>
          <w:sz w:val="22"/>
        </w:rPr>
        <w:t>пазари</w:t>
      </w:r>
      <w:proofErr w:type="spellEnd"/>
      <w:r w:rsidRPr="00C4545C">
        <w:rPr>
          <w:sz w:val="22"/>
        </w:rPr>
        <w:t xml:space="preserve"> </w:t>
      </w:r>
      <w:proofErr w:type="spellStart"/>
      <w:r w:rsidRPr="00C4545C">
        <w:rPr>
          <w:sz w:val="22"/>
        </w:rPr>
        <w:t>никогаш</w:t>
      </w:r>
      <w:proofErr w:type="spellEnd"/>
      <w:r w:rsidRPr="00C4545C">
        <w:rPr>
          <w:sz w:val="22"/>
        </w:rPr>
        <w:t xml:space="preserve"> </w:t>
      </w:r>
      <w:proofErr w:type="spellStart"/>
      <w:r w:rsidRPr="00C4545C">
        <w:rPr>
          <w:sz w:val="22"/>
        </w:rPr>
        <w:t>не</w:t>
      </w:r>
      <w:proofErr w:type="spellEnd"/>
      <w:r w:rsidRPr="00C4545C">
        <w:rPr>
          <w:sz w:val="22"/>
        </w:rPr>
        <w:t xml:space="preserve"> </w:t>
      </w:r>
      <w:proofErr w:type="spellStart"/>
      <w:r w:rsidRPr="00C4545C">
        <w:rPr>
          <w:sz w:val="22"/>
        </w:rPr>
        <w:t>бил</w:t>
      </w:r>
      <w:proofErr w:type="spellEnd"/>
      <w:r w:rsidRPr="00C4545C">
        <w:rPr>
          <w:sz w:val="22"/>
        </w:rPr>
        <w:t xml:space="preserve"> </w:t>
      </w:r>
      <w:proofErr w:type="spellStart"/>
      <w:r w:rsidRPr="00C4545C">
        <w:rPr>
          <w:sz w:val="22"/>
        </w:rPr>
        <w:t>полесен</w:t>
      </w:r>
      <w:proofErr w:type="spellEnd"/>
      <w:r w:rsidRPr="00C4545C">
        <w:rPr>
          <w:sz w:val="22"/>
        </w:rPr>
        <w:t>.</w:t>
      </w:r>
    </w:p>
    <w:p w14:paraId="1997445F" w14:textId="6E4899EC" w:rsidR="00AC07EC" w:rsidRPr="00C4545C" w:rsidRDefault="00000000" w:rsidP="00CD502C">
      <w:pPr>
        <w:jc w:val="both"/>
        <w:rPr>
          <w:sz w:val="22"/>
          <w:lang w:val="mk-MK"/>
        </w:rPr>
      </w:pPr>
      <w:proofErr w:type="spellStart"/>
      <w:r w:rsidRPr="00C4545C">
        <w:rPr>
          <w:sz w:val="22"/>
        </w:rPr>
        <w:lastRenderedPageBreak/>
        <w:t>Но</w:t>
      </w:r>
      <w:proofErr w:type="spellEnd"/>
      <w:r w:rsidRPr="00C4545C">
        <w:rPr>
          <w:sz w:val="22"/>
        </w:rPr>
        <w:t xml:space="preserve">, </w:t>
      </w:r>
      <w:proofErr w:type="spellStart"/>
      <w:r w:rsidRPr="00C4545C">
        <w:rPr>
          <w:sz w:val="22"/>
        </w:rPr>
        <w:t>токму</w:t>
      </w:r>
      <w:proofErr w:type="spellEnd"/>
      <w:r w:rsidRPr="00C4545C">
        <w:rPr>
          <w:sz w:val="22"/>
        </w:rPr>
        <w:t xml:space="preserve"> </w:t>
      </w:r>
      <w:proofErr w:type="spellStart"/>
      <w:r w:rsidRPr="00C4545C">
        <w:rPr>
          <w:sz w:val="22"/>
        </w:rPr>
        <w:t>затоа</w:t>
      </w:r>
      <w:proofErr w:type="spellEnd"/>
      <w:r w:rsidRPr="00C4545C">
        <w:rPr>
          <w:sz w:val="22"/>
        </w:rPr>
        <w:t xml:space="preserve"> </w:t>
      </w:r>
      <w:proofErr w:type="spellStart"/>
      <w:r w:rsidRPr="00C4545C">
        <w:rPr>
          <w:sz w:val="22"/>
        </w:rPr>
        <w:t>мора</w:t>
      </w:r>
      <w:proofErr w:type="spellEnd"/>
      <w:r w:rsidRPr="00C4545C">
        <w:rPr>
          <w:sz w:val="22"/>
        </w:rPr>
        <w:t xml:space="preserve"> </w:t>
      </w:r>
      <w:proofErr w:type="spellStart"/>
      <w:r w:rsidRPr="00C4545C">
        <w:rPr>
          <w:sz w:val="22"/>
        </w:rPr>
        <w:t>да</w:t>
      </w:r>
      <w:proofErr w:type="spellEnd"/>
      <w:r w:rsidRPr="00C4545C">
        <w:rPr>
          <w:sz w:val="22"/>
        </w:rPr>
        <w:t xml:space="preserve"> </w:t>
      </w:r>
      <w:r w:rsidR="003F69DD" w:rsidRPr="00C4545C">
        <w:rPr>
          <w:sz w:val="22"/>
          <w:lang w:val="mk-MK"/>
        </w:rPr>
        <w:t>има</w:t>
      </w:r>
      <w:r w:rsidRPr="00C4545C">
        <w:rPr>
          <w:sz w:val="22"/>
        </w:rPr>
        <w:t xml:space="preserve"> </w:t>
      </w:r>
      <w:proofErr w:type="spellStart"/>
      <w:r w:rsidRPr="00C4545C">
        <w:rPr>
          <w:sz w:val="22"/>
        </w:rPr>
        <w:t>рамноправни</w:t>
      </w:r>
      <w:proofErr w:type="spellEnd"/>
      <w:r w:rsidRPr="00C4545C">
        <w:rPr>
          <w:sz w:val="22"/>
        </w:rPr>
        <w:t xml:space="preserve"> </w:t>
      </w:r>
      <w:proofErr w:type="spellStart"/>
      <w:r w:rsidRPr="00C4545C">
        <w:rPr>
          <w:sz w:val="22"/>
        </w:rPr>
        <w:t>услови</w:t>
      </w:r>
      <w:proofErr w:type="spellEnd"/>
      <w:r w:rsidRPr="00C4545C">
        <w:rPr>
          <w:sz w:val="22"/>
        </w:rPr>
        <w:t xml:space="preserve"> </w:t>
      </w:r>
      <w:proofErr w:type="spellStart"/>
      <w:r w:rsidRPr="00C4545C">
        <w:rPr>
          <w:sz w:val="22"/>
        </w:rPr>
        <w:t>за</w:t>
      </w:r>
      <w:proofErr w:type="spellEnd"/>
      <w:r w:rsidRPr="00C4545C">
        <w:rPr>
          <w:sz w:val="22"/>
        </w:rPr>
        <w:t xml:space="preserve"> </w:t>
      </w:r>
      <w:r w:rsidR="003F69DD" w:rsidRPr="00C4545C">
        <w:rPr>
          <w:sz w:val="22"/>
          <w:lang w:val="mk-MK"/>
        </w:rPr>
        <w:t>игра на домашниот и странските пазари</w:t>
      </w:r>
      <w:r w:rsidRPr="00C4545C">
        <w:rPr>
          <w:sz w:val="22"/>
        </w:rPr>
        <w:t xml:space="preserve">. </w:t>
      </w:r>
      <w:proofErr w:type="spellStart"/>
      <w:r w:rsidRPr="00C4545C">
        <w:rPr>
          <w:sz w:val="22"/>
        </w:rPr>
        <w:t>Особено</w:t>
      </w:r>
      <w:proofErr w:type="spellEnd"/>
      <w:r w:rsidRPr="00C4545C">
        <w:rPr>
          <w:sz w:val="22"/>
        </w:rPr>
        <w:t xml:space="preserve"> </w:t>
      </w:r>
      <w:proofErr w:type="spellStart"/>
      <w:r w:rsidRPr="00C4545C">
        <w:rPr>
          <w:sz w:val="22"/>
        </w:rPr>
        <w:t>кај</w:t>
      </w:r>
      <w:proofErr w:type="spellEnd"/>
      <w:r w:rsidRPr="00C4545C">
        <w:rPr>
          <w:sz w:val="22"/>
        </w:rPr>
        <w:t xml:space="preserve"> </w:t>
      </w:r>
      <w:proofErr w:type="spellStart"/>
      <w:r w:rsidRPr="00C4545C">
        <w:rPr>
          <w:sz w:val="22"/>
        </w:rPr>
        <w:t>оданочувањето</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капиталните</w:t>
      </w:r>
      <w:proofErr w:type="spellEnd"/>
      <w:r w:rsidRPr="00C4545C">
        <w:rPr>
          <w:sz w:val="22"/>
        </w:rPr>
        <w:t xml:space="preserve"> </w:t>
      </w:r>
      <w:proofErr w:type="spellStart"/>
      <w:r w:rsidRPr="00C4545C">
        <w:rPr>
          <w:sz w:val="22"/>
        </w:rPr>
        <w:t>добивки</w:t>
      </w:r>
      <w:proofErr w:type="spellEnd"/>
      <w:r w:rsidRPr="00C4545C">
        <w:rPr>
          <w:sz w:val="22"/>
        </w:rPr>
        <w:t xml:space="preserve">. </w:t>
      </w:r>
      <w:proofErr w:type="spellStart"/>
      <w:r w:rsidRPr="00C4545C">
        <w:rPr>
          <w:sz w:val="22"/>
        </w:rPr>
        <w:t>Тука</w:t>
      </w:r>
      <w:proofErr w:type="spellEnd"/>
      <w:r w:rsidRPr="00C4545C">
        <w:rPr>
          <w:sz w:val="22"/>
        </w:rPr>
        <w:t xml:space="preserve"> </w:t>
      </w:r>
      <w:r w:rsidR="00771100">
        <w:rPr>
          <w:sz w:val="22"/>
          <w:lang w:val="mk-MK"/>
        </w:rPr>
        <w:t>с</w:t>
      </w:r>
      <w:r w:rsidRPr="00C4545C">
        <w:rPr>
          <w:sz w:val="22"/>
        </w:rPr>
        <w:t xml:space="preserve">е </w:t>
      </w:r>
      <w:proofErr w:type="spellStart"/>
      <w:r w:rsidRPr="00C4545C">
        <w:rPr>
          <w:sz w:val="22"/>
        </w:rPr>
        <w:t>важн</w:t>
      </w:r>
      <w:proofErr w:type="spellEnd"/>
      <w:r w:rsidR="00771100">
        <w:rPr>
          <w:sz w:val="22"/>
          <w:lang w:val="mk-MK"/>
        </w:rPr>
        <w:t>и</w:t>
      </w:r>
      <w:r w:rsidRPr="00C4545C">
        <w:rPr>
          <w:sz w:val="22"/>
        </w:rPr>
        <w:t xml:space="preserve"> </w:t>
      </w:r>
      <w:proofErr w:type="spellStart"/>
      <w:r w:rsidRPr="00C4545C">
        <w:rPr>
          <w:sz w:val="22"/>
        </w:rPr>
        <w:t>начинот</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евидентирање</w:t>
      </w:r>
      <w:proofErr w:type="spellEnd"/>
      <w:r w:rsidR="00771100">
        <w:rPr>
          <w:sz w:val="22"/>
          <w:lang w:val="mk-MK"/>
        </w:rPr>
        <w:t xml:space="preserve"> и</w:t>
      </w:r>
      <w:r w:rsidRPr="00C4545C">
        <w:rPr>
          <w:sz w:val="22"/>
        </w:rPr>
        <w:t xml:space="preserve"> </w:t>
      </w:r>
      <w:proofErr w:type="spellStart"/>
      <w:r w:rsidRPr="00C4545C">
        <w:rPr>
          <w:sz w:val="22"/>
        </w:rPr>
        <w:t>пријавување</w:t>
      </w:r>
      <w:proofErr w:type="spellEnd"/>
      <w:r w:rsidRPr="00C4545C">
        <w:rPr>
          <w:sz w:val="22"/>
        </w:rPr>
        <w:t xml:space="preserve">, </w:t>
      </w:r>
      <w:proofErr w:type="spellStart"/>
      <w:r w:rsidRPr="00C4545C">
        <w:rPr>
          <w:sz w:val="22"/>
        </w:rPr>
        <w:t>признавање</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трошоците</w:t>
      </w:r>
      <w:proofErr w:type="spellEnd"/>
      <w:r w:rsidRPr="00C4545C">
        <w:rPr>
          <w:sz w:val="22"/>
        </w:rPr>
        <w:t xml:space="preserve"> и </w:t>
      </w:r>
      <w:proofErr w:type="spellStart"/>
      <w:r w:rsidRPr="00C4545C">
        <w:rPr>
          <w:sz w:val="22"/>
        </w:rPr>
        <w:t>загубите</w:t>
      </w:r>
      <w:proofErr w:type="spellEnd"/>
      <w:r w:rsidRPr="00C4545C">
        <w:rPr>
          <w:sz w:val="22"/>
        </w:rPr>
        <w:t xml:space="preserve"> и </w:t>
      </w:r>
      <w:proofErr w:type="spellStart"/>
      <w:r w:rsidRPr="00C4545C">
        <w:rPr>
          <w:sz w:val="22"/>
        </w:rPr>
        <w:t>наплата</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данокот</w:t>
      </w:r>
      <w:proofErr w:type="spellEnd"/>
      <w:r w:rsidRPr="00C4545C">
        <w:rPr>
          <w:sz w:val="22"/>
        </w:rPr>
        <w:t xml:space="preserve">. </w:t>
      </w:r>
      <w:proofErr w:type="spellStart"/>
      <w:r w:rsidRPr="00C4545C">
        <w:rPr>
          <w:sz w:val="22"/>
        </w:rPr>
        <w:t>Домашниот</w:t>
      </w:r>
      <w:proofErr w:type="spellEnd"/>
      <w:r w:rsidRPr="00C4545C">
        <w:rPr>
          <w:sz w:val="22"/>
        </w:rPr>
        <w:t xml:space="preserve"> </w:t>
      </w:r>
      <w:proofErr w:type="spellStart"/>
      <w:r w:rsidRPr="00C4545C">
        <w:rPr>
          <w:sz w:val="22"/>
        </w:rPr>
        <w:t>пазар</w:t>
      </w:r>
      <w:proofErr w:type="spellEnd"/>
      <w:r w:rsidRPr="00C4545C">
        <w:rPr>
          <w:sz w:val="22"/>
        </w:rPr>
        <w:t xml:space="preserve"> </w:t>
      </w:r>
      <w:proofErr w:type="spellStart"/>
      <w:r w:rsidRPr="00C4545C">
        <w:rPr>
          <w:sz w:val="22"/>
        </w:rPr>
        <w:t>не</w:t>
      </w:r>
      <w:proofErr w:type="spellEnd"/>
      <w:r w:rsidRPr="00C4545C">
        <w:rPr>
          <w:sz w:val="22"/>
        </w:rPr>
        <w:t xml:space="preserve"> </w:t>
      </w:r>
      <w:proofErr w:type="spellStart"/>
      <w:r w:rsidRPr="00C4545C">
        <w:rPr>
          <w:sz w:val="22"/>
        </w:rPr>
        <w:t>смее</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биде</w:t>
      </w:r>
      <w:proofErr w:type="spellEnd"/>
      <w:r w:rsidRPr="00C4545C">
        <w:rPr>
          <w:sz w:val="22"/>
        </w:rPr>
        <w:t xml:space="preserve"> </w:t>
      </w:r>
      <w:proofErr w:type="spellStart"/>
      <w:r w:rsidRPr="00C4545C">
        <w:rPr>
          <w:sz w:val="22"/>
        </w:rPr>
        <w:t>во</w:t>
      </w:r>
      <w:proofErr w:type="spellEnd"/>
      <w:r w:rsidRPr="00C4545C">
        <w:rPr>
          <w:sz w:val="22"/>
        </w:rPr>
        <w:t xml:space="preserve"> </w:t>
      </w:r>
      <w:proofErr w:type="spellStart"/>
      <w:r w:rsidRPr="00C4545C">
        <w:rPr>
          <w:sz w:val="22"/>
        </w:rPr>
        <w:t>понеповолна</w:t>
      </w:r>
      <w:proofErr w:type="spellEnd"/>
      <w:r w:rsidRPr="00C4545C">
        <w:rPr>
          <w:sz w:val="22"/>
        </w:rPr>
        <w:t xml:space="preserve"> </w:t>
      </w:r>
      <w:proofErr w:type="spellStart"/>
      <w:r w:rsidRPr="00C4545C">
        <w:rPr>
          <w:sz w:val="22"/>
        </w:rPr>
        <w:t>положба</w:t>
      </w:r>
      <w:proofErr w:type="spellEnd"/>
      <w:r w:rsidRPr="00C4545C">
        <w:rPr>
          <w:sz w:val="22"/>
        </w:rPr>
        <w:t xml:space="preserve"> </w:t>
      </w:r>
      <w:proofErr w:type="spellStart"/>
      <w:r w:rsidRPr="00C4545C">
        <w:rPr>
          <w:sz w:val="22"/>
        </w:rPr>
        <w:t>затоа</w:t>
      </w:r>
      <w:proofErr w:type="spellEnd"/>
      <w:r w:rsidRPr="00C4545C">
        <w:rPr>
          <w:sz w:val="22"/>
        </w:rPr>
        <w:t xml:space="preserve"> </w:t>
      </w:r>
      <w:proofErr w:type="spellStart"/>
      <w:r w:rsidRPr="00C4545C">
        <w:rPr>
          <w:sz w:val="22"/>
        </w:rPr>
        <w:t>што</w:t>
      </w:r>
      <w:proofErr w:type="spellEnd"/>
      <w:r w:rsidRPr="00C4545C">
        <w:rPr>
          <w:sz w:val="22"/>
        </w:rPr>
        <w:t xml:space="preserve"> </w:t>
      </w:r>
      <w:proofErr w:type="spellStart"/>
      <w:r w:rsidRPr="00C4545C">
        <w:rPr>
          <w:sz w:val="22"/>
        </w:rPr>
        <w:t>трансакциите</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него</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потранспарентни</w:t>
      </w:r>
      <w:proofErr w:type="spellEnd"/>
      <w:r w:rsidRPr="00C4545C">
        <w:rPr>
          <w:sz w:val="22"/>
        </w:rPr>
        <w:t xml:space="preserve"> и </w:t>
      </w:r>
      <w:proofErr w:type="spellStart"/>
      <w:r w:rsidRPr="00C4545C">
        <w:rPr>
          <w:sz w:val="22"/>
        </w:rPr>
        <w:t>полесно</w:t>
      </w:r>
      <w:proofErr w:type="spellEnd"/>
      <w:r w:rsidRPr="00C4545C">
        <w:rPr>
          <w:sz w:val="22"/>
        </w:rPr>
        <w:t xml:space="preserve"> </w:t>
      </w:r>
      <w:proofErr w:type="spellStart"/>
      <w:r w:rsidRPr="00C4545C">
        <w:rPr>
          <w:sz w:val="22"/>
        </w:rPr>
        <w:t>достапни</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даночната</w:t>
      </w:r>
      <w:proofErr w:type="spellEnd"/>
      <w:r w:rsidRPr="00C4545C">
        <w:rPr>
          <w:sz w:val="22"/>
        </w:rPr>
        <w:t xml:space="preserve"> </w:t>
      </w:r>
      <w:proofErr w:type="spellStart"/>
      <w:r w:rsidRPr="00C4545C">
        <w:rPr>
          <w:sz w:val="22"/>
        </w:rPr>
        <w:t>администрација</w:t>
      </w:r>
      <w:proofErr w:type="spellEnd"/>
      <w:r w:rsidRPr="00C4545C">
        <w:rPr>
          <w:sz w:val="22"/>
        </w:rPr>
        <w:t>.</w:t>
      </w:r>
    </w:p>
    <w:p w14:paraId="349E6EEE" w14:textId="356C7C30" w:rsidR="008E6C4D" w:rsidRPr="00C4545C" w:rsidRDefault="008E6C4D" w:rsidP="008E6C4D">
      <w:pPr>
        <w:jc w:val="both"/>
        <w:rPr>
          <w:sz w:val="22"/>
          <w:lang w:val="mk-MK"/>
        </w:rPr>
      </w:pPr>
      <w:r w:rsidRPr="00C4545C">
        <w:rPr>
          <w:sz w:val="22"/>
          <w:lang w:val="mk-MK"/>
        </w:rPr>
        <w:t>Либерализацијата на тргувањето во странство започна во 2019 година. Минатата година вкупниот промет во странство (и тоа само тој што оди преку нашите членки, без интернет платформите) го надмина прометот на Македонска берза и изнесуваше над 110 милиони евра. Податоците од првите 6 месеци оваа година покажуваат дека трендот уште повеќе се засилува – статистиката на КХВ вели над 89 милиони</w:t>
      </w:r>
      <w:r w:rsidR="00DE4A2F">
        <w:rPr>
          <w:sz w:val="22"/>
          <w:lang w:val="mk-MK"/>
        </w:rPr>
        <w:t xml:space="preserve"> заклучно со јуни</w:t>
      </w:r>
      <w:r w:rsidRPr="00C4545C">
        <w:rPr>
          <w:sz w:val="22"/>
          <w:lang w:val="mk-MK"/>
        </w:rPr>
        <w:t>.</w:t>
      </w:r>
    </w:p>
    <w:p w14:paraId="061BE09C" w14:textId="7E66AD2E" w:rsidR="00DB7BB7" w:rsidRPr="00C4545C" w:rsidRDefault="00F37D7A" w:rsidP="00DB7BB7">
      <w:pPr>
        <w:jc w:val="both"/>
        <w:rPr>
          <w:rFonts w:cs="Arial"/>
          <w:sz w:val="22"/>
          <w:lang w:val="mk-MK"/>
        </w:rPr>
      </w:pPr>
      <w:r w:rsidRPr="00C4545C">
        <w:rPr>
          <w:rFonts w:cs="Arial"/>
          <w:sz w:val="22"/>
          <w:lang w:val="mk-MK"/>
        </w:rPr>
        <w:t>Ова</w:t>
      </w:r>
      <w:r w:rsidR="00771100">
        <w:rPr>
          <w:rFonts w:cs="Arial"/>
          <w:sz w:val="22"/>
          <w:lang w:val="mk-MK"/>
        </w:rPr>
        <w:t>, меѓу другото,</w:t>
      </w:r>
      <w:r w:rsidRPr="00C4545C">
        <w:rPr>
          <w:rFonts w:cs="Arial"/>
          <w:sz w:val="22"/>
          <w:lang w:val="mk-MK"/>
        </w:rPr>
        <w:t xml:space="preserve"> покажува</w:t>
      </w:r>
      <w:r w:rsidR="008E6C4D" w:rsidRPr="00C4545C">
        <w:rPr>
          <w:rFonts w:cs="Arial"/>
          <w:sz w:val="22"/>
          <w:lang w:val="mk-MK"/>
        </w:rPr>
        <w:t xml:space="preserve"> дека во Македонија има капитал подготвен да влезе во хартии од вредност. </w:t>
      </w:r>
      <w:r w:rsidR="00771100">
        <w:rPr>
          <w:rFonts w:cs="Arial"/>
          <w:sz w:val="22"/>
          <w:lang w:val="mk-MK"/>
        </w:rPr>
        <w:t>А</w:t>
      </w:r>
      <w:r w:rsidR="008E6C4D" w:rsidRPr="00C4545C">
        <w:rPr>
          <w:rFonts w:cs="Arial"/>
          <w:sz w:val="22"/>
          <w:lang w:val="mk-MK"/>
        </w:rPr>
        <w:t xml:space="preserve">ко нема добри домашни инвестициски прилики – </w:t>
      </w:r>
      <w:r w:rsidR="00DB7BB7" w:rsidRPr="00C4545C">
        <w:rPr>
          <w:rFonts w:cs="Arial"/>
          <w:sz w:val="22"/>
          <w:lang w:val="mk-MK"/>
        </w:rPr>
        <w:t>логично</w:t>
      </w:r>
      <w:r w:rsidR="008E6C4D" w:rsidRPr="00C4545C">
        <w:rPr>
          <w:rFonts w:cs="Arial"/>
          <w:sz w:val="22"/>
          <w:lang w:val="mk-MK"/>
        </w:rPr>
        <w:t xml:space="preserve"> </w:t>
      </w:r>
      <w:r w:rsidRPr="00C4545C">
        <w:rPr>
          <w:rFonts w:cs="Arial"/>
          <w:sz w:val="22"/>
          <w:lang w:val="mk-MK"/>
        </w:rPr>
        <w:t xml:space="preserve">е </w:t>
      </w:r>
      <w:r w:rsidR="008E6C4D" w:rsidRPr="00C4545C">
        <w:rPr>
          <w:rFonts w:cs="Arial"/>
          <w:sz w:val="22"/>
          <w:lang w:val="mk-MK"/>
        </w:rPr>
        <w:t xml:space="preserve">тој капитал целосно </w:t>
      </w:r>
      <w:r w:rsidRPr="00C4545C">
        <w:rPr>
          <w:rFonts w:cs="Arial"/>
          <w:sz w:val="22"/>
          <w:lang w:val="mk-MK"/>
        </w:rPr>
        <w:t>да</w:t>
      </w:r>
      <w:r w:rsidR="008E6C4D" w:rsidRPr="00C4545C">
        <w:rPr>
          <w:rFonts w:cs="Arial"/>
          <w:sz w:val="22"/>
          <w:lang w:val="mk-MK"/>
        </w:rPr>
        <w:t xml:space="preserve"> оди во странство. </w:t>
      </w:r>
      <w:r w:rsidR="00771100" w:rsidRPr="00C4545C">
        <w:rPr>
          <w:sz w:val="22"/>
          <w:lang w:val="mk-MK"/>
        </w:rPr>
        <w:t>Затоа и</w:t>
      </w:r>
      <w:r w:rsidR="00771100" w:rsidRPr="00C4545C">
        <w:rPr>
          <w:sz w:val="22"/>
        </w:rPr>
        <w:t xml:space="preserve"> </w:t>
      </w:r>
      <w:r w:rsidR="00771100" w:rsidRPr="00C4545C">
        <w:rPr>
          <w:sz w:val="22"/>
          <w:lang w:val="mk-MK"/>
        </w:rPr>
        <w:t xml:space="preserve">го тераме </w:t>
      </w:r>
      <w:r w:rsidR="00771100" w:rsidRPr="00C4545C">
        <w:rPr>
          <w:sz w:val="22"/>
          <w:lang w:val="hr-HR"/>
        </w:rPr>
        <w:t>pre</w:t>
      </w:r>
      <w:r w:rsidR="00771100" w:rsidRPr="00C4545C">
        <w:rPr>
          <w:sz w:val="22"/>
        </w:rPr>
        <w:t xml:space="preserve">-IPO </w:t>
      </w:r>
      <w:r w:rsidR="00771100" w:rsidRPr="00C4545C">
        <w:rPr>
          <w:sz w:val="22"/>
          <w:lang w:val="mk-MK"/>
        </w:rPr>
        <w:t>проект</w:t>
      </w:r>
      <w:r w:rsidR="00771100">
        <w:rPr>
          <w:sz w:val="22"/>
          <w:lang w:val="mk-MK"/>
        </w:rPr>
        <w:t>от</w:t>
      </w:r>
      <w:r w:rsidR="00771100" w:rsidRPr="00C4545C">
        <w:rPr>
          <w:sz w:val="22"/>
        </w:rPr>
        <w:t xml:space="preserve"> </w:t>
      </w:r>
      <w:r w:rsidR="00771100">
        <w:rPr>
          <w:sz w:val="22"/>
          <w:lang w:val="mk-MK"/>
        </w:rPr>
        <w:t>со</w:t>
      </w:r>
      <w:r w:rsidR="00771100" w:rsidRPr="00C4545C">
        <w:rPr>
          <w:sz w:val="22"/>
        </w:rPr>
        <w:t xml:space="preserve"> EBRD.</w:t>
      </w:r>
      <w:r w:rsidR="00771100">
        <w:rPr>
          <w:sz w:val="22"/>
          <w:lang w:val="mk-MK"/>
        </w:rPr>
        <w:t xml:space="preserve"> Затоа е </w:t>
      </w:r>
      <w:proofErr w:type="spellStart"/>
      <w:r w:rsidRPr="00C4545C">
        <w:rPr>
          <w:rFonts w:cs="Arial"/>
          <w:sz w:val="22"/>
        </w:rPr>
        <w:t>време</w:t>
      </w:r>
      <w:proofErr w:type="spellEnd"/>
      <w:r w:rsidRPr="00C4545C">
        <w:rPr>
          <w:rFonts w:cs="Arial"/>
          <w:sz w:val="22"/>
        </w:rPr>
        <w:t xml:space="preserve"> </w:t>
      </w:r>
      <w:r w:rsidR="008E6C4D" w:rsidRPr="00C4545C">
        <w:rPr>
          <w:rFonts w:cs="Arial"/>
          <w:sz w:val="22"/>
          <w:lang w:val="mk-MK"/>
        </w:rPr>
        <w:t>и кај нас</w:t>
      </w:r>
      <w:r w:rsidR="003F69DD" w:rsidRPr="00C4545C">
        <w:rPr>
          <w:rFonts w:cs="Arial"/>
          <w:sz w:val="22"/>
          <w:lang w:val="mk-MK"/>
        </w:rPr>
        <w:t xml:space="preserve"> </w:t>
      </w:r>
      <w:proofErr w:type="spellStart"/>
      <w:r w:rsidRPr="00C4545C">
        <w:rPr>
          <w:rFonts w:cs="Arial"/>
          <w:sz w:val="22"/>
        </w:rPr>
        <w:t>сериозно</w:t>
      </w:r>
      <w:proofErr w:type="spellEnd"/>
      <w:r w:rsidRPr="00C4545C">
        <w:rPr>
          <w:rFonts w:cs="Arial"/>
          <w:sz w:val="22"/>
        </w:rPr>
        <w:t xml:space="preserve"> </w:t>
      </w:r>
      <w:proofErr w:type="spellStart"/>
      <w:r w:rsidRPr="00C4545C">
        <w:rPr>
          <w:rFonts w:cs="Arial"/>
          <w:sz w:val="22"/>
        </w:rPr>
        <w:t>да</w:t>
      </w:r>
      <w:proofErr w:type="spellEnd"/>
      <w:r w:rsidRPr="00C4545C">
        <w:rPr>
          <w:rFonts w:cs="Arial"/>
          <w:sz w:val="22"/>
        </w:rPr>
        <w:t xml:space="preserve"> </w:t>
      </w:r>
      <w:proofErr w:type="spellStart"/>
      <w:r w:rsidRPr="00C4545C">
        <w:rPr>
          <w:rFonts w:cs="Arial"/>
          <w:sz w:val="22"/>
        </w:rPr>
        <w:t>разговараме</w:t>
      </w:r>
      <w:proofErr w:type="spellEnd"/>
      <w:r w:rsidRPr="00C4545C">
        <w:rPr>
          <w:rFonts w:cs="Arial"/>
          <w:sz w:val="22"/>
        </w:rPr>
        <w:t xml:space="preserve"> </w:t>
      </w:r>
      <w:proofErr w:type="spellStart"/>
      <w:r w:rsidRPr="00C4545C">
        <w:rPr>
          <w:rFonts w:cs="Arial"/>
          <w:sz w:val="22"/>
        </w:rPr>
        <w:t>за</w:t>
      </w:r>
      <w:proofErr w:type="spellEnd"/>
      <w:r w:rsidRPr="00C4545C">
        <w:rPr>
          <w:rFonts w:cs="Arial"/>
          <w:sz w:val="22"/>
        </w:rPr>
        <w:t xml:space="preserve"> </w:t>
      </w:r>
      <w:r w:rsidR="008E6C4D" w:rsidRPr="00C4545C">
        <w:rPr>
          <w:rFonts w:cs="Arial"/>
          <w:sz w:val="22"/>
          <w:lang w:val="mk-MK"/>
        </w:rPr>
        <w:t xml:space="preserve">воведување на т.н. </w:t>
      </w:r>
      <w:proofErr w:type="spellStart"/>
      <w:r w:rsidRPr="00C4545C">
        <w:rPr>
          <w:rFonts w:cs="Arial"/>
          <w:b/>
          <w:bCs/>
          <w:sz w:val="22"/>
        </w:rPr>
        <w:t>македонски</w:t>
      </w:r>
      <w:proofErr w:type="spellEnd"/>
      <w:r w:rsidRPr="00C4545C">
        <w:rPr>
          <w:rFonts w:cs="Arial"/>
          <w:b/>
          <w:bCs/>
          <w:sz w:val="22"/>
        </w:rPr>
        <w:t xml:space="preserve"> </w:t>
      </w:r>
      <w:proofErr w:type="spellStart"/>
      <w:r w:rsidRPr="00C4545C">
        <w:rPr>
          <w:rFonts w:cs="Arial"/>
          <w:b/>
          <w:bCs/>
          <w:sz w:val="22"/>
        </w:rPr>
        <w:t>инвестициски</w:t>
      </w:r>
      <w:proofErr w:type="spellEnd"/>
      <w:r w:rsidRPr="00C4545C">
        <w:rPr>
          <w:rFonts w:cs="Arial"/>
          <w:b/>
          <w:bCs/>
          <w:sz w:val="22"/>
        </w:rPr>
        <w:t xml:space="preserve"> </w:t>
      </w:r>
      <w:proofErr w:type="spellStart"/>
      <w:r w:rsidRPr="00C4545C">
        <w:rPr>
          <w:rFonts w:cs="Arial"/>
          <w:b/>
          <w:bCs/>
          <w:sz w:val="22"/>
        </w:rPr>
        <w:t>сметки</w:t>
      </w:r>
      <w:proofErr w:type="spellEnd"/>
      <w:r w:rsidRPr="00C4545C">
        <w:rPr>
          <w:rFonts w:cs="Arial"/>
          <w:b/>
          <w:bCs/>
          <w:sz w:val="22"/>
        </w:rPr>
        <w:t>.</w:t>
      </w:r>
      <w:r w:rsidRPr="00C4545C">
        <w:rPr>
          <w:rFonts w:cs="Arial"/>
          <w:sz w:val="22"/>
        </w:rPr>
        <w:t xml:space="preserve"> </w:t>
      </w:r>
      <w:r w:rsidR="008E6C4D" w:rsidRPr="00C4545C">
        <w:rPr>
          <w:rFonts w:cs="Arial"/>
          <w:sz w:val="22"/>
          <w:lang w:val="mk-MK"/>
        </w:rPr>
        <w:t xml:space="preserve">Цела Европа зборува за тоа. </w:t>
      </w:r>
      <w:proofErr w:type="spellStart"/>
      <w:r w:rsidRPr="00C4545C">
        <w:rPr>
          <w:rFonts w:cs="Arial"/>
          <w:sz w:val="22"/>
        </w:rPr>
        <w:t>Словенија</w:t>
      </w:r>
      <w:proofErr w:type="spellEnd"/>
      <w:r w:rsidRPr="00C4545C">
        <w:rPr>
          <w:rFonts w:cs="Arial"/>
          <w:sz w:val="22"/>
        </w:rPr>
        <w:t xml:space="preserve"> </w:t>
      </w:r>
      <w:proofErr w:type="spellStart"/>
      <w:r w:rsidRPr="00C4545C">
        <w:rPr>
          <w:rFonts w:cs="Arial"/>
          <w:sz w:val="22"/>
        </w:rPr>
        <w:t>веќе</w:t>
      </w:r>
      <w:proofErr w:type="spellEnd"/>
      <w:r w:rsidRPr="00C4545C">
        <w:rPr>
          <w:rFonts w:cs="Arial"/>
          <w:sz w:val="22"/>
        </w:rPr>
        <w:t xml:space="preserve"> </w:t>
      </w:r>
      <w:proofErr w:type="spellStart"/>
      <w:r w:rsidRPr="00C4545C">
        <w:rPr>
          <w:rFonts w:cs="Arial"/>
          <w:sz w:val="22"/>
        </w:rPr>
        <w:t>воведе</w:t>
      </w:r>
      <w:proofErr w:type="spellEnd"/>
      <w:r w:rsidRPr="00C4545C">
        <w:rPr>
          <w:rFonts w:cs="Arial"/>
          <w:sz w:val="22"/>
        </w:rPr>
        <w:t xml:space="preserve"> </w:t>
      </w:r>
      <w:proofErr w:type="spellStart"/>
      <w:r w:rsidRPr="00C4545C">
        <w:rPr>
          <w:rFonts w:cs="Arial"/>
          <w:sz w:val="22"/>
        </w:rPr>
        <w:t>ваков</w:t>
      </w:r>
      <w:proofErr w:type="spellEnd"/>
      <w:r w:rsidRPr="00C4545C">
        <w:rPr>
          <w:rFonts w:cs="Arial"/>
          <w:sz w:val="22"/>
        </w:rPr>
        <w:t xml:space="preserve"> </w:t>
      </w:r>
      <w:proofErr w:type="spellStart"/>
      <w:r w:rsidRPr="00C4545C">
        <w:rPr>
          <w:rFonts w:cs="Arial"/>
          <w:sz w:val="22"/>
        </w:rPr>
        <w:t>модел</w:t>
      </w:r>
      <w:proofErr w:type="spellEnd"/>
      <w:r w:rsidR="008E6C4D" w:rsidRPr="00C4545C">
        <w:rPr>
          <w:rFonts w:cs="Arial"/>
          <w:sz w:val="22"/>
          <w:lang w:val="mk-MK"/>
        </w:rPr>
        <w:t xml:space="preserve"> и мојот колега Марко од Љубљанска берза денес ќе има посебна презентација за тоа. Х</w:t>
      </w:r>
      <w:proofErr w:type="spellStart"/>
      <w:r w:rsidRPr="00C4545C">
        <w:rPr>
          <w:rFonts w:cs="Arial"/>
          <w:sz w:val="22"/>
        </w:rPr>
        <w:t>рватска</w:t>
      </w:r>
      <w:proofErr w:type="spellEnd"/>
      <w:r w:rsidR="008E6C4D" w:rsidRPr="00C4545C">
        <w:rPr>
          <w:rFonts w:cs="Arial"/>
          <w:sz w:val="22"/>
          <w:lang w:val="mk-MK"/>
        </w:rPr>
        <w:t xml:space="preserve"> неода</w:t>
      </w:r>
      <w:r w:rsidR="00DE4A2F">
        <w:rPr>
          <w:rFonts w:cs="Arial"/>
          <w:sz w:val="22"/>
          <w:lang w:val="mk-MK"/>
        </w:rPr>
        <w:t>м</w:t>
      </w:r>
      <w:r w:rsidR="008E6C4D" w:rsidRPr="00C4545C">
        <w:rPr>
          <w:rFonts w:cs="Arial"/>
          <w:sz w:val="22"/>
          <w:lang w:val="mk-MK"/>
        </w:rPr>
        <w:t>на</w:t>
      </w:r>
      <w:r w:rsidR="00DB7BB7" w:rsidRPr="00C4545C">
        <w:rPr>
          <w:rFonts w:cs="Arial"/>
          <w:sz w:val="22"/>
          <w:lang w:val="mk-MK"/>
        </w:rPr>
        <w:t xml:space="preserve"> </w:t>
      </w:r>
      <w:r w:rsidR="008E6C4D" w:rsidRPr="00C4545C">
        <w:rPr>
          <w:rFonts w:cs="Arial"/>
          <w:sz w:val="22"/>
          <w:lang w:val="mk-MK"/>
        </w:rPr>
        <w:t>го</w:t>
      </w:r>
      <w:r w:rsidRPr="00C4545C">
        <w:rPr>
          <w:rFonts w:cs="Arial"/>
          <w:sz w:val="22"/>
        </w:rPr>
        <w:t xml:space="preserve"> </w:t>
      </w:r>
      <w:proofErr w:type="spellStart"/>
      <w:r w:rsidRPr="00C4545C">
        <w:rPr>
          <w:rFonts w:cs="Arial"/>
          <w:sz w:val="22"/>
        </w:rPr>
        <w:t>претстави</w:t>
      </w:r>
      <w:proofErr w:type="spellEnd"/>
      <w:r w:rsidRPr="00C4545C">
        <w:rPr>
          <w:rFonts w:cs="Arial"/>
          <w:sz w:val="22"/>
        </w:rPr>
        <w:t xml:space="preserve"> </w:t>
      </w:r>
      <w:r w:rsidRPr="00C4545C">
        <w:rPr>
          <w:rFonts w:cs="Arial"/>
          <w:sz w:val="22"/>
          <w:lang w:val="mk-MK"/>
        </w:rPr>
        <w:t>нејзиниот</w:t>
      </w:r>
      <w:r w:rsidRPr="00C4545C">
        <w:rPr>
          <w:rFonts w:cs="Arial"/>
          <w:sz w:val="22"/>
        </w:rPr>
        <w:t xml:space="preserve"> </w:t>
      </w:r>
      <w:r w:rsidRPr="00C4545C">
        <w:rPr>
          <w:rFonts w:cs="Arial"/>
          <w:sz w:val="22"/>
          <w:lang w:val="mk-MK"/>
        </w:rPr>
        <w:t>модел</w:t>
      </w:r>
      <w:r w:rsidR="008E6C4D" w:rsidRPr="00C4545C">
        <w:rPr>
          <w:rFonts w:cs="Arial"/>
          <w:sz w:val="22"/>
          <w:lang w:val="mk-MK"/>
        </w:rPr>
        <w:t xml:space="preserve"> и планира да го имплементира </w:t>
      </w:r>
      <w:r w:rsidR="00771100">
        <w:rPr>
          <w:rFonts w:cs="Arial"/>
          <w:sz w:val="22"/>
          <w:lang w:val="mk-MK"/>
        </w:rPr>
        <w:t>следната година</w:t>
      </w:r>
      <w:r w:rsidRPr="00C4545C">
        <w:rPr>
          <w:rFonts w:cs="Arial"/>
          <w:sz w:val="22"/>
        </w:rPr>
        <w:t xml:space="preserve">. </w:t>
      </w:r>
      <w:proofErr w:type="spellStart"/>
      <w:r w:rsidR="00DB7BB7" w:rsidRPr="00C4545C">
        <w:rPr>
          <w:rFonts w:eastAsia="Times New Roman" w:cs="Arial"/>
          <w:sz w:val="22"/>
          <w:lang w:eastAsia="en-GB"/>
        </w:rPr>
        <w:t>Германија</w:t>
      </w:r>
      <w:proofErr w:type="spellEnd"/>
      <w:r w:rsidR="00DB7BB7" w:rsidRPr="00C4545C">
        <w:rPr>
          <w:rFonts w:eastAsia="Times New Roman" w:cs="Arial"/>
          <w:sz w:val="22"/>
          <w:lang w:eastAsia="en-GB"/>
        </w:rPr>
        <w:t xml:space="preserve">, </w:t>
      </w:r>
      <w:r w:rsidR="00DB7BB7" w:rsidRPr="00C4545C">
        <w:rPr>
          <w:rFonts w:eastAsia="Times New Roman" w:cs="Arial"/>
          <w:sz w:val="22"/>
          <w:lang w:val="mk-MK" w:eastAsia="en-GB"/>
        </w:rPr>
        <w:t xml:space="preserve">после децении конзервативна политика, оди кон воведување на </w:t>
      </w:r>
      <w:proofErr w:type="spellStart"/>
      <w:r w:rsidR="00DB7BB7" w:rsidRPr="00C4545C">
        <w:rPr>
          <w:rFonts w:eastAsia="Times New Roman" w:cs="Arial"/>
          <w:sz w:val="22"/>
          <w:lang w:eastAsia="en-GB"/>
        </w:rPr>
        <w:t>капитално</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поддржана</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компонента</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на</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пензискиот</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систем</w:t>
      </w:r>
      <w:proofErr w:type="spellEnd"/>
      <w:r w:rsidR="00DB7BB7" w:rsidRPr="00C4545C">
        <w:rPr>
          <w:rFonts w:eastAsia="Times New Roman" w:cs="Arial"/>
          <w:sz w:val="22"/>
          <w:lang w:eastAsia="en-GB"/>
        </w:rPr>
        <w:t xml:space="preserve"> </w:t>
      </w:r>
      <w:r w:rsidR="00DB7BB7" w:rsidRPr="00C4545C">
        <w:rPr>
          <w:rFonts w:eastAsia="Times New Roman" w:cs="Arial"/>
          <w:sz w:val="22"/>
          <w:lang w:val="mk-MK" w:eastAsia="en-GB"/>
        </w:rPr>
        <w:t xml:space="preserve">и </w:t>
      </w:r>
      <w:proofErr w:type="spellStart"/>
      <w:r w:rsidR="00DB7BB7" w:rsidRPr="00C4545C">
        <w:rPr>
          <w:rFonts w:eastAsia="Times New Roman" w:cs="Arial"/>
          <w:sz w:val="22"/>
          <w:lang w:eastAsia="en-GB"/>
        </w:rPr>
        <w:t>го</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отвора</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прашањето</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како</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долгорочното</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штедење</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да</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се</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поврзе</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со</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пазарни</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инвестиции</w:t>
      </w:r>
      <w:proofErr w:type="spellEnd"/>
      <w:r w:rsidR="00DB7BB7" w:rsidRPr="00C4545C">
        <w:rPr>
          <w:rFonts w:eastAsia="Times New Roman" w:cs="Arial"/>
          <w:sz w:val="22"/>
          <w:lang w:eastAsia="en-GB"/>
        </w:rPr>
        <w:t xml:space="preserve">. </w:t>
      </w:r>
      <w:r w:rsidR="00DB7BB7" w:rsidRPr="00C4545C">
        <w:rPr>
          <w:rFonts w:eastAsia="Times New Roman" w:cs="Arial"/>
          <w:sz w:val="22"/>
          <w:lang w:val="mk-MK" w:eastAsia="en-GB"/>
        </w:rPr>
        <w:t>П</w:t>
      </w:r>
      <w:proofErr w:type="spellStart"/>
      <w:r w:rsidR="00DB7BB7" w:rsidRPr="00C4545C">
        <w:rPr>
          <w:rFonts w:eastAsia="Times New Roman" w:cs="Arial"/>
          <w:sz w:val="22"/>
          <w:lang w:eastAsia="en-GB"/>
        </w:rPr>
        <w:t>ораката</w:t>
      </w:r>
      <w:proofErr w:type="spellEnd"/>
      <w:r w:rsidR="00DB7BB7" w:rsidRPr="00C4545C">
        <w:rPr>
          <w:rFonts w:eastAsia="Times New Roman" w:cs="Arial"/>
          <w:sz w:val="22"/>
          <w:lang w:eastAsia="en-GB"/>
        </w:rPr>
        <w:t xml:space="preserve"> </w:t>
      </w:r>
      <w:r w:rsidR="00DB7BB7" w:rsidRPr="00C4545C">
        <w:rPr>
          <w:rFonts w:eastAsia="Times New Roman" w:cs="Arial"/>
          <w:sz w:val="22"/>
          <w:lang w:val="mk-MK" w:eastAsia="en-GB"/>
        </w:rPr>
        <w:t xml:space="preserve">насекаде </w:t>
      </w:r>
      <w:r w:rsidR="00DB7BB7" w:rsidRPr="00C4545C">
        <w:rPr>
          <w:rFonts w:eastAsia="Times New Roman" w:cs="Arial"/>
          <w:sz w:val="22"/>
          <w:lang w:eastAsia="en-GB"/>
        </w:rPr>
        <w:t xml:space="preserve">е </w:t>
      </w:r>
      <w:proofErr w:type="spellStart"/>
      <w:r w:rsidR="00DB7BB7" w:rsidRPr="00C4545C">
        <w:rPr>
          <w:rFonts w:eastAsia="Times New Roman" w:cs="Arial"/>
          <w:sz w:val="22"/>
          <w:lang w:eastAsia="en-GB"/>
        </w:rPr>
        <w:t>иста</w:t>
      </w:r>
      <w:proofErr w:type="spellEnd"/>
      <w:r w:rsidR="00DB7BB7" w:rsidRPr="00C4545C">
        <w:rPr>
          <w:rFonts w:eastAsia="Times New Roman" w:cs="Arial"/>
          <w:sz w:val="22"/>
          <w:lang w:val="mk-MK" w:eastAsia="en-GB"/>
        </w:rPr>
        <w:t xml:space="preserve"> -</w:t>
      </w:r>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економиите</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што</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сакаат</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повеќе</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инвестиции</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мора</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подобро</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да</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го</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поврзат</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долгорочниот</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капитал</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со</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продуктивниот</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корпоративен</w:t>
      </w:r>
      <w:proofErr w:type="spellEnd"/>
      <w:r w:rsidR="00DB7BB7" w:rsidRPr="00C4545C">
        <w:rPr>
          <w:rFonts w:eastAsia="Times New Roman" w:cs="Arial"/>
          <w:sz w:val="22"/>
          <w:lang w:eastAsia="en-GB"/>
        </w:rPr>
        <w:t xml:space="preserve"> </w:t>
      </w:r>
      <w:proofErr w:type="spellStart"/>
      <w:r w:rsidR="00DB7BB7" w:rsidRPr="00C4545C">
        <w:rPr>
          <w:rFonts w:eastAsia="Times New Roman" w:cs="Arial"/>
          <w:sz w:val="22"/>
          <w:lang w:eastAsia="en-GB"/>
        </w:rPr>
        <w:t>сектор</w:t>
      </w:r>
      <w:proofErr w:type="spellEnd"/>
      <w:r w:rsidR="00DB7BB7" w:rsidRPr="00C4545C">
        <w:rPr>
          <w:rFonts w:eastAsia="Times New Roman" w:cs="Arial"/>
          <w:sz w:val="22"/>
          <w:lang w:eastAsia="en-GB"/>
        </w:rPr>
        <w:t>.</w:t>
      </w:r>
      <w:r w:rsidR="00DB7BB7" w:rsidRPr="00C4545C">
        <w:rPr>
          <w:rFonts w:eastAsia="Times New Roman" w:cs="Arial"/>
          <w:sz w:val="22"/>
          <w:lang w:val="mk-MK" w:eastAsia="en-GB"/>
        </w:rPr>
        <w:t xml:space="preserve"> Тоа е и </w:t>
      </w:r>
      <w:r w:rsidRPr="00C4545C">
        <w:rPr>
          <w:rFonts w:eastAsia="Times New Roman" w:cs="Arial"/>
          <w:sz w:val="22"/>
          <w:lang w:val="mk-MK" w:eastAsia="en-GB"/>
        </w:rPr>
        <w:t>суштината</w:t>
      </w:r>
      <w:r w:rsidR="00DB7BB7" w:rsidRPr="00C4545C">
        <w:rPr>
          <w:rFonts w:eastAsia="Times New Roman" w:cs="Arial"/>
          <w:sz w:val="22"/>
          <w:lang w:val="mk-MK" w:eastAsia="en-GB"/>
        </w:rPr>
        <w:t xml:space="preserve"> </w:t>
      </w:r>
      <w:r w:rsidRPr="00C4545C">
        <w:rPr>
          <w:rFonts w:eastAsia="Times New Roman" w:cs="Arial"/>
          <w:sz w:val="22"/>
          <w:lang w:val="mk-MK" w:eastAsia="en-GB"/>
        </w:rPr>
        <w:t>н</w:t>
      </w:r>
      <w:r w:rsidR="00DB7BB7" w:rsidRPr="00C4545C">
        <w:rPr>
          <w:rFonts w:eastAsia="Times New Roman" w:cs="Arial"/>
          <w:sz w:val="22"/>
          <w:lang w:val="mk-MK" w:eastAsia="en-GB"/>
        </w:rPr>
        <w:t>а т.н. Унија за штедење и инвестирање на Европската Комисија.</w:t>
      </w:r>
    </w:p>
    <w:p w14:paraId="75DB0228" w14:textId="258162C9" w:rsidR="00AC07EC" w:rsidRPr="00C4545C" w:rsidRDefault="00000000" w:rsidP="00CD502C">
      <w:pPr>
        <w:jc w:val="both"/>
        <w:rPr>
          <w:sz w:val="22"/>
          <w:lang w:val="mk-MK"/>
        </w:rPr>
      </w:pPr>
      <w:proofErr w:type="spellStart"/>
      <w:r w:rsidRPr="00C4545C">
        <w:rPr>
          <w:sz w:val="22"/>
        </w:rPr>
        <w:t>Логиката</w:t>
      </w:r>
      <w:proofErr w:type="spellEnd"/>
      <w:r w:rsidRPr="00C4545C">
        <w:rPr>
          <w:sz w:val="22"/>
        </w:rPr>
        <w:t xml:space="preserve"> е </w:t>
      </w:r>
      <w:proofErr w:type="spellStart"/>
      <w:r w:rsidRPr="00C4545C">
        <w:rPr>
          <w:sz w:val="22"/>
        </w:rPr>
        <w:t>едноставна</w:t>
      </w:r>
      <w:proofErr w:type="spellEnd"/>
      <w:r w:rsidR="00DB7BB7" w:rsidRPr="00C4545C">
        <w:rPr>
          <w:sz w:val="22"/>
          <w:lang w:val="mk-MK"/>
        </w:rPr>
        <w:t>.</w:t>
      </w:r>
      <w:r w:rsidRPr="00C4545C">
        <w:rPr>
          <w:sz w:val="22"/>
        </w:rPr>
        <w:t xml:space="preserve"> </w:t>
      </w:r>
      <w:r w:rsidR="00DB7BB7" w:rsidRPr="00C4545C">
        <w:rPr>
          <w:sz w:val="22"/>
          <w:lang w:val="mk-MK"/>
        </w:rPr>
        <w:t>Н</w:t>
      </w:r>
      <w:r w:rsidRPr="00C4545C">
        <w:rPr>
          <w:sz w:val="22"/>
        </w:rPr>
        <w:t xml:space="preserve">а </w:t>
      </w:r>
      <w:r w:rsidR="00DB7BB7" w:rsidRPr="00C4545C">
        <w:rPr>
          <w:sz w:val="22"/>
          <w:lang w:val="mk-MK"/>
        </w:rPr>
        <w:t xml:space="preserve">сопствените </w:t>
      </w:r>
      <w:proofErr w:type="spellStart"/>
      <w:r w:rsidRPr="00C4545C">
        <w:rPr>
          <w:sz w:val="22"/>
        </w:rPr>
        <w:t>граѓани</w:t>
      </w:r>
      <w:proofErr w:type="spellEnd"/>
      <w:r w:rsidRPr="00C4545C">
        <w:rPr>
          <w:sz w:val="22"/>
        </w:rPr>
        <w:t xml:space="preserve"> </w:t>
      </w:r>
      <w:r w:rsidR="00DB7BB7" w:rsidRPr="00C4545C">
        <w:rPr>
          <w:sz w:val="22"/>
          <w:lang w:val="mk-MK"/>
        </w:rPr>
        <w:t xml:space="preserve">треба </w:t>
      </w:r>
      <w:proofErr w:type="spellStart"/>
      <w:r w:rsidRPr="00C4545C">
        <w:rPr>
          <w:sz w:val="22"/>
        </w:rPr>
        <w:t>да</w:t>
      </w:r>
      <w:proofErr w:type="spellEnd"/>
      <w:r w:rsidRPr="00C4545C">
        <w:rPr>
          <w:sz w:val="22"/>
        </w:rPr>
        <w:t xml:space="preserve"> </w:t>
      </w:r>
      <w:proofErr w:type="spellStart"/>
      <w:r w:rsidRPr="00C4545C">
        <w:rPr>
          <w:sz w:val="22"/>
        </w:rPr>
        <w:t>им</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понуди</w:t>
      </w:r>
      <w:proofErr w:type="spellEnd"/>
      <w:r w:rsidRPr="00C4545C">
        <w:rPr>
          <w:sz w:val="22"/>
        </w:rPr>
        <w:t xml:space="preserve"> </w:t>
      </w:r>
      <w:r w:rsidR="00DB7BB7" w:rsidRPr="00C4545C">
        <w:rPr>
          <w:sz w:val="22"/>
          <w:lang w:val="mk-MK"/>
        </w:rPr>
        <w:t>едноставна</w:t>
      </w:r>
      <w:r w:rsidRPr="00C4545C">
        <w:rPr>
          <w:sz w:val="22"/>
        </w:rPr>
        <w:t xml:space="preserve"> </w:t>
      </w:r>
      <w:proofErr w:type="spellStart"/>
      <w:r w:rsidRPr="00C4545C">
        <w:rPr>
          <w:sz w:val="22"/>
        </w:rPr>
        <w:t>сметка</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инвестирање</w:t>
      </w:r>
      <w:proofErr w:type="spellEnd"/>
      <w:r w:rsidR="00DB7BB7" w:rsidRPr="00C4545C">
        <w:rPr>
          <w:sz w:val="22"/>
          <w:lang w:val="mk-MK"/>
        </w:rPr>
        <w:t xml:space="preserve"> во хартии од вредност</w:t>
      </w:r>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помалку</w:t>
      </w:r>
      <w:proofErr w:type="spellEnd"/>
      <w:r w:rsidRPr="00C4545C">
        <w:rPr>
          <w:sz w:val="22"/>
        </w:rPr>
        <w:t xml:space="preserve"> </w:t>
      </w:r>
      <w:proofErr w:type="spellStart"/>
      <w:r w:rsidRPr="00C4545C">
        <w:rPr>
          <w:sz w:val="22"/>
        </w:rPr>
        <w:t>администрација</w:t>
      </w:r>
      <w:proofErr w:type="spellEnd"/>
      <w:r w:rsidRPr="00C4545C">
        <w:rPr>
          <w:sz w:val="22"/>
        </w:rPr>
        <w:t xml:space="preserve"> и </w:t>
      </w:r>
      <w:proofErr w:type="spellStart"/>
      <w:r w:rsidRPr="00C4545C">
        <w:rPr>
          <w:sz w:val="22"/>
        </w:rPr>
        <w:t>со</w:t>
      </w:r>
      <w:proofErr w:type="spellEnd"/>
      <w:r w:rsidRPr="00C4545C">
        <w:rPr>
          <w:sz w:val="22"/>
        </w:rPr>
        <w:t xml:space="preserve"> </w:t>
      </w:r>
      <w:proofErr w:type="spellStart"/>
      <w:r w:rsidRPr="00C4545C">
        <w:rPr>
          <w:sz w:val="22"/>
        </w:rPr>
        <w:t>даночни</w:t>
      </w:r>
      <w:proofErr w:type="spellEnd"/>
      <w:r w:rsidRPr="00C4545C">
        <w:rPr>
          <w:sz w:val="22"/>
        </w:rPr>
        <w:t xml:space="preserve"> </w:t>
      </w:r>
      <w:proofErr w:type="spellStart"/>
      <w:r w:rsidRPr="00C4545C">
        <w:rPr>
          <w:sz w:val="22"/>
        </w:rPr>
        <w:t>поволности</w:t>
      </w:r>
      <w:proofErr w:type="spellEnd"/>
      <w:r w:rsidRPr="00C4545C">
        <w:rPr>
          <w:sz w:val="22"/>
        </w:rPr>
        <w:t xml:space="preserve"> </w:t>
      </w:r>
      <w:proofErr w:type="spellStart"/>
      <w:r w:rsidRPr="00C4545C">
        <w:rPr>
          <w:sz w:val="22"/>
        </w:rPr>
        <w:t>што</w:t>
      </w:r>
      <w:proofErr w:type="spellEnd"/>
      <w:r w:rsidRPr="00C4545C">
        <w:rPr>
          <w:sz w:val="22"/>
        </w:rPr>
        <w:t xml:space="preserve"> </w:t>
      </w:r>
      <w:proofErr w:type="spellStart"/>
      <w:r w:rsidRPr="00C4545C">
        <w:rPr>
          <w:sz w:val="22"/>
        </w:rPr>
        <w:t>го</w:t>
      </w:r>
      <w:proofErr w:type="spellEnd"/>
      <w:r w:rsidRPr="00C4545C">
        <w:rPr>
          <w:sz w:val="22"/>
        </w:rPr>
        <w:t xml:space="preserve"> </w:t>
      </w:r>
      <w:proofErr w:type="spellStart"/>
      <w:r w:rsidRPr="00C4545C">
        <w:rPr>
          <w:sz w:val="22"/>
        </w:rPr>
        <w:t>поттикнуваат</w:t>
      </w:r>
      <w:proofErr w:type="spellEnd"/>
      <w:r w:rsidRPr="00C4545C">
        <w:rPr>
          <w:sz w:val="22"/>
        </w:rPr>
        <w:t xml:space="preserve"> </w:t>
      </w:r>
      <w:proofErr w:type="spellStart"/>
      <w:r w:rsidRPr="00C4545C">
        <w:rPr>
          <w:sz w:val="22"/>
        </w:rPr>
        <w:t>долгорочното</w:t>
      </w:r>
      <w:proofErr w:type="spellEnd"/>
      <w:r w:rsidRPr="00C4545C">
        <w:rPr>
          <w:sz w:val="22"/>
        </w:rPr>
        <w:t xml:space="preserve"> </w:t>
      </w:r>
      <w:proofErr w:type="spellStart"/>
      <w:r w:rsidRPr="00C4545C">
        <w:rPr>
          <w:sz w:val="22"/>
        </w:rPr>
        <w:t>вложување</w:t>
      </w:r>
      <w:proofErr w:type="spellEnd"/>
      <w:r w:rsidRPr="00C4545C">
        <w:rPr>
          <w:sz w:val="22"/>
        </w:rPr>
        <w:t xml:space="preserve">. </w:t>
      </w:r>
      <w:r w:rsidR="00DB7BB7" w:rsidRPr="00C4545C">
        <w:rPr>
          <w:sz w:val="22"/>
          <w:lang w:val="mk-MK"/>
        </w:rPr>
        <w:t xml:space="preserve">Притоа, треба да се стимулира вложувањето во домашни компании. </w:t>
      </w:r>
    </w:p>
    <w:p w14:paraId="6DEE9FA1" w14:textId="1B30196B" w:rsidR="00AC07EC" w:rsidRPr="00C4545C" w:rsidRDefault="00000000" w:rsidP="00CD502C">
      <w:pPr>
        <w:jc w:val="both"/>
        <w:rPr>
          <w:sz w:val="22"/>
        </w:rPr>
      </w:pPr>
      <w:proofErr w:type="spellStart"/>
      <w:r w:rsidRPr="00C4545C">
        <w:rPr>
          <w:sz w:val="22"/>
        </w:rPr>
        <w:t>Сметам</w:t>
      </w:r>
      <w:proofErr w:type="spellEnd"/>
      <w:r w:rsidRPr="00C4545C">
        <w:rPr>
          <w:sz w:val="22"/>
        </w:rPr>
        <w:t xml:space="preserve"> </w:t>
      </w:r>
      <w:proofErr w:type="spellStart"/>
      <w:r w:rsidRPr="00C4545C">
        <w:rPr>
          <w:sz w:val="22"/>
        </w:rPr>
        <w:t>дека</w:t>
      </w:r>
      <w:proofErr w:type="spellEnd"/>
      <w:r w:rsidRPr="00C4545C">
        <w:rPr>
          <w:sz w:val="22"/>
        </w:rPr>
        <w:t xml:space="preserve"> и </w:t>
      </w:r>
      <w:proofErr w:type="spellStart"/>
      <w:r w:rsidRPr="00C4545C">
        <w:rPr>
          <w:sz w:val="22"/>
        </w:rPr>
        <w:t>ние</w:t>
      </w:r>
      <w:proofErr w:type="spellEnd"/>
      <w:r w:rsidRPr="00C4545C">
        <w:rPr>
          <w:sz w:val="22"/>
        </w:rPr>
        <w:t xml:space="preserve"> </w:t>
      </w:r>
      <w:proofErr w:type="spellStart"/>
      <w:r w:rsidRPr="00C4545C">
        <w:rPr>
          <w:sz w:val="22"/>
        </w:rPr>
        <w:t>треба</w:t>
      </w:r>
      <w:proofErr w:type="spellEnd"/>
      <w:r w:rsidRPr="00C4545C">
        <w:rPr>
          <w:sz w:val="22"/>
        </w:rPr>
        <w:t xml:space="preserve"> </w:t>
      </w:r>
      <w:r w:rsidR="00DB7BB7" w:rsidRPr="00C4545C">
        <w:rPr>
          <w:sz w:val="22"/>
          <w:lang w:val="mk-MK"/>
        </w:rPr>
        <w:t xml:space="preserve">што поскоро </w:t>
      </w:r>
      <w:proofErr w:type="spellStart"/>
      <w:r w:rsidRPr="00C4545C">
        <w:rPr>
          <w:sz w:val="22"/>
        </w:rPr>
        <w:t>да</w:t>
      </w:r>
      <w:proofErr w:type="spellEnd"/>
      <w:r w:rsidRPr="00C4545C">
        <w:rPr>
          <w:sz w:val="22"/>
        </w:rPr>
        <w:t xml:space="preserve"> </w:t>
      </w:r>
      <w:proofErr w:type="spellStart"/>
      <w:r w:rsidRPr="00C4545C">
        <w:rPr>
          <w:sz w:val="22"/>
        </w:rPr>
        <w:t>дизајнираме</w:t>
      </w:r>
      <w:proofErr w:type="spellEnd"/>
      <w:r w:rsidRPr="00C4545C">
        <w:rPr>
          <w:sz w:val="22"/>
        </w:rPr>
        <w:t xml:space="preserve"> </w:t>
      </w:r>
      <w:proofErr w:type="spellStart"/>
      <w:r w:rsidRPr="00C4545C">
        <w:rPr>
          <w:sz w:val="22"/>
        </w:rPr>
        <w:t>сопствено</w:t>
      </w:r>
      <w:proofErr w:type="spellEnd"/>
      <w:r w:rsidRPr="00C4545C">
        <w:rPr>
          <w:sz w:val="22"/>
        </w:rPr>
        <w:t xml:space="preserve"> </w:t>
      </w:r>
      <w:proofErr w:type="spellStart"/>
      <w:r w:rsidRPr="00C4545C">
        <w:rPr>
          <w:sz w:val="22"/>
        </w:rPr>
        <w:t>решение</w:t>
      </w:r>
      <w:proofErr w:type="spellEnd"/>
      <w:r w:rsidRPr="00C4545C">
        <w:rPr>
          <w:sz w:val="22"/>
        </w:rPr>
        <w:t xml:space="preserve"> и </w:t>
      </w:r>
      <w:proofErr w:type="spellStart"/>
      <w:r w:rsidRPr="00C4545C">
        <w:rPr>
          <w:sz w:val="22"/>
        </w:rPr>
        <w:t>во</w:t>
      </w:r>
      <w:proofErr w:type="spellEnd"/>
      <w:r w:rsidRPr="00C4545C">
        <w:rPr>
          <w:sz w:val="22"/>
        </w:rPr>
        <w:t xml:space="preserve"> </w:t>
      </w:r>
      <w:proofErr w:type="spellStart"/>
      <w:r w:rsidRPr="00C4545C">
        <w:rPr>
          <w:sz w:val="22"/>
        </w:rPr>
        <w:t>него</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предвидиме</w:t>
      </w:r>
      <w:proofErr w:type="spellEnd"/>
      <w:r w:rsidRPr="00C4545C">
        <w:rPr>
          <w:sz w:val="22"/>
        </w:rPr>
        <w:t xml:space="preserve"> </w:t>
      </w:r>
      <w:proofErr w:type="spellStart"/>
      <w:r w:rsidRPr="00C4545C">
        <w:rPr>
          <w:sz w:val="22"/>
        </w:rPr>
        <w:t>даночно</w:t>
      </w:r>
      <w:proofErr w:type="spellEnd"/>
      <w:r w:rsidRPr="00C4545C">
        <w:rPr>
          <w:sz w:val="22"/>
        </w:rPr>
        <w:t xml:space="preserve"> </w:t>
      </w:r>
      <w:proofErr w:type="spellStart"/>
      <w:r w:rsidRPr="00C4545C">
        <w:rPr>
          <w:sz w:val="22"/>
        </w:rPr>
        <w:t>стимулирање</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вложувањето</w:t>
      </w:r>
      <w:proofErr w:type="spellEnd"/>
      <w:r w:rsidRPr="00C4545C">
        <w:rPr>
          <w:sz w:val="22"/>
        </w:rPr>
        <w:t xml:space="preserve"> </w:t>
      </w:r>
      <w:r w:rsidR="00C1762D" w:rsidRPr="00C4545C">
        <w:rPr>
          <w:sz w:val="22"/>
          <w:lang w:val="mk-MK"/>
        </w:rPr>
        <w:t>во</w:t>
      </w:r>
      <w:r w:rsidRPr="00C4545C">
        <w:rPr>
          <w:sz w:val="22"/>
        </w:rPr>
        <w:t xml:space="preserve"> </w:t>
      </w:r>
      <w:r w:rsidR="00C1762D" w:rsidRPr="00C4545C">
        <w:rPr>
          <w:sz w:val="22"/>
          <w:lang w:val="mk-MK"/>
        </w:rPr>
        <w:t>м</w:t>
      </w:r>
      <w:proofErr w:type="spellStart"/>
      <w:r w:rsidRPr="00C4545C">
        <w:rPr>
          <w:sz w:val="22"/>
        </w:rPr>
        <w:t>акедонск</w:t>
      </w:r>
      <w:proofErr w:type="spellEnd"/>
      <w:r w:rsidR="00C1762D" w:rsidRPr="00C4545C">
        <w:rPr>
          <w:sz w:val="22"/>
          <w:lang w:val="mk-MK"/>
        </w:rPr>
        <w:t>и финансиски инструменти</w:t>
      </w:r>
      <w:r w:rsidRPr="00C4545C">
        <w:rPr>
          <w:sz w:val="22"/>
        </w:rPr>
        <w:t xml:space="preserve">. </w:t>
      </w:r>
      <w:r w:rsidR="00DE4A2F">
        <w:rPr>
          <w:sz w:val="22"/>
          <w:lang w:val="mk-MK"/>
        </w:rPr>
        <w:t>Овие</w:t>
      </w:r>
      <w:r w:rsidRPr="00C4545C">
        <w:rPr>
          <w:sz w:val="22"/>
        </w:rPr>
        <w:t xml:space="preserve"> </w:t>
      </w:r>
      <w:proofErr w:type="spellStart"/>
      <w:r w:rsidRPr="00C4545C">
        <w:rPr>
          <w:sz w:val="22"/>
        </w:rPr>
        <w:t>поттикнувања</w:t>
      </w:r>
      <w:proofErr w:type="spellEnd"/>
      <w:r w:rsidRPr="00C4545C">
        <w:rPr>
          <w:sz w:val="22"/>
        </w:rPr>
        <w:t xml:space="preserve"> </w:t>
      </w:r>
      <w:proofErr w:type="spellStart"/>
      <w:r w:rsidRPr="00C4545C">
        <w:rPr>
          <w:sz w:val="22"/>
        </w:rPr>
        <w:t>треба</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бидат</w:t>
      </w:r>
      <w:proofErr w:type="spellEnd"/>
      <w:r w:rsidRPr="00C4545C">
        <w:rPr>
          <w:sz w:val="22"/>
        </w:rPr>
        <w:t xml:space="preserve"> </w:t>
      </w:r>
      <w:proofErr w:type="spellStart"/>
      <w:r w:rsidRPr="00C4545C">
        <w:rPr>
          <w:sz w:val="22"/>
        </w:rPr>
        <w:t>внимателно</w:t>
      </w:r>
      <w:proofErr w:type="spellEnd"/>
      <w:r w:rsidRPr="00C4545C">
        <w:rPr>
          <w:sz w:val="22"/>
        </w:rPr>
        <w:t xml:space="preserve"> </w:t>
      </w:r>
      <w:proofErr w:type="spellStart"/>
      <w:r w:rsidRPr="00C4545C">
        <w:rPr>
          <w:sz w:val="22"/>
        </w:rPr>
        <w:t>усогласени</w:t>
      </w:r>
      <w:proofErr w:type="spellEnd"/>
      <w:r w:rsidRPr="00C4545C">
        <w:rPr>
          <w:sz w:val="22"/>
        </w:rPr>
        <w:t xml:space="preserve"> </w:t>
      </w:r>
      <w:proofErr w:type="spellStart"/>
      <w:r w:rsidRPr="00C4545C">
        <w:rPr>
          <w:sz w:val="22"/>
        </w:rPr>
        <w:t>со</w:t>
      </w:r>
      <w:proofErr w:type="spellEnd"/>
      <w:r w:rsidRPr="00C4545C">
        <w:rPr>
          <w:sz w:val="22"/>
        </w:rPr>
        <w:t xml:space="preserve"> </w:t>
      </w:r>
      <w:r w:rsidR="00C1762D" w:rsidRPr="00C4545C">
        <w:rPr>
          <w:sz w:val="22"/>
          <w:lang w:val="mk-MK"/>
        </w:rPr>
        <w:t xml:space="preserve">актуелните </w:t>
      </w:r>
      <w:proofErr w:type="spellStart"/>
      <w:r w:rsidRPr="00C4545C">
        <w:rPr>
          <w:sz w:val="22"/>
        </w:rPr>
        <w:t>европск</w:t>
      </w:r>
      <w:proofErr w:type="spellEnd"/>
      <w:r w:rsidR="00C1762D" w:rsidRPr="00C4545C">
        <w:rPr>
          <w:sz w:val="22"/>
          <w:lang w:val="mk-MK"/>
        </w:rPr>
        <w:t>и</w:t>
      </w:r>
      <w:r w:rsidRPr="00C4545C">
        <w:rPr>
          <w:sz w:val="22"/>
        </w:rPr>
        <w:t xml:space="preserve"> </w:t>
      </w:r>
      <w:r w:rsidR="00C1762D" w:rsidRPr="00C4545C">
        <w:rPr>
          <w:sz w:val="22"/>
          <w:lang w:val="mk-MK"/>
        </w:rPr>
        <w:t xml:space="preserve">трендови </w:t>
      </w:r>
      <w:r w:rsidRPr="00C4545C">
        <w:rPr>
          <w:sz w:val="22"/>
        </w:rPr>
        <w:t xml:space="preserve">и </w:t>
      </w:r>
      <w:proofErr w:type="spellStart"/>
      <w:r w:rsidRPr="00C4545C">
        <w:rPr>
          <w:sz w:val="22"/>
        </w:rPr>
        <w:t>насочени</w:t>
      </w:r>
      <w:proofErr w:type="spellEnd"/>
      <w:r w:rsidRPr="00C4545C">
        <w:rPr>
          <w:sz w:val="22"/>
        </w:rPr>
        <w:t xml:space="preserve"> </w:t>
      </w:r>
      <w:proofErr w:type="spellStart"/>
      <w:r w:rsidRPr="00C4545C">
        <w:rPr>
          <w:sz w:val="22"/>
        </w:rPr>
        <w:t>кон</w:t>
      </w:r>
      <w:proofErr w:type="spellEnd"/>
      <w:r w:rsidRPr="00C4545C">
        <w:rPr>
          <w:sz w:val="22"/>
        </w:rPr>
        <w:t xml:space="preserve"> </w:t>
      </w:r>
      <w:proofErr w:type="spellStart"/>
      <w:r w:rsidRPr="00C4545C">
        <w:rPr>
          <w:sz w:val="22"/>
        </w:rPr>
        <w:t>пошироко</w:t>
      </w:r>
      <w:proofErr w:type="spellEnd"/>
      <w:r w:rsidRPr="00C4545C">
        <w:rPr>
          <w:sz w:val="22"/>
        </w:rPr>
        <w:t xml:space="preserve"> </w:t>
      </w:r>
      <w:proofErr w:type="spellStart"/>
      <w:r w:rsidRPr="00C4545C">
        <w:rPr>
          <w:sz w:val="22"/>
        </w:rPr>
        <w:t>учество</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граѓаните</w:t>
      </w:r>
      <w:proofErr w:type="spellEnd"/>
      <w:r w:rsidRPr="00C4545C">
        <w:rPr>
          <w:sz w:val="22"/>
        </w:rPr>
        <w:t xml:space="preserve"> и </w:t>
      </w:r>
      <w:proofErr w:type="spellStart"/>
      <w:r w:rsidRPr="00C4545C">
        <w:rPr>
          <w:sz w:val="22"/>
        </w:rPr>
        <w:t>финансирање</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компаниите</w:t>
      </w:r>
      <w:proofErr w:type="spellEnd"/>
      <w:r w:rsidRPr="00C4545C">
        <w:rPr>
          <w:sz w:val="22"/>
        </w:rPr>
        <w:t>.</w:t>
      </w:r>
    </w:p>
    <w:p w14:paraId="162C0DF1" w14:textId="30A36B01" w:rsidR="00900794" w:rsidRPr="00C4545C" w:rsidRDefault="00900794" w:rsidP="00E919BC">
      <w:pPr>
        <w:keepNext/>
        <w:jc w:val="both"/>
        <w:rPr>
          <w:bCs/>
          <w:sz w:val="22"/>
        </w:rPr>
      </w:pPr>
      <w:r w:rsidRPr="00C4545C">
        <w:rPr>
          <w:bCs/>
          <w:sz w:val="22"/>
          <w:lang w:val="mk-MK"/>
        </w:rPr>
        <w:t xml:space="preserve">Македонската инвестициска сметка може да помогне </w:t>
      </w:r>
      <w:proofErr w:type="spellStart"/>
      <w:r w:rsidRPr="00C4545C">
        <w:rPr>
          <w:b/>
          <w:sz w:val="22"/>
        </w:rPr>
        <w:t>посериозно</w:t>
      </w:r>
      <w:proofErr w:type="spellEnd"/>
      <w:r w:rsidRPr="00C4545C">
        <w:rPr>
          <w:b/>
          <w:sz w:val="22"/>
        </w:rPr>
        <w:t xml:space="preserve"> </w:t>
      </w:r>
      <w:proofErr w:type="spellStart"/>
      <w:r w:rsidRPr="00C4545C">
        <w:rPr>
          <w:b/>
          <w:sz w:val="22"/>
        </w:rPr>
        <w:t>да</w:t>
      </w:r>
      <w:proofErr w:type="spellEnd"/>
      <w:r w:rsidRPr="00C4545C">
        <w:rPr>
          <w:b/>
          <w:sz w:val="22"/>
        </w:rPr>
        <w:t xml:space="preserve"> </w:t>
      </w:r>
      <w:proofErr w:type="spellStart"/>
      <w:r w:rsidRPr="00C4545C">
        <w:rPr>
          <w:b/>
          <w:sz w:val="22"/>
        </w:rPr>
        <w:t>ги</w:t>
      </w:r>
      <w:proofErr w:type="spellEnd"/>
      <w:r w:rsidRPr="00C4545C">
        <w:rPr>
          <w:b/>
          <w:sz w:val="22"/>
        </w:rPr>
        <w:t xml:space="preserve"> </w:t>
      </w:r>
      <w:proofErr w:type="spellStart"/>
      <w:r w:rsidRPr="00C4545C">
        <w:rPr>
          <w:b/>
          <w:sz w:val="22"/>
        </w:rPr>
        <w:t>вклучиме</w:t>
      </w:r>
      <w:proofErr w:type="spellEnd"/>
      <w:r w:rsidRPr="00C4545C">
        <w:rPr>
          <w:b/>
          <w:sz w:val="22"/>
        </w:rPr>
        <w:t xml:space="preserve"> </w:t>
      </w:r>
      <w:r w:rsidRPr="00C4545C">
        <w:rPr>
          <w:b/>
          <w:sz w:val="22"/>
          <w:lang w:val="mk-MK"/>
        </w:rPr>
        <w:t xml:space="preserve">и </w:t>
      </w:r>
      <w:proofErr w:type="spellStart"/>
      <w:r w:rsidRPr="00C4545C">
        <w:rPr>
          <w:b/>
          <w:sz w:val="22"/>
        </w:rPr>
        <w:t>помладите</w:t>
      </w:r>
      <w:proofErr w:type="spellEnd"/>
      <w:r w:rsidRPr="00C4545C">
        <w:rPr>
          <w:b/>
          <w:sz w:val="22"/>
        </w:rPr>
        <w:t xml:space="preserve"> </w:t>
      </w:r>
      <w:proofErr w:type="spellStart"/>
      <w:r w:rsidRPr="00C4545C">
        <w:rPr>
          <w:b/>
          <w:sz w:val="22"/>
        </w:rPr>
        <w:t>инвеститори</w:t>
      </w:r>
      <w:proofErr w:type="spellEnd"/>
      <w:r w:rsidRPr="00C4545C">
        <w:rPr>
          <w:b/>
          <w:sz w:val="22"/>
        </w:rPr>
        <w:t>.</w:t>
      </w:r>
      <w:r w:rsidRPr="00C4545C">
        <w:rPr>
          <w:bCs/>
          <w:sz w:val="22"/>
          <w:lang w:val="mk-MK"/>
        </w:rPr>
        <w:t xml:space="preserve"> </w:t>
      </w:r>
      <w:proofErr w:type="spellStart"/>
      <w:r w:rsidRPr="00C4545C">
        <w:rPr>
          <w:bCs/>
          <w:sz w:val="22"/>
        </w:rPr>
        <w:t>За</w:t>
      </w:r>
      <w:proofErr w:type="spellEnd"/>
      <w:r w:rsidRPr="00C4545C">
        <w:rPr>
          <w:bCs/>
          <w:sz w:val="22"/>
        </w:rPr>
        <w:t xml:space="preserve"> </w:t>
      </w:r>
      <w:proofErr w:type="spellStart"/>
      <w:r w:rsidRPr="00C4545C">
        <w:rPr>
          <w:bCs/>
          <w:sz w:val="22"/>
        </w:rPr>
        <w:t>ова</w:t>
      </w:r>
      <w:proofErr w:type="spellEnd"/>
      <w:r w:rsidRPr="00C4545C">
        <w:rPr>
          <w:bCs/>
          <w:sz w:val="22"/>
        </w:rPr>
        <w:t xml:space="preserve"> </w:t>
      </w:r>
      <w:proofErr w:type="spellStart"/>
      <w:r w:rsidRPr="00C4545C">
        <w:rPr>
          <w:bCs/>
          <w:sz w:val="22"/>
        </w:rPr>
        <w:t>зборува</w:t>
      </w:r>
      <w:proofErr w:type="spellEnd"/>
      <w:r w:rsidRPr="00C4545C">
        <w:rPr>
          <w:bCs/>
          <w:sz w:val="22"/>
          <w:lang w:val="mk-MK"/>
        </w:rPr>
        <w:t>м често во јавноста.</w:t>
      </w:r>
      <w:r w:rsidRPr="00C4545C">
        <w:rPr>
          <w:bCs/>
          <w:sz w:val="22"/>
        </w:rPr>
        <w:t xml:space="preserve"> </w:t>
      </w:r>
      <w:proofErr w:type="spellStart"/>
      <w:r w:rsidRPr="00C4545C">
        <w:rPr>
          <w:bCs/>
          <w:sz w:val="22"/>
        </w:rPr>
        <w:t>Во</w:t>
      </w:r>
      <w:proofErr w:type="spellEnd"/>
      <w:r w:rsidRPr="00C4545C">
        <w:rPr>
          <w:bCs/>
          <w:sz w:val="22"/>
        </w:rPr>
        <w:t xml:space="preserve"> </w:t>
      </w:r>
      <w:proofErr w:type="spellStart"/>
      <w:r w:rsidRPr="00C4545C">
        <w:rPr>
          <w:bCs/>
          <w:sz w:val="22"/>
        </w:rPr>
        <w:t>меѓувреме</w:t>
      </w:r>
      <w:proofErr w:type="spellEnd"/>
      <w:r w:rsidRPr="00C4545C">
        <w:rPr>
          <w:bCs/>
          <w:sz w:val="22"/>
        </w:rPr>
        <w:t xml:space="preserve">, </w:t>
      </w:r>
      <w:proofErr w:type="spellStart"/>
      <w:r w:rsidRPr="00C4545C">
        <w:rPr>
          <w:bCs/>
          <w:sz w:val="22"/>
        </w:rPr>
        <w:t>младите</w:t>
      </w:r>
      <w:proofErr w:type="spellEnd"/>
      <w:r w:rsidRPr="00C4545C">
        <w:rPr>
          <w:bCs/>
          <w:sz w:val="22"/>
        </w:rPr>
        <w:t xml:space="preserve"> </w:t>
      </w:r>
      <w:proofErr w:type="spellStart"/>
      <w:r w:rsidRPr="00C4545C">
        <w:rPr>
          <w:bCs/>
          <w:sz w:val="22"/>
        </w:rPr>
        <w:t>формираат</w:t>
      </w:r>
      <w:proofErr w:type="spellEnd"/>
      <w:r w:rsidRPr="00C4545C">
        <w:rPr>
          <w:bCs/>
          <w:sz w:val="22"/>
        </w:rPr>
        <w:t xml:space="preserve"> </w:t>
      </w:r>
      <w:proofErr w:type="spellStart"/>
      <w:r w:rsidRPr="00C4545C">
        <w:rPr>
          <w:bCs/>
          <w:sz w:val="22"/>
        </w:rPr>
        <w:t>инвестициски</w:t>
      </w:r>
      <w:proofErr w:type="spellEnd"/>
      <w:r w:rsidRPr="00C4545C">
        <w:rPr>
          <w:bCs/>
          <w:sz w:val="22"/>
        </w:rPr>
        <w:t xml:space="preserve"> </w:t>
      </w:r>
      <w:proofErr w:type="spellStart"/>
      <w:r w:rsidRPr="00C4545C">
        <w:rPr>
          <w:bCs/>
          <w:sz w:val="22"/>
        </w:rPr>
        <w:t>навики</w:t>
      </w:r>
      <w:proofErr w:type="spellEnd"/>
      <w:r w:rsidRPr="00C4545C">
        <w:rPr>
          <w:bCs/>
          <w:sz w:val="22"/>
        </w:rPr>
        <w:t xml:space="preserve">. </w:t>
      </w:r>
      <w:r w:rsidRPr="00C4545C">
        <w:rPr>
          <w:bCs/>
          <w:sz w:val="22"/>
          <w:lang w:val="mk-MK"/>
        </w:rPr>
        <w:t>Н</w:t>
      </w:r>
      <w:proofErr w:type="spellStart"/>
      <w:r w:rsidRPr="00C4545C">
        <w:rPr>
          <w:bCs/>
          <w:sz w:val="22"/>
        </w:rPr>
        <w:t>ашиот</w:t>
      </w:r>
      <w:proofErr w:type="spellEnd"/>
      <w:r w:rsidRPr="00C4545C">
        <w:rPr>
          <w:bCs/>
          <w:sz w:val="22"/>
        </w:rPr>
        <w:t xml:space="preserve"> </w:t>
      </w:r>
      <w:proofErr w:type="spellStart"/>
      <w:r w:rsidRPr="00C4545C">
        <w:rPr>
          <w:bCs/>
          <w:sz w:val="22"/>
        </w:rPr>
        <w:t>пазар</w:t>
      </w:r>
      <w:proofErr w:type="spellEnd"/>
      <w:r w:rsidRPr="00C4545C">
        <w:rPr>
          <w:bCs/>
          <w:sz w:val="22"/>
        </w:rPr>
        <w:t xml:space="preserve"> </w:t>
      </w:r>
      <w:r w:rsidRPr="00C4545C">
        <w:rPr>
          <w:bCs/>
          <w:sz w:val="22"/>
          <w:lang w:val="mk-MK"/>
        </w:rPr>
        <w:t xml:space="preserve">најчесто не </w:t>
      </w:r>
      <w:r w:rsidRPr="00C4545C">
        <w:rPr>
          <w:bCs/>
          <w:sz w:val="22"/>
        </w:rPr>
        <w:t xml:space="preserve">е </w:t>
      </w:r>
      <w:proofErr w:type="spellStart"/>
      <w:r w:rsidRPr="00C4545C">
        <w:rPr>
          <w:bCs/>
          <w:sz w:val="22"/>
        </w:rPr>
        <w:t>присутен</w:t>
      </w:r>
      <w:proofErr w:type="spellEnd"/>
      <w:r w:rsidRPr="00C4545C">
        <w:rPr>
          <w:bCs/>
          <w:sz w:val="22"/>
        </w:rPr>
        <w:t xml:space="preserve"> </w:t>
      </w:r>
      <w:proofErr w:type="spellStart"/>
      <w:r w:rsidRPr="00C4545C">
        <w:rPr>
          <w:bCs/>
          <w:sz w:val="22"/>
        </w:rPr>
        <w:t>во</w:t>
      </w:r>
      <w:proofErr w:type="spellEnd"/>
      <w:r w:rsidRPr="00C4545C">
        <w:rPr>
          <w:bCs/>
          <w:sz w:val="22"/>
        </w:rPr>
        <w:t xml:space="preserve"> </w:t>
      </w:r>
      <w:proofErr w:type="spellStart"/>
      <w:r w:rsidRPr="00C4545C">
        <w:rPr>
          <w:bCs/>
          <w:sz w:val="22"/>
        </w:rPr>
        <w:t>нивниот</w:t>
      </w:r>
      <w:proofErr w:type="spellEnd"/>
      <w:r w:rsidRPr="00C4545C">
        <w:rPr>
          <w:bCs/>
          <w:sz w:val="22"/>
        </w:rPr>
        <w:t xml:space="preserve"> </w:t>
      </w:r>
      <w:proofErr w:type="spellStart"/>
      <w:r w:rsidRPr="00C4545C">
        <w:rPr>
          <w:bCs/>
          <w:sz w:val="22"/>
        </w:rPr>
        <w:t>избор</w:t>
      </w:r>
      <w:proofErr w:type="spellEnd"/>
      <w:r w:rsidRPr="00C4545C">
        <w:rPr>
          <w:bCs/>
          <w:sz w:val="22"/>
        </w:rPr>
        <w:t>.</w:t>
      </w:r>
      <w:r w:rsidR="00E919BC">
        <w:rPr>
          <w:bCs/>
          <w:sz w:val="22"/>
          <w:lang w:val="mk-MK"/>
        </w:rPr>
        <w:t xml:space="preserve"> </w:t>
      </w:r>
      <w:r w:rsidRPr="00C4545C">
        <w:rPr>
          <w:bCs/>
          <w:sz w:val="22"/>
          <w:lang w:val="mk-MK"/>
        </w:rPr>
        <w:t>Секако, покрај економските стимулации за млади инвеститори, п</w:t>
      </w:r>
      <w:proofErr w:type="spellStart"/>
      <w:r w:rsidRPr="00C4545C">
        <w:rPr>
          <w:bCs/>
          <w:sz w:val="22"/>
        </w:rPr>
        <w:t>отребн</w:t>
      </w:r>
      <w:proofErr w:type="spellEnd"/>
      <w:r w:rsidRPr="00C4545C">
        <w:rPr>
          <w:bCs/>
          <w:sz w:val="22"/>
          <w:lang w:val="mk-MK"/>
        </w:rPr>
        <w:t>а</w:t>
      </w:r>
      <w:r w:rsidRPr="00C4545C">
        <w:rPr>
          <w:bCs/>
          <w:sz w:val="22"/>
        </w:rPr>
        <w:t xml:space="preserve"> е </w:t>
      </w:r>
      <w:r w:rsidRPr="00C4545C">
        <w:rPr>
          <w:bCs/>
          <w:sz w:val="22"/>
          <w:lang w:val="mk-MK"/>
        </w:rPr>
        <w:t xml:space="preserve">и континуирана едукација, дигитални алатки за онбординг и тргување, </w:t>
      </w:r>
      <w:proofErr w:type="spellStart"/>
      <w:r w:rsidRPr="00C4545C">
        <w:rPr>
          <w:bCs/>
          <w:sz w:val="22"/>
        </w:rPr>
        <w:t>разбирливи</w:t>
      </w:r>
      <w:proofErr w:type="spellEnd"/>
      <w:r w:rsidRPr="00C4545C">
        <w:rPr>
          <w:bCs/>
          <w:sz w:val="22"/>
        </w:rPr>
        <w:t xml:space="preserve"> </w:t>
      </w:r>
      <w:proofErr w:type="spellStart"/>
      <w:r w:rsidRPr="00C4545C">
        <w:rPr>
          <w:bCs/>
          <w:sz w:val="22"/>
        </w:rPr>
        <w:t>информации</w:t>
      </w:r>
      <w:proofErr w:type="spellEnd"/>
      <w:r w:rsidRPr="00C4545C">
        <w:rPr>
          <w:bCs/>
          <w:sz w:val="22"/>
        </w:rPr>
        <w:t xml:space="preserve"> </w:t>
      </w:r>
      <w:proofErr w:type="spellStart"/>
      <w:r w:rsidRPr="00C4545C">
        <w:rPr>
          <w:bCs/>
          <w:sz w:val="22"/>
        </w:rPr>
        <w:t>за</w:t>
      </w:r>
      <w:proofErr w:type="spellEnd"/>
      <w:r w:rsidRPr="00C4545C">
        <w:rPr>
          <w:bCs/>
          <w:sz w:val="22"/>
        </w:rPr>
        <w:t xml:space="preserve"> </w:t>
      </w:r>
      <w:proofErr w:type="spellStart"/>
      <w:r w:rsidRPr="00C4545C">
        <w:rPr>
          <w:bCs/>
          <w:sz w:val="22"/>
        </w:rPr>
        <w:t>компаниите</w:t>
      </w:r>
      <w:proofErr w:type="spellEnd"/>
      <w:r w:rsidRPr="00C4545C">
        <w:rPr>
          <w:bCs/>
          <w:sz w:val="22"/>
        </w:rPr>
        <w:t xml:space="preserve"> и </w:t>
      </w:r>
      <w:proofErr w:type="spellStart"/>
      <w:r w:rsidRPr="00C4545C">
        <w:rPr>
          <w:bCs/>
          <w:sz w:val="22"/>
        </w:rPr>
        <w:t>трошоци</w:t>
      </w:r>
      <w:proofErr w:type="spellEnd"/>
      <w:r w:rsidRPr="00C4545C">
        <w:rPr>
          <w:bCs/>
          <w:sz w:val="22"/>
        </w:rPr>
        <w:t xml:space="preserve"> </w:t>
      </w:r>
      <w:proofErr w:type="spellStart"/>
      <w:r w:rsidRPr="00C4545C">
        <w:rPr>
          <w:bCs/>
          <w:sz w:val="22"/>
        </w:rPr>
        <w:t>што</w:t>
      </w:r>
      <w:proofErr w:type="spellEnd"/>
      <w:r w:rsidRPr="00C4545C">
        <w:rPr>
          <w:bCs/>
          <w:sz w:val="22"/>
        </w:rPr>
        <w:t xml:space="preserve"> </w:t>
      </w:r>
      <w:proofErr w:type="spellStart"/>
      <w:r w:rsidRPr="00C4545C">
        <w:rPr>
          <w:bCs/>
          <w:sz w:val="22"/>
        </w:rPr>
        <w:t>имаат</w:t>
      </w:r>
      <w:proofErr w:type="spellEnd"/>
      <w:r w:rsidRPr="00C4545C">
        <w:rPr>
          <w:bCs/>
          <w:sz w:val="22"/>
        </w:rPr>
        <w:t xml:space="preserve"> </w:t>
      </w:r>
      <w:proofErr w:type="spellStart"/>
      <w:r w:rsidRPr="00C4545C">
        <w:rPr>
          <w:bCs/>
          <w:sz w:val="22"/>
        </w:rPr>
        <w:t>смисла</w:t>
      </w:r>
      <w:proofErr w:type="spellEnd"/>
      <w:r w:rsidRPr="00C4545C">
        <w:rPr>
          <w:bCs/>
          <w:sz w:val="22"/>
        </w:rPr>
        <w:t xml:space="preserve"> и </w:t>
      </w:r>
      <w:proofErr w:type="spellStart"/>
      <w:r w:rsidRPr="00C4545C">
        <w:rPr>
          <w:bCs/>
          <w:sz w:val="22"/>
        </w:rPr>
        <w:t>за</w:t>
      </w:r>
      <w:proofErr w:type="spellEnd"/>
      <w:r w:rsidRPr="00C4545C">
        <w:rPr>
          <w:bCs/>
          <w:sz w:val="22"/>
        </w:rPr>
        <w:t xml:space="preserve"> </w:t>
      </w:r>
      <w:proofErr w:type="spellStart"/>
      <w:r w:rsidRPr="00C4545C">
        <w:rPr>
          <w:bCs/>
          <w:sz w:val="22"/>
        </w:rPr>
        <w:t>мали</w:t>
      </w:r>
      <w:proofErr w:type="spellEnd"/>
      <w:r w:rsidRPr="00C4545C">
        <w:rPr>
          <w:bCs/>
          <w:sz w:val="22"/>
        </w:rPr>
        <w:t xml:space="preserve"> </w:t>
      </w:r>
      <w:proofErr w:type="spellStart"/>
      <w:r w:rsidRPr="00C4545C">
        <w:rPr>
          <w:bCs/>
          <w:sz w:val="22"/>
        </w:rPr>
        <w:t>износи</w:t>
      </w:r>
      <w:proofErr w:type="spellEnd"/>
      <w:r w:rsidRPr="00C4545C">
        <w:rPr>
          <w:bCs/>
          <w:sz w:val="22"/>
        </w:rPr>
        <w:t xml:space="preserve">. </w:t>
      </w:r>
    </w:p>
    <w:p w14:paraId="1ED01CB2" w14:textId="4F346939" w:rsidR="00C1762D" w:rsidRPr="00C4545C" w:rsidRDefault="00900794" w:rsidP="00CD502C">
      <w:pPr>
        <w:jc w:val="both"/>
        <w:rPr>
          <w:sz w:val="22"/>
          <w:lang w:val="mk-MK"/>
        </w:rPr>
      </w:pPr>
      <w:r w:rsidRPr="00C4545C">
        <w:rPr>
          <w:sz w:val="22"/>
          <w:lang w:val="mk-MK"/>
        </w:rPr>
        <w:t xml:space="preserve">Трендот на </w:t>
      </w:r>
      <w:r w:rsidR="00D2387B" w:rsidRPr="00C4545C">
        <w:rPr>
          <w:sz w:val="22"/>
          <w:lang w:val="mk-MK"/>
        </w:rPr>
        <w:t xml:space="preserve">интензивно тргување на македонските резиденти во странство </w:t>
      </w:r>
      <w:proofErr w:type="spellStart"/>
      <w:r w:rsidRPr="00C4545C">
        <w:rPr>
          <w:sz w:val="22"/>
        </w:rPr>
        <w:t>нè</w:t>
      </w:r>
      <w:proofErr w:type="spellEnd"/>
      <w:r w:rsidRPr="00C4545C">
        <w:rPr>
          <w:sz w:val="22"/>
        </w:rPr>
        <w:t xml:space="preserve"> </w:t>
      </w:r>
      <w:proofErr w:type="spellStart"/>
      <w:r w:rsidRPr="00C4545C">
        <w:rPr>
          <w:sz w:val="22"/>
        </w:rPr>
        <w:t>води</w:t>
      </w:r>
      <w:proofErr w:type="spellEnd"/>
      <w:r w:rsidRPr="00C4545C">
        <w:rPr>
          <w:sz w:val="22"/>
        </w:rPr>
        <w:t xml:space="preserve"> </w:t>
      </w:r>
      <w:r w:rsidR="00D2387B" w:rsidRPr="00C4545C">
        <w:rPr>
          <w:sz w:val="22"/>
          <w:lang w:val="mk-MK"/>
        </w:rPr>
        <w:t xml:space="preserve">и </w:t>
      </w:r>
      <w:proofErr w:type="spellStart"/>
      <w:r w:rsidRPr="00C4545C">
        <w:rPr>
          <w:sz w:val="22"/>
        </w:rPr>
        <w:t>до</w:t>
      </w:r>
      <w:proofErr w:type="spellEnd"/>
      <w:r w:rsidRPr="00C4545C">
        <w:rPr>
          <w:sz w:val="22"/>
        </w:rPr>
        <w:t xml:space="preserve"> </w:t>
      </w:r>
      <w:proofErr w:type="spellStart"/>
      <w:r w:rsidRPr="00C4545C">
        <w:rPr>
          <w:sz w:val="22"/>
        </w:rPr>
        <w:t>едн</w:t>
      </w:r>
      <w:proofErr w:type="spellEnd"/>
      <w:r w:rsidR="00DE4A2F">
        <w:rPr>
          <w:sz w:val="22"/>
          <w:lang w:val="mk-MK"/>
        </w:rPr>
        <w:t>а</w:t>
      </w:r>
      <w:r w:rsidRPr="00C4545C">
        <w:rPr>
          <w:sz w:val="22"/>
        </w:rPr>
        <w:t xml:space="preserve"> </w:t>
      </w:r>
      <w:r w:rsidR="00E919BC">
        <w:rPr>
          <w:sz w:val="22"/>
          <w:lang w:val="mk-MK"/>
        </w:rPr>
        <w:t xml:space="preserve">друга </w:t>
      </w:r>
      <w:r w:rsidR="00DE4A2F">
        <w:rPr>
          <w:sz w:val="22"/>
          <w:lang w:val="mk-MK"/>
        </w:rPr>
        <w:t>тема</w:t>
      </w:r>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ко</w:t>
      </w:r>
      <w:proofErr w:type="spellEnd"/>
      <w:r w:rsidR="00DE4A2F">
        <w:rPr>
          <w:sz w:val="22"/>
          <w:lang w:val="mk-MK"/>
        </w:rPr>
        <w:t>јашто</w:t>
      </w:r>
      <w:r w:rsidRPr="00C4545C">
        <w:rPr>
          <w:sz w:val="22"/>
        </w:rPr>
        <w:t xml:space="preserve"> </w:t>
      </w:r>
      <w:proofErr w:type="spellStart"/>
      <w:r w:rsidRPr="00C4545C">
        <w:rPr>
          <w:sz w:val="22"/>
        </w:rPr>
        <w:t>треба</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зборуваме</w:t>
      </w:r>
      <w:proofErr w:type="spellEnd"/>
      <w:r w:rsidRPr="00C4545C">
        <w:rPr>
          <w:sz w:val="22"/>
        </w:rPr>
        <w:t xml:space="preserve"> </w:t>
      </w:r>
      <w:proofErr w:type="spellStart"/>
      <w:r w:rsidRPr="00C4545C">
        <w:rPr>
          <w:sz w:val="22"/>
        </w:rPr>
        <w:t>отворено</w:t>
      </w:r>
      <w:proofErr w:type="spellEnd"/>
      <w:r w:rsidRPr="00C4545C">
        <w:rPr>
          <w:sz w:val="22"/>
        </w:rPr>
        <w:t xml:space="preserve">. </w:t>
      </w:r>
      <w:r w:rsidR="00C1762D" w:rsidRPr="00C4545C">
        <w:rPr>
          <w:sz w:val="22"/>
          <w:lang w:val="mk-MK"/>
        </w:rPr>
        <w:t>Ф</w:t>
      </w:r>
      <w:proofErr w:type="spellStart"/>
      <w:r w:rsidRPr="00C4545C">
        <w:rPr>
          <w:sz w:val="22"/>
        </w:rPr>
        <w:t>инансиските</w:t>
      </w:r>
      <w:proofErr w:type="spellEnd"/>
      <w:r w:rsidRPr="00C4545C">
        <w:rPr>
          <w:sz w:val="22"/>
        </w:rPr>
        <w:t xml:space="preserve"> </w:t>
      </w:r>
      <w:proofErr w:type="spellStart"/>
      <w:r w:rsidRPr="00C4545C">
        <w:rPr>
          <w:sz w:val="22"/>
        </w:rPr>
        <w:t>посредници</w:t>
      </w:r>
      <w:proofErr w:type="spellEnd"/>
      <w:r w:rsidRPr="00C4545C">
        <w:rPr>
          <w:sz w:val="22"/>
        </w:rPr>
        <w:t xml:space="preserve"> </w:t>
      </w:r>
      <w:proofErr w:type="spellStart"/>
      <w:r w:rsidRPr="00C4545C">
        <w:rPr>
          <w:sz w:val="22"/>
        </w:rPr>
        <w:t>можат</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го</w:t>
      </w:r>
      <w:proofErr w:type="spellEnd"/>
      <w:r w:rsidRPr="00C4545C">
        <w:rPr>
          <w:sz w:val="22"/>
        </w:rPr>
        <w:t xml:space="preserve"> </w:t>
      </w:r>
      <w:proofErr w:type="spellStart"/>
      <w:r w:rsidRPr="00C4545C">
        <w:rPr>
          <w:sz w:val="22"/>
        </w:rPr>
        <w:t>надоместат</w:t>
      </w:r>
      <w:proofErr w:type="spellEnd"/>
      <w:r w:rsidRPr="00C4545C">
        <w:rPr>
          <w:sz w:val="22"/>
        </w:rPr>
        <w:t xml:space="preserve"> </w:t>
      </w:r>
      <w:proofErr w:type="spellStart"/>
      <w:r w:rsidRPr="00C4545C">
        <w:rPr>
          <w:sz w:val="22"/>
        </w:rPr>
        <w:t>послабото</w:t>
      </w:r>
      <w:proofErr w:type="spellEnd"/>
      <w:r w:rsidRPr="00C4545C">
        <w:rPr>
          <w:sz w:val="22"/>
        </w:rPr>
        <w:t xml:space="preserve"> </w:t>
      </w:r>
      <w:proofErr w:type="spellStart"/>
      <w:r w:rsidRPr="00C4545C">
        <w:rPr>
          <w:sz w:val="22"/>
        </w:rPr>
        <w:t>домашно</w:t>
      </w:r>
      <w:proofErr w:type="spellEnd"/>
      <w:r w:rsidRPr="00C4545C">
        <w:rPr>
          <w:sz w:val="22"/>
        </w:rPr>
        <w:t xml:space="preserve"> </w:t>
      </w:r>
      <w:proofErr w:type="spellStart"/>
      <w:r w:rsidRPr="00C4545C">
        <w:rPr>
          <w:sz w:val="22"/>
        </w:rPr>
        <w:t>тргување</w:t>
      </w:r>
      <w:proofErr w:type="spellEnd"/>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поголеми</w:t>
      </w:r>
      <w:proofErr w:type="spellEnd"/>
      <w:r w:rsidRPr="00C4545C">
        <w:rPr>
          <w:sz w:val="22"/>
        </w:rPr>
        <w:t xml:space="preserve"> </w:t>
      </w:r>
      <w:proofErr w:type="spellStart"/>
      <w:r w:rsidRPr="00C4545C">
        <w:rPr>
          <w:sz w:val="22"/>
        </w:rPr>
        <w:t>активности</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странските</w:t>
      </w:r>
      <w:proofErr w:type="spellEnd"/>
      <w:r w:rsidRPr="00C4545C">
        <w:rPr>
          <w:sz w:val="22"/>
        </w:rPr>
        <w:t xml:space="preserve"> </w:t>
      </w:r>
      <w:proofErr w:type="spellStart"/>
      <w:r w:rsidRPr="00C4545C">
        <w:rPr>
          <w:sz w:val="22"/>
        </w:rPr>
        <w:t>пазари</w:t>
      </w:r>
      <w:proofErr w:type="spellEnd"/>
      <w:r w:rsidRPr="00C4545C">
        <w:rPr>
          <w:sz w:val="22"/>
        </w:rPr>
        <w:t xml:space="preserve">. </w:t>
      </w:r>
      <w:proofErr w:type="spellStart"/>
      <w:r w:rsidRPr="00C4545C">
        <w:rPr>
          <w:sz w:val="22"/>
        </w:rPr>
        <w:t>Тоа</w:t>
      </w:r>
      <w:proofErr w:type="spellEnd"/>
      <w:r w:rsidRPr="00C4545C">
        <w:rPr>
          <w:sz w:val="22"/>
        </w:rPr>
        <w:t xml:space="preserve"> е </w:t>
      </w:r>
      <w:proofErr w:type="spellStart"/>
      <w:r w:rsidRPr="00C4545C">
        <w:rPr>
          <w:sz w:val="22"/>
        </w:rPr>
        <w:t>разбирливо</w:t>
      </w:r>
      <w:proofErr w:type="spellEnd"/>
      <w:r w:rsidRPr="00C4545C">
        <w:rPr>
          <w:sz w:val="22"/>
        </w:rPr>
        <w:t xml:space="preserve"> </w:t>
      </w:r>
      <w:proofErr w:type="spellStart"/>
      <w:r w:rsidRPr="00C4545C">
        <w:rPr>
          <w:sz w:val="22"/>
        </w:rPr>
        <w:t>деловно</w:t>
      </w:r>
      <w:proofErr w:type="spellEnd"/>
      <w:r w:rsidRPr="00C4545C">
        <w:rPr>
          <w:sz w:val="22"/>
        </w:rPr>
        <w:t xml:space="preserve"> </w:t>
      </w:r>
      <w:proofErr w:type="spellStart"/>
      <w:r w:rsidRPr="00C4545C">
        <w:rPr>
          <w:sz w:val="22"/>
        </w:rPr>
        <w:t>однесување</w:t>
      </w:r>
      <w:proofErr w:type="spellEnd"/>
      <w:r w:rsidRPr="00C4545C">
        <w:rPr>
          <w:sz w:val="22"/>
        </w:rPr>
        <w:t xml:space="preserve">. </w:t>
      </w:r>
      <w:proofErr w:type="spellStart"/>
      <w:r w:rsidRPr="00C4545C">
        <w:rPr>
          <w:sz w:val="22"/>
        </w:rPr>
        <w:t>Но</w:t>
      </w:r>
      <w:proofErr w:type="spellEnd"/>
      <w:r w:rsidRPr="00C4545C">
        <w:rPr>
          <w:sz w:val="22"/>
        </w:rPr>
        <w:t xml:space="preserve">, </w:t>
      </w:r>
      <w:proofErr w:type="spellStart"/>
      <w:r w:rsidRPr="00C4545C">
        <w:rPr>
          <w:sz w:val="22"/>
        </w:rPr>
        <w:t>таквите</w:t>
      </w:r>
      <w:proofErr w:type="spellEnd"/>
      <w:r w:rsidRPr="00C4545C">
        <w:rPr>
          <w:sz w:val="22"/>
        </w:rPr>
        <w:t xml:space="preserve"> </w:t>
      </w:r>
      <w:proofErr w:type="spellStart"/>
      <w:r w:rsidRPr="00C4545C">
        <w:rPr>
          <w:sz w:val="22"/>
        </w:rPr>
        <w:t>трансакции</w:t>
      </w:r>
      <w:proofErr w:type="spellEnd"/>
      <w:r w:rsidRPr="00C4545C">
        <w:rPr>
          <w:sz w:val="22"/>
        </w:rPr>
        <w:t xml:space="preserve"> </w:t>
      </w:r>
      <w:proofErr w:type="spellStart"/>
      <w:r w:rsidRPr="00C4545C">
        <w:rPr>
          <w:sz w:val="22"/>
        </w:rPr>
        <w:t>не</w:t>
      </w:r>
      <w:proofErr w:type="spellEnd"/>
      <w:r w:rsidRPr="00C4545C">
        <w:rPr>
          <w:sz w:val="22"/>
        </w:rPr>
        <w:t xml:space="preserve"> </w:t>
      </w:r>
      <w:proofErr w:type="spellStart"/>
      <w:r w:rsidRPr="00C4545C">
        <w:rPr>
          <w:sz w:val="22"/>
        </w:rPr>
        <w:t>создаваат</w:t>
      </w:r>
      <w:proofErr w:type="spellEnd"/>
      <w:r w:rsidRPr="00C4545C">
        <w:rPr>
          <w:sz w:val="22"/>
        </w:rPr>
        <w:t xml:space="preserve"> </w:t>
      </w:r>
      <w:proofErr w:type="spellStart"/>
      <w:r w:rsidRPr="00C4545C">
        <w:rPr>
          <w:sz w:val="22"/>
        </w:rPr>
        <w:t>соодветна</w:t>
      </w:r>
      <w:proofErr w:type="spellEnd"/>
      <w:r w:rsidRPr="00C4545C">
        <w:rPr>
          <w:sz w:val="22"/>
        </w:rPr>
        <w:t xml:space="preserve"> </w:t>
      </w:r>
      <w:proofErr w:type="spellStart"/>
      <w:r w:rsidRPr="00C4545C">
        <w:rPr>
          <w:sz w:val="22"/>
        </w:rPr>
        <w:t>активност</w:t>
      </w:r>
      <w:proofErr w:type="spellEnd"/>
      <w:r w:rsidRPr="00C4545C">
        <w:rPr>
          <w:sz w:val="22"/>
        </w:rPr>
        <w:t xml:space="preserve"> и </w:t>
      </w:r>
      <w:proofErr w:type="spellStart"/>
      <w:r w:rsidRPr="00C4545C">
        <w:rPr>
          <w:sz w:val="22"/>
        </w:rPr>
        <w:t>приходи</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домашната</w:t>
      </w:r>
      <w:proofErr w:type="spellEnd"/>
      <w:r w:rsidRPr="00C4545C">
        <w:rPr>
          <w:sz w:val="22"/>
        </w:rPr>
        <w:t xml:space="preserve"> </w:t>
      </w:r>
      <w:proofErr w:type="spellStart"/>
      <w:r w:rsidRPr="00C4545C">
        <w:rPr>
          <w:sz w:val="22"/>
        </w:rPr>
        <w:t>пазарна</w:t>
      </w:r>
      <w:proofErr w:type="spellEnd"/>
      <w:r w:rsidRPr="00C4545C">
        <w:rPr>
          <w:sz w:val="22"/>
        </w:rPr>
        <w:t xml:space="preserve"> </w:t>
      </w:r>
      <w:proofErr w:type="spellStart"/>
      <w:r w:rsidRPr="00C4545C">
        <w:rPr>
          <w:sz w:val="22"/>
        </w:rPr>
        <w:t>инфраструктура</w:t>
      </w:r>
      <w:proofErr w:type="spellEnd"/>
      <w:r w:rsidRPr="00C4545C">
        <w:rPr>
          <w:sz w:val="22"/>
        </w:rPr>
        <w:t>.</w:t>
      </w:r>
      <w:r w:rsidR="00C1762D" w:rsidRPr="00C4545C">
        <w:rPr>
          <w:sz w:val="22"/>
          <w:lang w:val="mk-MK"/>
        </w:rPr>
        <w:t xml:space="preserve"> </w:t>
      </w:r>
      <w:r w:rsidR="00C1762D" w:rsidRPr="00C4545C">
        <w:rPr>
          <w:b/>
          <w:bCs/>
          <w:sz w:val="22"/>
          <w:lang w:val="mk-MK"/>
        </w:rPr>
        <w:t>У</w:t>
      </w:r>
      <w:proofErr w:type="spellStart"/>
      <w:r w:rsidRPr="00C4545C">
        <w:rPr>
          <w:b/>
          <w:bCs/>
          <w:sz w:val="22"/>
        </w:rPr>
        <w:t>спешноста</w:t>
      </w:r>
      <w:proofErr w:type="spellEnd"/>
      <w:r w:rsidRPr="00C4545C">
        <w:rPr>
          <w:b/>
          <w:bCs/>
          <w:sz w:val="22"/>
        </w:rPr>
        <w:t xml:space="preserve"> </w:t>
      </w:r>
      <w:proofErr w:type="spellStart"/>
      <w:r w:rsidRPr="00C4545C">
        <w:rPr>
          <w:b/>
          <w:bCs/>
          <w:sz w:val="22"/>
        </w:rPr>
        <w:t>на</w:t>
      </w:r>
      <w:proofErr w:type="spellEnd"/>
      <w:r w:rsidRPr="00C4545C">
        <w:rPr>
          <w:b/>
          <w:bCs/>
          <w:sz w:val="22"/>
        </w:rPr>
        <w:t xml:space="preserve"> </w:t>
      </w:r>
      <w:proofErr w:type="spellStart"/>
      <w:r w:rsidRPr="00C4545C">
        <w:rPr>
          <w:b/>
          <w:bCs/>
          <w:sz w:val="22"/>
        </w:rPr>
        <w:t>посредување</w:t>
      </w:r>
      <w:proofErr w:type="spellEnd"/>
      <w:r w:rsidRPr="00C4545C">
        <w:rPr>
          <w:b/>
          <w:bCs/>
          <w:sz w:val="22"/>
        </w:rPr>
        <w:t xml:space="preserve"> </w:t>
      </w:r>
      <w:proofErr w:type="spellStart"/>
      <w:r w:rsidRPr="00C4545C">
        <w:rPr>
          <w:b/>
          <w:bCs/>
          <w:sz w:val="22"/>
        </w:rPr>
        <w:t>во</w:t>
      </w:r>
      <w:proofErr w:type="spellEnd"/>
      <w:r w:rsidRPr="00C4545C">
        <w:rPr>
          <w:b/>
          <w:bCs/>
          <w:sz w:val="22"/>
        </w:rPr>
        <w:t xml:space="preserve"> </w:t>
      </w:r>
      <w:proofErr w:type="spellStart"/>
      <w:r w:rsidRPr="00C4545C">
        <w:rPr>
          <w:b/>
          <w:bCs/>
          <w:sz w:val="22"/>
        </w:rPr>
        <w:t>странство</w:t>
      </w:r>
      <w:proofErr w:type="spellEnd"/>
      <w:r w:rsidRPr="00C4545C">
        <w:rPr>
          <w:b/>
          <w:bCs/>
          <w:sz w:val="22"/>
        </w:rPr>
        <w:t xml:space="preserve"> </w:t>
      </w:r>
      <w:proofErr w:type="spellStart"/>
      <w:r w:rsidRPr="00C4545C">
        <w:rPr>
          <w:b/>
          <w:bCs/>
          <w:sz w:val="22"/>
        </w:rPr>
        <w:t>не</w:t>
      </w:r>
      <w:proofErr w:type="spellEnd"/>
      <w:r w:rsidRPr="00C4545C">
        <w:rPr>
          <w:b/>
          <w:bCs/>
          <w:sz w:val="22"/>
        </w:rPr>
        <w:t xml:space="preserve"> е </w:t>
      </w:r>
      <w:proofErr w:type="spellStart"/>
      <w:r w:rsidRPr="00C4545C">
        <w:rPr>
          <w:b/>
          <w:bCs/>
          <w:sz w:val="22"/>
        </w:rPr>
        <w:t>доволна</w:t>
      </w:r>
      <w:proofErr w:type="spellEnd"/>
      <w:r w:rsidRPr="00C4545C">
        <w:rPr>
          <w:b/>
          <w:bCs/>
          <w:sz w:val="22"/>
        </w:rPr>
        <w:t xml:space="preserve"> </w:t>
      </w:r>
      <w:proofErr w:type="spellStart"/>
      <w:r w:rsidRPr="00C4545C">
        <w:rPr>
          <w:b/>
          <w:bCs/>
          <w:sz w:val="22"/>
        </w:rPr>
        <w:t>мерка</w:t>
      </w:r>
      <w:proofErr w:type="spellEnd"/>
      <w:r w:rsidRPr="00C4545C">
        <w:rPr>
          <w:b/>
          <w:bCs/>
          <w:sz w:val="22"/>
        </w:rPr>
        <w:t xml:space="preserve"> </w:t>
      </w:r>
      <w:proofErr w:type="spellStart"/>
      <w:r w:rsidRPr="00C4545C">
        <w:rPr>
          <w:b/>
          <w:bCs/>
          <w:sz w:val="22"/>
        </w:rPr>
        <w:t>за</w:t>
      </w:r>
      <w:proofErr w:type="spellEnd"/>
      <w:r w:rsidRPr="00C4545C">
        <w:rPr>
          <w:b/>
          <w:bCs/>
          <w:sz w:val="22"/>
        </w:rPr>
        <w:t xml:space="preserve"> </w:t>
      </w:r>
      <w:proofErr w:type="spellStart"/>
      <w:r w:rsidRPr="00C4545C">
        <w:rPr>
          <w:b/>
          <w:bCs/>
          <w:sz w:val="22"/>
        </w:rPr>
        <w:t>развиеноста</w:t>
      </w:r>
      <w:proofErr w:type="spellEnd"/>
      <w:r w:rsidRPr="00C4545C">
        <w:rPr>
          <w:b/>
          <w:bCs/>
          <w:sz w:val="22"/>
        </w:rPr>
        <w:t xml:space="preserve"> </w:t>
      </w:r>
      <w:proofErr w:type="spellStart"/>
      <w:r w:rsidRPr="00C4545C">
        <w:rPr>
          <w:b/>
          <w:bCs/>
          <w:sz w:val="22"/>
        </w:rPr>
        <w:t>на</w:t>
      </w:r>
      <w:proofErr w:type="spellEnd"/>
      <w:r w:rsidRPr="00C4545C">
        <w:rPr>
          <w:b/>
          <w:bCs/>
          <w:sz w:val="22"/>
        </w:rPr>
        <w:t xml:space="preserve"> </w:t>
      </w:r>
      <w:r w:rsidR="00F37D7A" w:rsidRPr="00C4545C">
        <w:rPr>
          <w:b/>
          <w:bCs/>
          <w:sz w:val="22"/>
          <w:lang w:val="mk-MK"/>
        </w:rPr>
        <w:t>локалниот</w:t>
      </w:r>
      <w:r w:rsidRPr="00C4545C">
        <w:rPr>
          <w:b/>
          <w:bCs/>
          <w:sz w:val="22"/>
        </w:rPr>
        <w:t xml:space="preserve"> </w:t>
      </w:r>
      <w:proofErr w:type="spellStart"/>
      <w:r w:rsidRPr="00C4545C">
        <w:rPr>
          <w:b/>
          <w:bCs/>
          <w:sz w:val="22"/>
        </w:rPr>
        <w:t>пазар</w:t>
      </w:r>
      <w:proofErr w:type="spellEnd"/>
      <w:r w:rsidRPr="00C4545C">
        <w:rPr>
          <w:b/>
          <w:bCs/>
          <w:sz w:val="22"/>
        </w:rPr>
        <w:t>.</w:t>
      </w:r>
      <w:r w:rsidRPr="00C4545C">
        <w:rPr>
          <w:sz w:val="22"/>
        </w:rPr>
        <w:t xml:space="preserve"> </w:t>
      </w:r>
    </w:p>
    <w:p w14:paraId="25A5574C" w14:textId="243C659B" w:rsidR="00F37D7A" w:rsidRPr="00C4545C" w:rsidRDefault="00000000" w:rsidP="00F37D7A">
      <w:pPr>
        <w:keepNext/>
        <w:jc w:val="both"/>
        <w:rPr>
          <w:rFonts w:cs="Arial"/>
          <w:b/>
          <w:sz w:val="22"/>
          <w:lang w:val="mk-MK"/>
        </w:rPr>
      </w:pPr>
      <w:proofErr w:type="spellStart"/>
      <w:r w:rsidRPr="00C4545C">
        <w:rPr>
          <w:sz w:val="22"/>
        </w:rPr>
        <w:lastRenderedPageBreak/>
        <w:t>На</w:t>
      </w:r>
      <w:proofErr w:type="spellEnd"/>
      <w:r w:rsidRPr="00C4545C">
        <w:rPr>
          <w:sz w:val="22"/>
        </w:rPr>
        <w:t xml:space="preserve"> </w:t>
      </w:r>
      <w:proofErr w:type="spellStart"/>
      <w:r w:rsidRPr="00C4545C">
        <w:rPr>
          <w:sz w:val="22"/>
        </w:rPr>
        <w:t>македонските</w:t>
      </w:r>
      <w:proofErr w:type="spellEnd"/>
      <w:r w:rsidRPr="00C4545C">
        <w:rPr>
          <w:sz w:val="22"/>
        </w:rPr>
        <w:t xml:space="preserve"> </w:t>
      </w:r>
      <w:proofErr w:type="spellStart"/>
      <w:r w:rsidRPr="00C4545C">
        <w:rPr>
          <w:sz w:val="22"/>
        </w:rPr>
        <w:t>компании</w:t>
      </w:r>
      <w:proofErr w:type="spellEnd"/>
      <w:r w:rsidRPr="00C4545C">
        <w:rPr>
          <w:sz w:val="22"/>
        </w:rPr>
        <w:t xml:space="preserve"> </w:t>
      </w:r>
      <w:proofErr w:type="spellStart"/>
      <w:r w:rsidRPr="00C4545C">
        <w:rPr>
          <w:sz w:val="22"/>
        </w:rPr>
        <w:t>им</w:t>
      </w:r>
      <w:proofErr w:type="spellEnd"/>
      <w:r w:rsidRPr="00C4545C">
        <w:rPr>
          <w:sz w:val="22"/>
        </w:rPr>
        <w:t xml:space="preserve"> е </w:t>
      </w:r>
      <w:proofErr w:type="spellStart"/>
      <w:r w:rsidRPr="00C4545C">
        <w:rPr>
          <w:sz w:val="22"/>
        </w:rPr>
        <w:t>потреб</w:t>
      </w:r>
      <w:proofErr w:type="spellEnd"/>
      <w:r w:rsidR="00C1762D" w:rsidRPr="00C4545C">
        <w:rPr>
          <w:sz w:val="22"/>
          <w:lang w:val="mk-MK"/>
        </w:rPr>
        <w:t>е</w:t>
      </w:r>
      <w:r w:rsidRPr="00C4545C">
        <w:rPr>
          <w:sz w:val="22"/>
        </w:rPr>
        <w:t xml:space="preserve">н </w:t>
      </w:r>
      <w:proofErr w:type="spellStart"/>
      <w:r w:rsidRPr="00C4545C">
        <w:rPr>
          <w:sz w:val="22"/>
        </w:rPr>
        <w:t>функционал</w:t>
      </w:r>
      <w:proofErr w:type="spellEnd"/>
      <w:r w:rsidR="00C1762D" w:rsidRPr="00C4545C">
        <w:rPr>
          <w:sz w:val="22"/>
          <w:lang w:val="mk-MK"/>
        </w:rPr>
        <w:t>е</w:t>
      </w:r>
      <w:r w:rsidRPr="00C4545C">
        <w:rPr>
          <w:sz w:val="22"/>
        </w:rPr>
        <w:t xml:space="preserve">н </w:t>
      </w:r>
      <w:proofErr w:type="spellStart"/>
      <w:r w:rsidRPr="00C4545C">
        <w:rPr>
          <w:sz w:val="22"/>
        </w:rPr>
        <w:t>домаш</w:t>
      </w:r>
      <w:proofErr w:type="spellEnd"/>
      <w:r w:rsidR="00C1762D" w:rsidRPr="00C4545C">
        <w:rPr>
          <w:sz w:val="22"/>
          <w:lang w:val="mk-MK"/>
        </w:rPr>
        <w:t>е</w:t>
      </w:r>
      <w:r w:rsidRPr="00C4545C">
        <w:rPr>
          <w:sz w:val="22"/>
        </w:rPr>
        <w:t xml:space="preserve">н </w:t>
      </w:r>
      <w:r w:rsidR="00C1762D" w:rsidRPr="00C4545C">
        <w:rPr>
          <w:sz w:val="22"/>
          <w:lang w:val="mk-MK"/>
        </w:rPr>
        <w:t>пазар</w:t>
      </w:r>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прибирање</w:t>
      </w:r>
      <w:proofErr w:type="spellEnd"/>
      <w:r w:rsidRPr="00C4545C">
        <w:rPr>
          <w:sz w:val="22"/>
        </w:rPr>
        <w:t xml:space="preserve"> </w:t>
      </w:r>
      <w:proofErr w:type="spellStart"/>
      <w:r w:rsidRPr="00C4545C">
        <w:rPr>
          <w:sz w:val="22"/>
        </w:rPr>
        <w:t>капитал</w:t>
      </w:r>
      <w:proofErr w:type="spellEnd"/>
      <w:r w:rsidRPr="00C4545C">
        <w:rPr>
          <w:sz w:val="22"/>
        </w:rPr>
        <w:t>.</w:t>
      </w:r>
      <w:r w:rsidR="00C1762D" w:rsidRPr="00C4545C">
        <w:rPr>
          <w:sz w:val="22"/>
          <w:lang w:val="mk-MK"/>
        </w:rPr>
        <w:t xml:space="preserve"> </w:t>
      </w:r>
      <w:r w:rsidR="00F37D7A" w:rsidRPr="00C4545C">
        <w:rPr>
          <w:sz w:val="22"/>
          <w:lang w:val="mk-MK"/>
        </w:rPr>
        <w:t>И</w:t>
      </w:r>
      <w:r w:rsidR="00C1762D" w:rsidRPr="00C4545C">
        <w:rPr>
          <w:sz w:val="22"/>
          <w:lang w:val="mk-MK"/>
        </w:rPr>
        <w:t xml:space="preserve"> волја и поттик да го користат овој механизам</w:t>
      </w:r>
      <w:r w:rsidR="00F37D7A" w:rsidRPr="00C4545C">
        <w:rPr>
          <w:sz w:val="22"/>
          <w:lang w:val="mk-MK"/>
        </w:rPr>
        <w:t xml:space="preserve">. </w:t>
      </w:r>
      <w:r w:rsidR="00E919BC">
        <w:rPr>
          <w:sz w:val="22"/>
          <w:lang w:val="mk-MK"/>
        </w:rPr>
        <w:t xml:space="preserve">Развојот на домашниот пазар на капитал е во директна корелација со </w:t>
      </w:r>
      <w:proofErr w:type="spellStart"/>
      <w:r w:rsidR="00F37D7A" w:rsidRPr="00C4545C">
        <w:rPr>
          <w:rFonts w:cs="Arial"/>
          <w:sz w:val="22"/>
          <w:shd w:val="clear" w:color="auto" w:fill="FFFFFF"/>
        </w:rPr>
        <w:t>начинот</w:t>
      </w:r>
      <w:proofErr w:type="spellEnd"/>
      <w:r w:rsidR="00F37D7A" w:rsidRPr="00C4545C">
        <w:rPr>
          <w:rFonts w:cs="Arial"/>
          <w:sz w:val="22"/>
          <w:shd w:val="clear" w:color="auto" w:fill="FFFFFF"/>
        </w:rPr>
        <w:t xml:space="preserve"> и </w:t>
      </w:r>
      <w:proofErr w:type="spellStart"/>
      <w:r w:rsidR="00F37D7A" w:rsidRPr="00C4545C">
        <w:rPr>
          <w:rFonts w:cs="Arial"/>
          <w:sz w:val="22"/>
          <w:shd w:val="clear" w:color="auto" w:fill="FFFFFF"/>
        </w:rPr>
        <w:t>ефектите</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од</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вложувањата</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на</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средствата</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на</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приватните</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пензиски</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фондови</w:t>
      </w:r>
      <w:proofErr w:type="spellEnd"/>
      <w:r w:rsidR="00F37D7A" w:rsidRPr="00C4545C">
        <w:rPr>
          <w:rFonts w:cs="Arial"/>
          <w:sz w:val="22"/>
          <w:shd w:val="clear" w:color="auto" w:fill="FFFFFF"/>
        </w:rPr>
        <w:t xml:space="preserve">. </w:t>
      </w:r>
      <w:r w:rsidR="00F37D7A" w:rsidRPr="00C4545C">
        <w:rPr>
          <w:rFonts w:cs="Arial"/>
          <w:sz w:val="22"/>
          <w:shd w:val="clear" w:color="auto" w:fill="FFFFFF"/>
          <w:lang w:val="mk-MK"/>
        </w:rPr>
        <w:t xml:space="preserve">Ова, нели, </w:t>
      </w:r>
      <w:r w:rsidR="00E919BC">
        <w:rPr>
          <w:rFonts w:cs="Arial"/>
          <w:sz w:val="22"/>
          <w:shd w:val="clear" w:color="auto" w:fill="FFFFFF"/>
          <w:lang w:val="mk-MK"/>
        </w:rPr>
        <w:t xml:space="preserve">во последно време станува многу </w:t>
      </w:r>
      <w:r w:rsidR="00F37D7A" w:rsidRPr="00C4545C">
        <w:rPr>
          <w:rFonts w:cs="Arial"/>
          <w:sz w:val="22"/>
          <w:shd w:val="clear" w:color="auto" w:fill="FFFFFF"/>
          <w:lang w:val="mk-MK"/>
        </w:rPr>
        <w:t xml:space="preserve">актуелно прашање кај нас. </w:t>
      </w:r>
      <w:proofErr w:type="spellStart"/>
      <w:r w:rsidR="00F37D7A" w:rsidRPr="00C4545C">
        <w:rPr>
          <w:rFonts w:cs="Arial"/>
          <w:sz w:val="22"/>
          <w:shd w:val="clear" w:color="auto" w:fill="FFFFFF"/>
        </w:rPr>
        <w:t>Не</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можеме</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постојано</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да</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констатираме</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дека</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најголем</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дел</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од</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ова</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долгорочно</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домашно</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штедење</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се</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инвестира</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во</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странство</w:t>
      </w:r>
      <w:proofErr w:type="spellEnd"/>
      <w:r w:rsidR="00F37D7A" w:rsidRPr="00C4545C">
        <w:rPr>
          <w:rFonts w:cs="Arial"/>
          <w:sz w:val="22"/>
          <w:shd w:val="clear" w:color="auto" w:fill="FFFFFF"/>
        </w:rPr>
        <w:t xml:space="preserve"> </w:t>
      </w:r>
      <w:r w:rsidR="00F37D7A" w:rsidRPr="00C4545C">
        <w:rPr>
          <w:rFonts w:cs="Arial"/>
          <w:sz w:val="22"/>
          <w:shd w:val="clear" w:color="auto" w:fill="FFFFFF"/>
          <w:lang w:val="mk-MK"/>
        </w:rPr>
        <w:t>и</w:t>
      </w:r>
      <w:r w:rsidR="00F37D7A" w:rsidRPr="00C4545C">
        <w:rPr>
          <w:rFonts w:cs="Arial"/>
          <w:sz w:val="22"/>
          <w:shd w:val="clear" w:color="auto" w:fill="FFFFFF"/>
        </w:rPr>
        <w:t xml:space="preserve"> </w:t>
      </w:r>
      <w:proofErr w:type="spellStart"/>
      <w:r w:rsidR="00F37D7A" w:rsidRPr="00C4545C">
        <w:rPr>
          <w:rFonts w:cs="Arial"/>
          <w:sz w:val="22"/>
          <w:shd w:val="clear" w:color="auto" w:fill="FFFFFF"/>
        </w:rPr>
        <w:t>во</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државни</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хартии</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од</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вредност</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дека</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не</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носи</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адекватни</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приноси</w:t>
      </w:r>
      <w:proofErr w:type="spellEnd"/>
      <w:r w:rsidR="00F37D7A" w:rsidRPr="00C4545C">
        <w:rPr>
          <w:rFonts w:cs="Arial"/>
          <w:sz w:val="22"/>
          <w:shd w:val="clear" w:color="auto" w:fill="FFFFFF"/>
        </w:rPr>
        <w:t xml:space="preserve">, а </w:t>
      </w:r>
      <w:proofErr w:type="spellStart"/>
      <w:r w:rsidR="00F37D7A" w:rsidRPr="00C4545C">
        <w:rPr>
          <w:rFonts w:cs="Arial"/>
          <w:sz w:val="22"/>
          <w:shd w:val="clear" w:color="auto" w:fill="FFFFFF"/>
        </w:rPr>
        <w:t>да</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не</w:t>
      </w:r>
      <w:proofErr w:type="spellEnd"/>
      <w:r w:rsidR="00F37D7A" w:rsidRPr="00C4545C">
        <w:rPr>
          <w:rFonts w:cs="Arial"/>
          <w:sz w:val="22"/>
          <w:shd w:val="clear" w:color="auto" w:fill="FFFFFF"/>
        </w:rPr>
        <w:t xml:space="preserve"> </w:t>
      </w:r>
      <w:r w:rsidR="00F37D7A" w:rsidRPr="00C4545C">
        <w:rPr>
          <w:rFonts w:cs="Arial"/>
          <w:sz w:val="22"/>
          <w:shd w:val="clear" w:color="auto" w:fill="FFFFFF"/>
          <w:lang w:val="mk-MK"/>
        </w:rPr>
        <w:t xml:space="preserve">работиме активно на севкупното унапредување на </w:t>
      </w:r>
      <w:r w:rsidR="000C45B3">
        <w:rPr>
          <w:rFonts w:cs="Arial"/>
          <w:sz w:val="22"/>
          <w:shd w:val="clear" w:color="auto" w:fill="FFFFFF"/>
          <w:lang w:val="mk-MK"/>
        </w:rPr>
        <w:t xml:space="preserve">македонскиот </w:t>
      </w:r>
      <w:proofErr w:type="spellStart"/>
      <w:r w:rsidR="00F37D7A" w:rsidRPr="00C4545C">
        <w:rPr>
          <w:rFonts w:cs="Arial"/>
          <w:sz w:val="22"/>
          <w:shd w:val="clear" w:color="auto" w:fill="FFFFFF"/>
        </w:rPr>
        <w:t>пазар</w:t>
      </w:r>
      <w:proofErr w:type="spellEnd"/>
      <w:r w:rsidR="00F37D7A" w:rsidRPr="00C4545C">
        <w:rPr>
          <w:rFonts w:cs="Arial"/>
          <w:sz w:val="22"/>
          <w:shd w:val="clear" w:color="auto" w:fill="FFFFFF"/>
        </w:rPr>
        <w:t xml:space="preserve"> </w:t>
      </w:r>
      <w:r w:rsidR="00F37D7A" w:rsidRPr="00C4545C">
        <w:rPr>
          <w:rFonts w:cs="Arial"/>
          <w:sz w:val="22"/>
          <w:shd w:val="clear" w:color="auto" w:fill="FFFFFF"/>
          <w:lang w:val="mk-MK"/>
        </w:rPr>
        <w:t>што ќе го</w:t>
      </w:r>
      <w:r w:rsidR="00F37D7A" w:rsidRPr="00C4545C">
        <w:rPr>
          <w:rFonts w:cs="Arial"/>
          <w:sz w:val="22"/>
          <w:shd w:val="clear" w:color="auto" w:fill="FFFFFF"/>
        </w:rPr>
        <w:t xml:space="preserve"> </w:t>
      </w:r>
      <w:proofErr w:type="spellStart"/>
      <w:r w:rsidR="00F37D7A" w:rsidRPr="00C4545C">
        <w:rPr>
          <w:rFonts w:cs="Arial"/>
          <w:sz w:val="22"/>
          <w:shd w:val="clear" w:color="auto" w:fill="FFFFFF"/>
        </w:rPr>
        <w:t>привлеч</w:t>
      </w:r>
      <w:proofErr w:type="spellEnd"/>
      <w:r w:rsidR="00F37D7A" w:rsidRPr="00C4545C">
        <w:rPr>
          <w:rFonts w:cs="Arial"/>
          <w:sz w:val="22"/>
          <w:shd w:val="clear" w:color="auto" w:fill="FFFFFF"/>
          <w:lang w:val="mk-MK"/>
        </w:rPr>
        <w:t>е</w:t>
      </w:r>
      <w:r w:rsidR="00F37D7A" w:rsidRPr="00C4545C">
        <w:rPr>
          <w:rFonts w:cs="Arial"/>
          <w:sz w:val="22"/>
          <w:shd w:val="clear" w:color="auto" w:fill="FFFFFF"/>
        </w:rPr>
        <w:t xml:space="preserve"> и </w:t>
      </w:r>
      <w:proofErr w:type="spellStart"/>
      <w:r w:rsidR="00F37D7A" w:rsidRPr="00C4545C">
        <w:rPr>
          <w:rFonts w:cs="Arial"/>
          <w:sz w:val="22"/>
          <w:shd w:val="clear" w:color="auto" w:fill="FFFFFF"/>
        </w:rPr>
        <w:t>оплод</w:t>
      </w:r>
      <w:proofErr w:type="spellEnd"/>
      <w:r w:rsidR="00F37D7A" w:rsidRPr="00C4545C">
        <w:rPr>
          <w:rFonts w:cs="Arial"/>
          <w:sz w:val="22"/>
          <w:shd w:val="clear" w:color="auto" w:fill="FFFFFF"/>
          <w:lang w:val="mk-MK"/>
        </w:rPr>
        <w:t>и</w:t>
      </w:r>
      <w:r w:rsidR="00F37D7A" w:rsidRPr="00C4545C">
        <w:rPr>
          <w:rFonts w:cs="Arial"/>
          <w:sz w:val="22"/>
          <w:shd w:val="clear" w:color="auto" w:fill="FFFFFF"/>
        </w:rPr>
        <w:t xml:space="preserve"> </w:t>
      </w:r>
      <w:proofErr w:type="spellStart"/>
      <w:r w:rsidR="00F37D7A" w:rsidRPr="00C4545C">
        <w:rPr>
          <w:rFonts w:cs="Arial"/>
          <w:sz w:val="22"/>
          <w:shd w:val="clear" w:color="auto" w:fill="FFFFFF"/>
        </w:rPr>
        <w:t>тоа</w:t>
      </w:r>
      <w:proofErr w:type="spellEnd"/>
      <w:r w:rsidR="00F37D7A" w:rsidRPr="00C4545C">
        <w:rPr>
          <w:rFonts w:cs="Arial"/>
          <w:sz w:val="22"/>
          <w:shd w:val="clear" w:color="auto" w:fill="FFFFFF"/>
        </w:rPr>
        <w:t xml:space="preserve"> </w:t>
      </w:r>
      <w:proofErr w:type="spellStart"/>
      <w:r w:rsidR="00F37D7A" w:rsidRPr="00C4545C">
        <w:rPr>
          <w:rFonts w:cs="Arial"/>
          <w:sz w:val="22"/>
          <w:shd w:val="clear" w:color="auto" w:fill="FFFFFF"/>
        </w:rPr>
        <w:t>штедење</w:t>
      </w:r>
      <w:proofErr w:type="spellEnd"/>
      <w:r w:rsidR="00F37D7A" w:rsidRPr="00C4545C">
        <w:rPr>
          <w:rFonts w:cs="Arial"/>
          <w:sz w:val="22"/>
          <w:shd w:val="clear" w:color="auto" w:fill="FFFFFF"/>
        </w:rPr>
        <w:t xml:space="preserve">. </w:t>
      </w:r>
    </w:p>
    <w:p w14:paraId="16C5D330" w14:textId="7AF7C3C4" w:rsidR="00AC07EC" w:rsidRPr="00C4545C" w:rsidRDefault="00000000" w:rsidP="00CD502C">
      <w:pPr>
        <w:jc w:val="both"/>
        <w:rPr>
          <w:sz w:val="22"/>
        </w:rPr>
      </w:pPr>
      <w:proofErr w:type="spellStart"/>
      <w:r w:rsidRPr="00C4545C">
        <w:rPr>
          <w:sz w:val="22"/>
        </w:rPr>
        <w:t>Одржувањето</w:t>
      </w:r>
      <w:proofErr w:type="spellEnd"/>
      <w:r w:rsidRPr="00C4545C">
        <w:rPr>
          <w:sz w:val="22"/>
        </w:rPr>
        <w:t xml:space="preserve"> и </w:t>
      </w:r>
      <w:proofErr w:type="spellStart"/>
      <w:r w:rsidRPr="00C4545C">
        <w:rPr>
          <w:sz w:val="22"/>
        </w:rPr>
        <w:t>развојот</w:t>
      </w:r>
      <w:proofErr w:type="spellEnd"/>
      <w:r w:rsidRPr="00C4545C">
        <w:rPr>
          <w:sz w:val="22"/>
        </w:rPr>
        <w:t xml:space="preserve"> </w:t>
      </w:r>
      <w:proofErr w:type="spellStart"/>
      <w:r w:rsidRPr="00C4545C">
        <w:rPr>
          <w:sz w:val="22"/>
        </w:rPr>
        <w:t>на</w:t>
      </w:r>
      <w:proofErr w:type="spellEnd"/>
      <w:r w:rsidRPr="00C4545C">
        <w:rPr>
          <w:sz w:val="22"/>
        </w:rPr>
        <w:t xml:space="preserve"> </w:t>
      </w:r>
      <w:r w:rsidR="00F37D7A" w:rsidRPr="00C4545C">
        <w:rPr>
          <w:sz w:val="22"/>
          <w:lang w:val="mk-MK"/>
        </w:rPr>
        <w:t>домашниот пазар</w:t>
      </w:r>
      <w:r w:rsidRPr="00C4545C">
        <w:rPr>
          <w:sz w:val="22"/>
        </w:rPr>
        <w:t xml:space="preserve"> </w:t>
      </w:r>
      <w:r w:rsidR="00DE4A2F">
        <w:rPr>
          <w:sz w:val="22"/>
          <w:lang w:val="mk-MK"/>
        </w:rPr>
        <w:t xml:space="preserve">на капитал </w:t>
      </w:r>
      <w:r w:rsidRPr="00C4545C">
        <w:rPr>
          <w:sz w:val="22"/>
        </w:rPr>
        <w:t xml:space="preserve">е </w:t>
      </w:r>
      <w:proofErr w:type="spellStart"/>
      <w:r w:rsidRPr="00C4545C">
        <w:rPr>
          <w:sz w:val="22"/>
        </w:rPr>
        <w:t>заеднички</w:t>
      </w:r>
      <w:proofErr w:type="spellEnd"/>
      <w:r w:rsidRPr="00C4545C">
        <w:rPr>
          <w:sz w:val="22"/>
        </w:rPr>
        <w:t xml:space="preserve"> </w:t>
      </w:r>
      <w:proofErr w:type="spellStart"/>
      <w:r w:rsidRPr="00C4545C">
        <w:rPr>
          <w:sz w:val="22"/>
        </w:rPr>
        <w:t>интерес</w:t>
      </w:r>
      <w:proofErr w:type="spellEnd"/>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одговорност</w:t>
      </w:r>
      <w:proofErr w:type="spellEnd"/>
      <w:r w:rsidRPr="00C4545C">
        <w:rPr>
          <w:sz w:val="22"/>
        </w:rPr>
        <w:t xml:space="preserve"> и </w:t>
      </w:r>
      <w:proofErr w:type="spellStart"/>
      <w:r w:rsidRPr="00C4545C">
        <w:rPr>
          <w:sz w:val="22"/>
        </w:rPr>
        <w:t>на</w:t>
      </w:r>
      <w:proofErr w:type="spellEnd"/>
      <w:r w:rsidRPr="00C4545C">
        <w:rPr>
          <w:sz w:val="22"/>
        </w:rPr>
        <w:t xml:space="preserve"> </w:t>
      </w:r>
      <w:proofErr w:type="spellStart"/>
      <w:r w:rsidRPr="00C4545C">
        <w:rPr>
          <w:sz w:val="22"/>
        </w:rPr>
        <w:t>институциите</w:t>
      </w:r>
      <w:proofErr w:type="spellEnd"/>
      <w:r w:rsidRPr="00C4545C">
        <w:rPr>
          <w:sz w:val="22"/>
        </w:rPr>
        <w:t xml:space="preserve"> и </w:t>
      </w:r>
      <w:proofErr w:type="spellStart"/>
      <w:r w:rsidRPr="00C4545C">
        <w:rPr>
          <w:sz w:val="22"/>
        </w:rPr>
        <w:t>на</w:t>
      </w:r>
      <w:proofErr w:type="spellEnd"/>
      <w:r w:rsidRPr="00C4545C">
        <w:rPr>
          <w:sz w:val="22"/>
        </w:rPr>
        <w:t xml:space="preserve"> </w:t>
      </w:r>
      <w:proofErr w:type="spellStart"/>
      <w:r w:rsidRPr="00C4545C">
        <w:rPr>
          <w:sz w:val="22"/>
        </w:rPr>
        <w:t>приватниот</w:t>
      </w:r>
      <w:proofErr w:type="spellEnd"/>
      <w:r w:rsidRPr="00C4545C">
        <w:rPr>
          <w:sz w:val="22"/>
        </w:rPr>
        <w:t xml:space="preserve"> </w:t>
      </w:r>
      <w:proofErr w:type="spellStart"/>
      <w:r w:rsidRPr="00C4545C">
        <w:rPr>
          <w:sz w:val="22"/>
        </w:rPr>
        <w:t>сектор</w:t>
      </w:r>
      <w:proofErr w:type="spellEnd"/>
      <w:r w:rsidRPr="00C4545C">
        <w:rPr>
          <w:sz w:val="22"/>
        </w:rPr>
        <w:t>.</w:t>
      </w:r>
    </w:p>
    <w:p w14:paraId="37C29D9C" w14:textId="77777777" w:rsidR="00AC07EC" w:rsidRPr="00C4545C" w:rsidRDefault="00000000" w:rsidP="00CD502C">
      <w:pPr>
        <w:keepNext/>
        <w:jc w:val="both"/>
        <w:rPr>
          <w:sz w:val="22"/>
        </w:rPr>
      </w:pPr>
      <w:proofErr w:type="spellStart"/>
      <w:r w:rsidRPr="00C4545C">
        <w:rPr>
          <w:b/>
          <w:sz w:val="22"/>
        </w:rPr>
        <w:t>Дами</w:t>
      </w:r>
      <w:proofErr w:type="spellEnd"/>
      <w:r w:rsidRPr="00C4545C">
        <w:rPr>
          <w:b/>
          <w:sz w:val="22"/>
        </w:rPr>
        <w:t xml:space="preserve"> и </w:t>
      </w:r>
      <w:proofErr w:type="spellStart"/>
      <w:r w:rsidRPr="00C4545C">
        <w:rPr>
          <w:b/>
          <w:sz w:val="22"/>
        </w:rPr>
        <w:t>господа</w:t>
      </w:r>
      <w:proofErr w:type="spellEnd"/>
      <w:r w:rsidRPr="00C4545C">
        <w:rPr>
          <w:b/>
          <w:sz w:val="22"/>
        </w:rPr>
        <w:t>,</w:t>
      </w:r>
    </w:p>
    <w:p w14:paraId="40254383" w14:textId="1D349A53" w:rsidR="00AC07EC" w:rsidRPr="00C4545C" w:rsidRDefault="00D2387B" w:rsidP="00CD502C">
      <w:pPr>
        <w:jc w:val="both"/>
        <w:rPr>
          <w:sz w:val="22"/>
        </w:rPr>
      </w:pPr>
      <w:r w:rsidRPr="00C4545C">
        <w:rPr>
          <w:sz w:val="22"/>
          <w:lang w:val="mk-MK"/>
        </w:rPr>
        <w:t>Агендата на конференција</w:t>
      </w:r>
      <w:r w:rsidRPr="00C4545C">
        <w:rPr>
          <w:sz w:val="22"/>
        </w:rPr>
        <w:t xml:space="preserve"> е </w:t>
      </w:r>
      <w:proofErr w:type="spellStart"/>
      <w:r w:rsidRPr="00C4545C">
        <w:rPr>
          <w:sz w:val="22"/>
        </w:rPr>
        <w:t>тесно</w:t>
      </w:r>
      <w:proofErr w:type="spellEnd"/>
      <w:r w:rsidRPr="00C4545C">
        <w:rPr>
          <w:sz w:val="22"/>
        </w:rPr>
        <w:t xml:space="preserve"> </w:t>
      </w:r>
      <w:proofErr w:type="spellStart"/>
      <w:r w:rsidRPr="00C4545C">
        <w:rPr>
          <w:sz w:val="22"/>
        </w:rPr>
        <w:t>поврзана</w:t>
      </w:r>
      <w:proofErr w:type="spellEnd"/>
      <w:r w:rsidRPr="00C4545C">
        <w:rPr>
          <w:sz w:val="22"/>
        </w:rPr>
        <w:t xml:space="preserve"> </w:t>
      </w:r>
      <w:proofErr w:type="spellStart"/>
      <w:r w:rsidRPr="00C4545C">
        <w:rPr>
          <w:sz w:val="22"/>
        </w:rPr>
        <w:t>со</w:t>
      </w:r>
      <w:proofErr w:type="spellEnd"/>
      <w:r w:rsidRPr="00C4545C">
        <w:rPr>
          <w:sz w:val="22"/>
        </w:rPr>
        <w:t xml:space="preserve"> </w:t>
      </w:r>
      <w:r w:rsidR="00FF5B5D">
        <w:rPr>
          <w:sz w:val="22"/>
          <w:lang w:val="mk-MK"/>
        </w:rPr>
        <w:t>работите</w:t>
      </w:r>
      <w:r w:rsidR="00DE4A2F">
        <w:rPr>
          <w:sz w:val="22"/>
          <w:lang w:val="mk-MK"/>
        </w:rPr>
        <w:t xml:space="preserve"> за ко</w:t>
      </w:r>
      <w:r w:rsidR="00FF5B5D">
        <w:rPr>
          <w:sz w:val="22"/>
          <w:lang w:val="mk-MK"/>
        </w:rPr>
        <w:t>и</w:t>
      </w:r>
      <w:r w:rsidR="00DE4A2F">
        <w:rPr>
          <w:sz w:val="22"/>
          <w:lang w:val="mk-MK"/>
        </w:rPr>
        <w:t xml:space="preserve"> говорев досега</w:t>
      </w:r>
      <w:r w:rsidRPr="00C4545C">
        <w:rPr>
          <w:sz w:val="22"/>
        </w:rPr>
        <w:t xml:space="preserve">. </w:t>
      </w:r>
      <w:proofErr w:type="spellStart"/>
      <w:r w:rsidRPr="00C4545C">
        <w:rPr>
          <w:sz w:val="22"/>
        </w:rPr>
        <w:t>Ќе</w:t>
      </w:r>
      <w:proofErr w:type="spellEnd"/>
      <w:r w:rsidRPr="00C4545C">
        <w:rPr>
          <w:sz w:val="22"/>
        </w:rPr>
        <w:t xml:space="preserve"> </w:t>
      </w:r>
      <w:proofErr w:type="spellStart"/>
      <w:r w:rsidRPr="00C4545C">
        <w:rPr>
          <w:sz w:val="22"/>
        </w:rPr>
        <w:t>разговараме</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можностите</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малите</w:t>
      </w:r>
      <w:proofErr w:type="spellEnd"/>
      <w:r w:rsidRPr="00C4545C">
        <w:rPr>
          <w:sz w:val="22"/>
        </w:rPr>
        <w:t xml:space="preserve"> </w:t>
      </w:r>
      <w:proofErr w:type="spellStart"/>
      <w:r w:rsidRPr="00C4545C">
        <w:rPr>
          <w:sz w:val="22"/>
        </w:rPr>
        <w:t>пазари</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нови</w:t>
      </w:r>
      <w:proofErr w:type="spellEnd"/>
      <w:r w:rsidRPr="00C4545C">
        <w:rPr>
          <w:sz w:val="22"/>
        </w:rPr>
        <w:t xml:space="preserve"> </w:t>
      </w:r>
      <w:proofErr w:type="spellStart"/>
      <w:r w:rsidRPr="00C4545C">
        <w:rPr>
          <w:sz w:val="22"/>
        </w:rPr>
        <w:t>емисии</w:t>
      </w:r>
      <w:proofErr w:type="spellEnd"/>
      <w:r w:rsidRPr="00C4545C">
        <w:rPr>
          <w:sz w:val="22"/>
        </w:rPr>
        <w:t xml:space="preserve"> и </w:t>
      </w:r>
      <w:proofErr w:type="spellStart"/>
      <w:r w:rsidRPr="00C4545C">
        <w:rPr>
          <w:sz w:val="22"/>
        </w:rPr>
        <w:t>инвестициски</w:t>
      </w:r>
      <w:proofErr w:type="spellEnd"/>
      <w:r w:rsidRPr="00C4545C">
        <w:rPr>
          <w:sz w:val="22"/>
        </w:rPr>
        <w:t xml:space="preserve"> </w:t>
      </w:r>
      <w:proofErr w:type="spellStart"/>
      <w:r w:rsidRPr="00C4545C">
        <w:rPr>
          <w:sz w:val="22"/>
        </w:rPr>
        <w:t>сметки</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долгорочниот</w:t>
      </w:r>
      <w:proofErr w:type="spellEnd"/>
      <w:r w:rsidRPr="00C4545C">
        <w:rPr>
          <w:sz w:val="22"/>
        </w:rPr>
        <w:t xml:space="preserve"> </w:t>
      </w:r>
      <w:proofErr w:type="spellStart"/>
      <w:r w:rsidRPr="00C4545C">
        <w:rPr>
          <w:sz w:val="22"/>
        </w:rPr>
        <w:t>капитал</w:t>
      </w:r>
      <w:proofErr w:type="spellEnd"/>
      <w:r w:rsidRPr="00C4545C">
        <w:rPr>
          <w:sz w:val="22"/>
        </w:rPr>
        <w:t xml:space="preserve"> и </w:t>
      </w:r>
      <w:proofErr w:type="spellStart"/>
      <w:r w:rsidRPr="00C4545C">
        <w:rPr>
          <w:sz w:val="22"/>
        </w:rPr>
        <w:t>технологијата</w:t>
      </w:r>
      <w:proofErr w:type="spellEnd"/>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Живко</w:t>
      </w:r>
      <w:proofErr w:type="spellEnd"/>
      <w:r w:rsidRPr="00C4545C">
        <w:rPr>
          <w:sz w:val="22"/>
        </w:rPr>
        <w:t xml:space="preserve"> </w:t>
      </w:r>
      <w:proofErr w:type="spellStart"/>
      <w:r w:rsidRPr="00C4545C">
        <w:rPr>
          <w:sz w:val="22"/>
        </w:rPr>
        <w:t>Мукаетов</w:t>
      </w:r>
      <w:proofErr w:type="spellEnd"/>
      <w:r w:rsidRPr="00C4545C">
        <w:rPr>
          <w:sz w:val="22"/>
        </w:rPr>
        <w:t xml:space="preserve"> </w:t>
      </w:r>
      <w:proofErr w:type="spellStart"/>
      <w:r w:rsidRPr="00C4545C">
        <w:rPr>
          <w:sz w:val="22"/>
        </w:rPr>
        <w:t>ќе</w:t>
      </w:r>
      <w:proofErr w:type="spellEnd"/>
      <w:r w:rsidRPr="00C4545C">
        <w:rPr>
          <w:sz w:val="22"/>
        </w:rPr>
        <w:t xml:space="preserve"> </w:t>
      </w:r>
      <w:proofErr w:type="spellStart"/>
      <w:r w:rsidRPr="00C4545C">
        <w:rPr>
          <w:sz w:val="22"/>
        </w:rPr>
        <w:t>зборуваме</w:t>
      </w:r>
      <w:proofErr w:type="spellEnd"/>
      <w:r w:rsidRPr="00C4545C">
        <w:rPr>
          <w:sz w:val="22"/>
        </w:rPr>
        <w:t xml:space="preserve"> и </w:t>
      </w:r>
      <w:proofErr w:type="spellStart"/>
      <w:r w:rsidRPr="00C4545C">
        <w:rPr>
          <w:sz w:val="22"/>
        </w:rPr>
        <w:t>за</w:t>
      </w:r>
      <w:proofErr w:type="spellEnd"/>
      <w:r w:rsidRPr="00C4545C">
        <w:rPr>
          <w:sz w:val="22"/>
        </w:rPr>
        <w:t xml:space="preserve"> </w:t>
      </w:r>
      <w:proofErr w:type="spellStart"/>
      <w:r w:rsidRPr="00C4545C">
        <w:rPr>
          <w:sz w:val="22"/>
        </w:rPr>
        <w:t>искуството</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Алкалоид</w:t>
      </w:r>
      <w:proofErr w:type="spellEnd"/>
      <w:r w:rsidRPr="00C4545C">
        <w:rPr>
          <w:sz w:val="22"/>
        </w:rPr>
        <w:t xml:space="preserve">, </w:t>
      </w:r>
      <w:proofErr w:type="spellStart"/>
      <w:r w:rsidRPr="00C4545C">
        <w:rPr>
          <w:sz w:val="22"/>
        </w:rPr>
        <w:t>компанија</w:t>
      </w:r>
      <w:proofErr w:type="spellEnd"/>
      <w:r w:rsidRPr="00C4545C">
        <w:rPr>
          <w:sz w:val="22"/>
        </w:rPr>
        <w:t xml:space="preserve"> </w:t>
      </w:r>
      <w:proofErr w:type="spellStart"/>
      <w:r w:rsidRPr="00C4545C">
        <w:rPr>
          <w:sz w:val="22"/>
        </w:rPr>
        <w:t>чиј</w:t>
      </w:r>
      <w:proofErr w:type="spellEnd"/>
      <w:r w:rsidRPr="00C4545C">
        <w:rPr>
          <w:sz w:val="22"/>
        </w:rPr>
        <w:t xml:space="preserve"> </w:t>
      </w:r>
      <w:proofErr w:type="spellStart"/>
      <w:r w:rsidRPr="00C4545C">
        <w:rPr>
          <w:sz w:val="22"/>
        </w:rPr>
        <w:t>развој</w:t>
      </w:r>
      <w:proofErr w:type="spellEnd"/>
      <w:r w:rsidRPr="00C4545C">
        <w:rPr>
          <w:sz w:val="22"/>
        </w:rPr>
        <w:t xml:space="preserve"> </w:t>
      </w:r>
      <w:proofErr w:type="spellStart"/>
      <w:r w:rsidRPr="00C4545C">
        <w:rPr>
          <w:sz w:val="22"/>
        </w:rPr>
        <w:t>многумина</w:t>
      </w:r>
      <w:proofErr w:type="spellEnd"/>
      <w:r w:rsidRPr="00C4545C">
        <w:rPr>
          <w:sz w:val="22"/>
        </w:rPr>
        <w:t xml:space="preserve"> </w:t>
      </w:r>
      <w:proofErr w:type="spellStart"/>
      <w:r w:rsidRPr="00C4545C">
        <w:rPr>
          <w:sz w:val="22"/>
        </w:rPr>
        <w:t>од</w:t>
      </w:r>
      <w:proofErr w:type="spellEnd"/>
      <w:r w:rsidRPr="00C4545C">
        <w:rPr>
          <w:sz w:val="22"/>
        </w:rPr>
        <w:t xml:space="preserve"> </w:t>
      </w:r>
      <w:proofErr w:type="spellStart"/>
      <w:r w:rsidRPr="00C4545C">
        <w:rPr>
          <w:sz w:val="22"/>
        </w:rPr>
        <w:t>нас</w:t>
      </w:r>
      <w:proofErr w:type="spellEnd"/>
      <w:r w:rsidRPr="00C4545C">
        <w:rPr>
          <w:sz w:val="22"/>
        </w:rPr>
        <w:t xml:space="preserve"> </w:t>
      </w:r>
      <w:proofErr w:type="spellStart"/>
      <w:r w:rsidRPr="00C4545C">
        <w:rPr>
          <w:sz w:val="22"/>
        </w:rPr>
        <w:t>го</w:t>
      </w:r>
      <w:proofErr w:type="spellEnd"/>
      <w:r w:rsidRPr="00C4545C">
        <w:rPr>
          <w:sz w:val="22"/>
        </w:rPr>
        <w:t xml:space="preserve"> </w:t>
      </w:r>
      <w:proofErr w:type="spellStart"/>
      <w:r w:rsidRPr="00C4545C">
        <w:rPr>
          <w:sz w:val="22"/>
        </w:rPr>
        <w:t>следат</w:t>
      </w:r>
      <w:proofErr w:type="spellEnd"/>
      <w:r w:rsidRPr="00C4545C">
        <w:rPr>
          <w:sz w:val="22"/>
        </w:rPr>
        <w:t xml:space="preserve"> </w:t>
      </w:r>
      <w:proofErr w:type="spellStart"/>
      <w:r w:rsidRPr="00C4545C">
        <w:rPr>
          <w:sz w:val="22"/>
        </w:rPr>
        <w:t>со</w:t>
      </w:r>
      <w:proofErr w:type="spellEnd"/>
      <w:r w:rsidRPr="00C4545C">
        <w:rPr>
          <w:sz w:val="22"/>
        </w:rPr>
        <w:t xml:space="preserve"> </w:t>
      </w:r>
      <w:proofErr w:type="spellStart"/>
      <w:r w:rsidRPr="00C4545C">
        <w:rPr>
          <w:sz w:val="22"/>
        </w:rPr>
        <w:t>години</w:t>
      </w:r>
      <w:proofErr w:type="spellEnd"/>
      <w:r w:rsidRPr="00C4545C">
        <w:rPr>
          <w:sz w:val="22"/>
        </w:rPr>
        <w:t xml:space="preserve"> </w:t>
      </w:r>
      <w:proofErr w:type="spellStart"/>
      <w:r w:rsidRPr="00C4545C">
        <w:rPr>
          <w:sz w:val="22"/>
        </w:rPr>
        <w:t>преку</w:t>
      </w:r>
      <w:proofErr w:type="spellEnd"/>
      <w:r w:rsidRPr="00C4545C">
        <w:rPr>
          <w:sz w:val="22"/>
        </w:rPr>
        <w:t xml:space="preserve"> </w:t>
      </w:r>
      <w:proofErr w:type="spellStart"/>
      <w:r w:rsidRPr="00C4545C">
        <w:rPr>
          <w:sz w:val="22"/>
        </w:rPr>
        <w:t>Берзата</w:t>
      </w:r>
      <w:proofErr w:type="spellEnd"/>
      <w:r w:rsidRPr="00C4545C">
        <w:rPr>
          <w:sz w:val="22"/>
        </w:rPr>
        <w:t>.</w:t>
      </w:r>
    </w:p>
    <w:p w14:paraId="709BCA42" w14:textId="32314D62" w:rsidR="00AC07EC" w:rsidRPr="00C4545C" w:rsidRDefault="00D2387B" w:rsidP="00CD502C">
      <w:pPr>
        <w:jc w:val="both"/>
        <w:rPr>
          <w:sz w:val="22"/>
        </w:rPr>
      </w:pPr>
      <w:r w:rsidRPr="00C4545C">
        <w:rPr>
          <w:sz w:val="22"/>
          <w:lang w:val="mk-MK"/>
        </w:rPr>
        <w:t>Пос</w:t>
      </w:r>
      <w:r w:rsidR="00DE4A2F">
        <w:rPr>
          <w:sz w:val="22"/>
          <w:lang w:val="mk-MK"/>
        </w:rPr>
        <w:t>ак</w:t>
      </w:r>
      <w:r w:rsidRPr="00C4545C">
        <w:rPr>
          <w:sz w:val="22"/>
          <w:lang w:val="mk-MK"/>
        </w:rPr>
        <w:t>увам</w:t>
      </w:r>
      <w:r w:rsidRPr="00C4545C">
        <w:rPr>
          <w:sz w:val="22"/>
        </w:rPr>
        <w:t xml:space="preserve"> </w:t>
      </w:r>
      <w:r w:rsidRPr="00C4545C">
        <w:rPr>
          <w:sz w:val="22"/>
          <w:lang w:val="mk-MK"/>
        </w:rPr>
        <w:t xml:space="preserve">од </w:t>
      </w:r>
      <w:proofErr w:type="spellStart"/>
      <w:r w:rsidRPr="00C4545C">
        <w:rPr>
          <w:sz w:val="22"/>
        </w:rPr>
        <w:t>овие</w:t>
      </w:r>
      <w:proofErr w:type="spellEnd"/>
      <w:r w:rsidRPr="00C4545C">
        <w:rPr>
          <w:sz w:val="22"/>
        </w:rPr>
        <w:t xml:space="preserve"> </w:t>
      </w:r>
      <w:proofErr w:type="spellStart"/>
      <w:r w:rsidRPr="00C4545C">
        <w:rPr>
          <w:sz w:val="22"/>
        </w:rPr>
        <w:t>два</w:t>
      </w:r>
      <w:proofErr w:type="spellEnd"/>
      <w:r w:rsidRPr="00C4545C">
        <w:rPr>
          <w:sz w:val="22"/>
        </w:rPr>
        <w:t xml:space="preserve"> </w:t>
      </w:r>
      <w:proofErr w:type="spellStart"/>
      <w:r w:rsidRPr="00C4545C">
        <w:rPr>
          <w:sz w:val="22"/>
        </w:rPr>
        <w:t>дена</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произлезат</w:t>
      </w:r>
      <w:proofErr w:type="spellEnd"/>
      <w:r w:rsidRPr="00C4545C">
        <w:rPr>
          <w:sz w:val="22"/>
        </w:rPr>
        <w:t xml:space="preserve"> и </w:t>
      </w:r>
      <w:proofErr w:type="spellStart"/>
      <w:r w:rsidRPr="00C4545C">
        <w:rPr>
          <w:sz w:val="22"/>
        </w:rPr>
        <w:t>конкретни</w:t>
      </w:r>
      <w:proofErr w:type="spellEnd"/>
      <w:r w:rsidRPr="00C4545C">
        <w:rPr>
          <w:sz w:val="22"/>
        </w:rPr>
        <w:t xml:space="preserve"> </w:t>
      </w:r>
      <w:proofErr w:type="spellStart"/>
      <w:r w:rsidRPr="00C4545C">
        <w:rPr>
          <w:sz w:val="22"/>
        </w:rPr>
        <w:t>следни</w:t>
      </w:r>
      <w:proofErr w:type="spellEnd"/>
      <w:r w:rsidRPr="00C4545C">
        <w:rPr>
          <w:sz w:val="22"/>
        </w:rPr>
        <w:t xml:space="preserve"> </w:t>
      </w:r>
      <w:proofErr w:type="spellStart"/>
      <w:r w:rsidRPr="00C4545C">
        <w:rPr>
          <w:sz w:val="22"/>
        </w:rPr>
        <w:t>чекори</w:t>
      </w:r>
      <w:proofErr w:type="spellEnd"/>
      <w:r w:rsidRPr="00C4545C">
        <w:rPr>
          <w:sz w:val="22"/>
        </w:rPr>
        <w:t xml:space="preserve">. </w:t>
      </w:r>
      <w:proofErr w:type="spellStart"/>
      <w:r w:rsidRPr="00C4545C">
        <w:rPr>
          <w:sz w:val="22"/>
        </w:rPr>
        <w:t>Компанија</w:t>
      </w:r>
      <w:proofErr w:type="spellEnd"/>
      <w:r w:rsidRPr="00C4545C">
        <w:rPr>
          <w:sz w:val="22"/>
        </w:rPr>
        <w:t xml:space="preserve"> </w:t>
      </w:r>
      <w:proofErr w:type="spellStart"/>
      <w:r w:rsidRPr="00C4545C">
        <w:rPr>
          <w:sz w:val="22"/>
        </w:rPr>
        <w:t>што</w:t>
      </w:r>
      <w:proofErr w:type="spellEnd"/>
      <w:r w:rsidRPr="00C4545C">
        <w:rPr>
          <w:sz w:val="22"/>
        </w:rPr>
        <w:t xml:space="preserve"> </w:t>
      </w:r>
      <w:proofErr w:type="spellStart"/>
      <w:r w:rsidRPr="00C4545C">
        <w:rPr>
          <w:sz w:val="22"/>
        </w:rPr>
        <w:t>ќе</w:t>
      </w:r>
      <w:proofErr w:type="spellEnd"/>
      <w:r w:rsidRPr="00C4545C">
        <w:rPr>
          <w:sz w:val="22"/>
        </w:rPr>
        <w:t xml:space="preserve"> </w:t>
      </w:r>
      <w:proofErr w:type="spellStart"/>
      <w:r w:rsidRPr="00C4545C">
        <w:rPr>
          <w:sz w:val="22"/>
        </w:rPr>
        <w:t>ја</w:t>
      </w:r>
      <w:proofErr w:type="spellEnd"/>
      <w:r w:rsidRPr="00C4545C">
        <w:rPr>
          <w:sz w:val="22"/>
        </w:rPr>
        <w:t xml:space="preserve"> </w:t>
      </w:r>
      <w:proofErr w:type="spellStart"/>
      <w:r w:rsidRPr="00C4545C">
        <w:rPr>
          <w:sz w:val="22"/>
        </w:rPr>
        <w:t>почне</w:t>
      </w:r>
      <w:proofErr w:type="spellEnd"/>
      <w:r w:rsidRPr="00C4545C">
        <w:rPr>
          <w:sz w:val="22"/>
        </w:rPr>
        <w:t xml:space="preserve"> </w:t>
      </w:r>
      <w:proofErr w:type="spellStart"/>
      <w:r w:rsidRPr="00C4545C">
        <w:rPr>
          <w:sz w:val="22"/>
        </w:rPr>
        <w:t>својата</w:t>
      </w:r>
      <w:proofErr w:type="spellEnd"/>
      <w:r w:rsidRPr="00C4545C">
        <w:rPr>
          <w:sz w:val="22"/>
        </w:rPr>
        <w:t xml:space="preserve"> </w:t>
      </w:r>
      <w:proofErr w:type="spellStart"/>
      <w:r w:rsidRPr="00C4545C">
        <w:rPr>
          <w:sz w:val="22"/>
        </w:rPr>
        <w:t>подготовка</w:t>
      </w:r>
      <w:proofErr w:type="spellEnd"/>
      <w:r w:rsidR="00FB7BE2">
        <w:rPr>
          <w:sz w:val="22"/>
          <w:lang w:val="mk-MK"/>
        </w:rPr>
        <w:t xml:space="preserve"> за емисија</w:t>
      </w:r>
      <w:r w:rsidRPr="00C4545C">
        <w:rPr>
          <w:sz w:val="22"/>
        </w:rPr>
        <w:t xml:space="preserve">, </w:t>
      </w:r>
      <w:proofErr w:type="spellStart"/>
      <w:r w:rsidRPr="00C4545C">
        <w:rPr>
          <w:sz w:val="22"/>
        </w:rPr>
        <w:t>посредник</w:t>
      </w:r>
      <w:proofErr w:type="spellEnd"/>
      <w:r w:rsidRPr="00C4545C">
        <w:rPr>
          <w:sz w:val="22"/>
        </w:rPr>
        <w:t xml:space="preserve"> </w:t>
      </w:r>
      <w:proofErr w:type="spellStart"/>
      <w:r w:rsidRPr="00C4545C">
        <w:rPr>
          <w:sz w:val="22"/>
        </w:rPr>
        <w:t>што</w:t>
      </w:r>
      <w:proofErr w:type="spellEnd"/>
      <w:r w:rsidRPr="00C4545C">
        <w:rPr>
          <w:sz w:val="22"/>
        </w:rPr>
        <w:t xml:space="preserve"> </w:t>
      </w:r>
      <w:proofErr w:type="spellStart"/>
      <w:r w:rsidRPr="00C4545C">
        <w:rPr>
          <w:sz w:val="22"/>
        </w:rPr>
        <w:t>ќе</w:t>
      </w:r>
      <w:proofErr w:type="spellEnd"/>
      <w:r w:rsidRPr="00C4545C">
        <w:rPr>
          <w:sz w:val="22"/>
        </w:rPr>
        <w:t xml:space="preserve"> </w:t>
      </w:r>
      <w:proofErr w:type="spellStart"/>
      <w:r w:rsidRPr="00C4545C">
        <w:rPr>
          <w:sz w:val="22"/>
        </w:rPr>
        <w:t>развие</w:t>
      </w:r>
      <w:proofErr w:type="spellEnd"/>
      <w:r w:rsidRPr="00C4545C">
        <w:rPr>
          <w:sz w:val="22"/>
        </w:rPr>
        <w:t xml:space="preserve"> </w:t>
      </w:r>
      <w:proofErr w:type="spellStart"/>
      <w:r w:rsidRPr="00C4545C">
        <w:rPr>
          <w:sz w:val="22"/>
        </w:rPr>
        <w:t>нова</w:t>
      </w:r>
      <w:proofErr w:type="spellEnd"/>
      <w:r w:rsidRPr="00C4545C">
        <w:rPr>
          <w:sz w:val="22"/>
        </w:rPr>
        <w:t xml:space="preserve"> </w:t>
      </w:r>
      <w:proofErr w:type="spellStart"/>
      <w:r w:rsidRPr="00C4545C">
        <w:rPr>
          <w:sz w:val="22"/>
        </w:rPr>
        <w:t>услуга</w:t>
      </w:r>
      <w:proofErr w:type="spellEnd"/>
      <w:r w:rsidRPr="00C4545C">
        <w:rPr>
          <w:sz w:val="22"/>
        </w:rPr>
        <w:t xml:space="preserve">, </w:t>
      </w:r>
      <w:proofErr w:type="spellStart"/>
      <w:r w:rsidRPr="00C4545C">
        <w:rPr>
          <w:sz w:val="22"/>
        </w:rPr>
        <w:t>институции</w:t>
      </w:r>
      <w:proofErr w:type="spellEnd"/>
      <w:r w:rsidRPr="00C4545C">
        <w:rPr>
          <w:sz w:val="22"/>
        </w:rPr>
        <w:t xml:space="preserve"> </w:t>
      </w:r>
      <w:proofErr w:type="spellStart"/>
      <w:r w:rsidRPr="00C4545C">
        <w:rPr>
          <w:sz w:val="22"/>
        </w:rPr>
        <w:t>што</w:t>
      </w:r>
      <w:proofErr w:type="spellEnd"/>
      <w:r w:rsidRPr="00C4545C">
        <w:rPr>
          <w:sz w:val="22"/>
        </w:rPr>
        <w:t xml:space="preserve"> </w:t>
      </w:r>
      <w:proofErr w:type="spellStart"/>
      <w:r w:rsidRPr="00C4545C">
        <w:rPr>
          <w:sz w:val="22"/>
        </w:rPr>
        <w:t>ќе</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договорат</w:t>
      </w:r>
      <w:proofErr w:type="spellEnd"/>
      <w:r w:rsidRPr="00C4545C">
        <w:rPr>
          <w:sz w:val="22"/>
        </w:rPr>
        <w:t xml:space="preserve"> </w:t>
      </w:r>
      <w:proofErr w:type="spellStart"/>
      <w:r w:rsidRPr="00C4545C">
        <w:rPr>
          <w:sz w:val="22"/>
        </w:rPr>
        <w:t>како</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отстранат</w:t>
      </w:r>
      <w:proofErr w:type="spellEnd"/>
      <w:r w:rsidRPr="00C4545C">
        <w:rPr>
          <w:sz w:val="22"/>
        </w:rPr>
        <w:t xml:space="preserve"> </w:t>
      </w:r>
      <w:proofErr w:type="spellStart"/>
      <w:r w:rsidRPr="00C4545C">
        <w:rPr>
          <w:sz w:val="22"/>
        </w:rPr>
        <w:t>одредена</w:t>
      </w:r>
      <w:proofErr w:type="spellEnd"/>
      <w:r w:rsidRPr="00C4545C">
        <w:rPr>
          <w:sz w:val="22"/>
        </w:rPr>
        <w:t xml:space="preserve"> </w:t>
      </w:r>
      <w:proofErr w:type="spellStart"/>
      <w:r w:rsidRPr="00C4545C">
        <w:rPr>
          <w:sz w:val="22"/>
        </w:rPr>
        <w:t>пречка</w:t>
      </w:r>
      <w:proofErr w:type="spellEnd"/>
      <w:r w:rsidRPr="00C4545C">
        <w:rPr>
          <w:sz w:val="22"/>
        </w:rPr>
        <w:t>.</w:t>
      </w:r>
      <w:r w:rsidR="000C45B3">
        <w:rPr>
          <w:sz w:val="22"/>
          <w:lang w:val="mk-MK"/>
        </w:rPr>
        <w:t>..</w:t>
      </w:r>
      <w:r w:rsidRPr="00C4545C">
        <w:rPr>
          <w:sz w:val="22"/>
        </w:rPr>
        <w:t xml:space="preserve"> </w:t>
      </w:r>
      <w:proofErr w:type="spellStart"/>
      <w:r w:rsidRPr="00C4545C">
        <w:rPr>
          <w:sz w:val="22"/>
        </w:rPr>
        <w:t>Токму</w:t>
      </w:r>
      <w:proofErr w:type="spellEnd"/>
      <w:r w:rsidRPr="00C4545C">
        <w:rPr>
          <w:sz w:val="22"/>
        </w:rPr>
        <w:t xml:space="preserve"> </w:t>
      </w:r>
      <w:proofErr w:type="spellStart"/>
      <w:r w:rsidRPr="00C4545C">
        <w:rPr>
          <w:sz w:val="22"/>
        </w:rPr>
        <w:t>преку</w:t>
      </w:r>
      <w:proofErr w:type="spellEnd"/>
      <w:r w:rsidRPr="00C4545C">
        <w:rPr>
          <w:sz w:val="22"/>
        </w:rPr>
        <w:t xml:space="preserve"> </w:t>
      </w:r>
      <w:proofErr w:type="spellStart"/>
      <w:r w:rsidRPr="00C4545C">
        <w:rPr>
          <w:sz w:val="22"/>
        </w:rPr>
        <w:t>такви</w:t>
      </w:r>
      <w:proofErr w:type="spellEnd"/>
      <w:r w:rsidRPr="00C4545C">
        <w:rPr>
          <w:sz w:val="22"/>
        </w:rPr>
        <w:t xml:space="preserve"> </w:t>
      </w:r>
      <w:proofErr w:type="spellStart"/>
      <w:r w:rsidRPr="00C4545C">
        <w:rPr>
          <w:sz w:val="22"/>
        </w:rPr>
        <w:t>одлуки</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менува</w:t>
      </w:r>
      <w:proofErr w:type="spellEnd"/>
      <w:r w:rsidRPr="00C4545C">
        <w:rPr>
          <w:sz w:val="22"/>
        </w:rPr>
        <w:t xml:space="preserve"> </w:t>
      </w:r>
      <w:r w:rsidRPr="00C4545C">
        <w:rPr>
          <w:sz w:val="22"/>
          <w:lang w:val="mk-MK"/>
        </w:rPr>
        <w:t xml:space="preserve">и унапредува </w:t>
      </w:r>
      <w:proofErr w:type="spellStart"/>
      <w:r w:rsidRPr="00C4545C">
        <w:rPr>
          <w:sz w:val="22"/>
        </w:rPr>
        <w:t>пазарот</w:t>
      </w:r>
      <w:proofErr w:type="spellEnd"/>
      <w:r w:rsidRPr="00C4545C">
        <w:rPr>
          <w:sz w:val="22"/>
        </w:rPr>
        <w:t>.</w:t>
      </w:r>
    </w:p>
    <w:p w14:paraId="0CDC6551" w14:textId="2497F114" w:rsidR="00030694" w:rsidRPr="00C4545C" w:rsidRDefault="00030694" w:rsidP="00030694">
      <w:pPr>
        <w:jc w:val="both"/>
        <w:rPr>
          <w:sz w:val="22"/>
        </w:rPr>
      </w:pPr>
      <w:proofErr w:type="spellStart"/>
      <w:r w:rsidRPr="00C4545C">
        <w:rPr>
          <w:sz w:val="22"/>
        </w:rPr>
        <w:t>Им</w:t>
      </w:r>
      <w:proofErr w:type="spellEnd"/>
      <w:r w:rsidRPr="00C4545C">
        <w:rPr>
          <w:sz w:val="22"/>
        </w:rPr>
        <w:t xml:space="preserve"> </w:t>
      </w:r>
      <w:proofErr w:type="spellStart"/>
      <w:r w:rsidRPr="00C4545C">
        <w:rPr>
          <w:sz w:val="22"/>
        </w:rPr>
        <w:t>благодарам</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сите</w:t>
      </w:r>
      <w:proofErr w:type="spellEnd"/>
      <w:r w:rsidRPr="00C4545C">
        <w:rPr>
          <w:sz w:val="22"/>
        </w:rPr>
        <w:t xml:space="preserve"> </w:t>
      </w:r>
      <w:proofErr w:type="spellStart"/>
      <w:r w:rsidRPr="00C4545C">
        <w:rPr>
          <w:sz w:val="22"/>
        </w:rPr>
        <w:t>говорници</w:t>
      </w:r>
      <w:proofErr w:type="spellEnd"/>
      <w:r w:rsidRPr="00C4545C">
        <w:rPr>
          <w:sz w:val="22"/>
          <w:lang w:val="mk-MK"/>
        </w:rPr>
        <w:t xml:space="preserve"> и</w:t>
      </w:r>
      <w:r w:rsidRPr="00C4545C">
        <w:rPr>
          <w:sz w:val="22"/>
        </w:rPr>
        <w:t xml:space="preserve"> </w:t>
      </w:r>
      <w:proofErr w:type="spellStart"/>
      <w:r w:rsidRPr="00C4545C">
        <w:rPr>
          <w:sz w:val="22"/>
        </w:rPr>
        <w:t>панелисти</w:t>
      </w:r>
      <w:proofErr w:type="spellEnd"/>
      <w:r w:rsidRPr="00C4545C">
        <w:rPr>
          <w:sz w:val="22"/>
        </w:rPr>
        <w:t xml:space="preserve">, </w:t>
      </w:r>
      <w:proofErr w:type="spellStart"/>
      <w:r w:rsidRPr="00C4545C">
        <w:rPr>
          <w:sz w:val="22"/>
        </w:rPr>
        <w:t>како</w:t>
      </w:r>
      <w:proofErr w:type="spellEnd"/>
      <w:r w:rsidRPr="00C4545C">
        <w:rPr>
          <w:sz w:val="22"/>
        </w:rPr>
        <w:t xml:space="preserve"> и </w:t>
      </w:r>
      <w:proofErr w:type="spellStart"/>
      <w:r w:rsidRPr="00C4545C">
        <w:rPr>
          <w:sz w:val="22"/>
        </w:rPr>
        <w:t>на</w:t>
      </w:r>
      <w:proofErr w:type="spellEnd"/>
      <w:r w:rsidRPr="00C4545C">
        <w:rPr>
          <w:sz w:val="22"/>
        </w:rPr>
        <w:t xml:space="preserve"> </w:t>
      </w:r>
      <w:proofErr w:type="spellStart"/>
      <w:r w:rsidRPr="00C4545C">
        <w:rPr>
          <w:sz w:val="22"/>
        </w:rPr>
        <w:t>моите</w:t>
      </w:r>
      <w:proofErr w:type="spellEnd"/>
      <w:r w:rsidRPr="00C4545C">
        <w:rPr>
          <w:sz w:val="22"/>
        </w:rPr>
        <w:t xml:space="preserve"> </w:t>
      </w:r>
      <w:proofErr w:type="spellStart"/>
      <w:r w:rsidRPr="00C4545C">
        <w:rPr>
          <w:sz w:val="22"/>
        </w:rPr>
        <w:t>колеги</w:t>
      </w:r>
      <w:proofErr w:type="spellEnd"/>
      <w:r w:rsidRPr="00C4545C">
        <w:rPr>
          <w:sz w:val="22"/>
        </w:rPr>
        <w:t xml:space="preserve"> </w:t>
      </w:r>
      <w:proofErr w:type="spellStart"/>
      <w:r w:rsidRPr="00C4545C">
        <w:rPr>
          <w:sz w:val="22"/>
        </w:rPr>
        <w:t>што</w:t>
      </w:r>
      <w:proofErr w:type="spellEnd"/>
      <w:r w:rsidRPr="00C4545C">
        <w:rPr>
          <w:sz w:val="22"/>
        </w:rPr>
        <w:t xml:space="preserve"> </w:t>
      </w:r>
      <w:r w:rsidR="00FF5B5D">
        <w:rPr>
          <w:sz w:val="22"/>
          <w:lang w:val="mk-MK"/>
        </w:rPr>
        <w:t>работеа на</w:t>
      </w:r>
      <w:r w:rsidRPr="00C4545C">
        <w:rPr>
          <w:sz w:val="22"/>
        </w:rPr>
        <w:t xml:space="preserve"> </w:t>
      </w:r>
      <w:proofErr w:type="spellStart"/>
      <w:r w:rsidRPr="00C4545C">
        <w:rPr>
          <w:sz w:val="22"/>
        </w:rPr>
        <w:t>подготв</w:t>
      </w:r>
      <w:proofErr w:type="spellEnd"/>
      <w:r w:rsidR="00FF5B5D">
        <w:rPr>
          <w:sz w:val="22"/>
          <w:lang w:val="mk-MK"/>
        </w:rPr>
        <w:t>ка на</w:t>
      </w:r>
      <w:r w:rsidRPr="00C4545C">
        <w:rPr>
          <w:sz w:val="22"/>
        </w:rPr>
        <w:t xml:space="preserve"> </w:t>
      </w:r>
      <w:proofErr w:type="spellStart"/>
      <w:r w:rsidRPr="00C4545C">
        <w:rPr>
          <w:sz w:val="22"/>
        </w:rPr>
        <w:t>конференцијата</w:t>
      </w:r>
      <w:proofErr w:type="spellEnd"/>
      <w:r w:rsidRPr="00C4545C">
        <w:rPr>
          <w:sz w:val="22"/>
        </w:rPr>
        <w:t>.</w:t>
      </w:r>
    </w:p>
    <w:p w14:paraId="66245F5C" w14:textId="25CD9C38" w:rsidR="00030694" w:rsidRPr="00C4545C" w:rsidRDefault="00030694" w:rsidP="00CD502C">
      <w:pPr>
        <w:jc w:val="both"/>
        <w:rPr>
          <w:sz w:val="22"/>
          <w:lang w:val="mk-MK"/>
        </w:rPr>
      </w:pPr>
      <w:proofErr w:type="spellStart"/>
      <w:r w:rsidRPr="00C4545C">
        <w:rPr>
          <w:sz w:val="22"/>
        </w:rPr>
        <w:t>На</w:t>
      </w:r>
      <w:proofErr w:type="spellEnd"/>
      <w:r w:rsidRPr="00C4545C">
        <w:rPr>
          <w:sz w:val="22"/>
        </w:rPr>
        <w:t xml:space="preserve"> </w:t>
      </w:r>
      <w:proofErr w:type="spellStart"/>
      <w:r w:rsidRPr="00C4545C">
        <w:rPr>
          <w:sz w:val="22"/>
        </w:rPr>
        <w:t>крај</w:t>
      </w:r>
      <w:proofErr w:type="spellEnd"/>
      <w:r w:rsidRPr="00C4545C">
        <w:rPr>
          <w:sz w:val="22"/>
        </w:rPr>
        <w:t xml:space="preserve">, </w:t>
      </w:r>
      <w:proofErr w:type="spellStart"/>
      <w:r w:rsidRPr="00C4545C">
        <w:rPr>
          <w:sz w:val="22"/>
        </w:rPr>
        <w:t>би</w:t>
      </w:r>
      <w:proofErr w:type="spellEnd"/>
      <w:r w:rsidRPr="00C4545C">
        <w:rPr>
          <w:sz w:val="22"/>
        </w:rPr>
        <w:t xml:space="preserve"> </w:t>
      </w:r>
      <w:proofErr w:type="spellStart"/>
      <w:r w:rsidRPr="00C4545C">
        <w:rPr>
          <w:sz w:val="22"/>
        </w:rPr>
        <w:t>сакал</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им</w:t>
      </w:r>
      <w:proofErr w:type="spellEnd"/>
      <w:r w:rsidRPr="00C4545C">
        <w:rPr>
          <w:sz w:val="22"/>
        </w:rPr>
        <w:t xml:space="preserve"> </w:t>
      </w:r>
      <w:proofErr w:type="spellStart"/>
      <w:r w:rsidRPr="00C4545C">
        <w:rPr>
          <w:sz w:val="22"/>
        </w:rPr>
        <w:t>се</w:t>
      </w:r>
      <w:proofErr w:type="spellEnd"/>
      <w:r w:rsidRPr="00C4545C">
        <w:rPr>
          <w:sz w:val="22"/>
        </w:rPr>
        <w:t xml:space="preserve"> </w:t>
      </w:r>
      <w:proofErr w:type="spellStart"/>
      <w:r w:rsidRPr="00C4545C">
        <w:rPr>
          <w:sz w:val="22"/>
        </w:rPr>
        <w:t>заблагодарам</w:t>
      </w:r>
      <w:proofErr w:type="spellEnd"/>
      <w:r w:rsidRPr="00C4545C">
        <w:rPr>
          <w:sz w:val="22"/>
        </w:rPr>
        <w:t xml:space="preserve"> </w:t>
      </w:r>
      <w:r w:rsidR="00D2387B" w:rsidRPr="00C4545C">
        <w:rPr>
          <w:sz w:val="22"/>
          <w:lang w:val="mk-MK"/>
        </w:rPr>
        <w:t xml:space="preserve">и </w:t>
      </w:r>
      <w:proofErr w:type="spellStart"/>
      <w:r w:rsidRPr="00C4545C">
        <w:rPr>
          <w:sz w:val="22"/>
        </w:rPr>
        <w:t>на</w:t>
      </w:r>
      <w:proofErr w:type="spellEnd"/>
      <w:r w:rsidRPr="00C4545C">
        <w:rPr>
          <w:sz w:val="22"/>
        </w:rPr>
        <w:t xml:space="preserve"> </w:t>
      </w:r>
      <w:proofErr w:type="spellStart"/>
      <w:r w:rsidRPr="00C4545C">
        <w:rPr>
          <w:sz w:val="22"/>
        </w:rPr>
        <w:t>оние</w:t>
      </w:r>
      <w:proofErr w:type="spellEnd"/>
      <w:r w:rsidRPr="00C4545C">
        <w:rPr>
          <w:sz w:val="22"/>
        </w:rPr>
        <w:t xml:space="preserve"> </w:t>
      </w:r>
      <w:proofErr w:type="spellStart"/>
      <w:r w:rsidRPr="00C4545C">
        <w:rPr>
          <w:sz w:val="22"/>
        </w:rPr>
        <w:t>што</w:t>
      </w:r>
      <w:proofErr w:type="spellEnd"/>
      <w:r w:rsidRPr="00C4545C">
        <w:rPr>
          <w:sz w:val="22"/>
        </w:rPr>
        <w:t xml:space="preserve"> </w:t>
      </w:r>
      <w:r w:rsidRPr="00C4545C">
        <w:rPr>
          <w:sz w:val="22"/>
          <w:lang w:val="mk-MK"/>
        </w:rPr>
        <w:t xml:space="preserve">најконкретно </w:t>
      </w:r>
      <w:r w:rsidR="00FF5B5D">
        <w:rPr>
          <w:sz w:val="22"/>
          <w:lang w:val="mk-MK"/>
        </w:rPr>
        <w:t xml:space="preserve">го </w:t>
      </w:r>
      <w:proofErr w:type="spellStart"/>
      <w:r w:rsidRPr="00C4545C">
        <w:rPr>
          <w:sz w:val="22"/>
        </w:rPr>
        <w:t>поддржаа</w:t>
      </w:r>
      <w:proofErr w:type="spellEnd"/>
      <w:r w:rsidRPr="00C4545C">
        <w:rPr>
          <w:sz w:val="22"/>
        </w:rPr>
        <w:t xml:space="preserve"> </w:t>
      </w:r>
      <w:r w:rsidR="00FF5B5D">
        <w:rPr>
          <w:sz w:val="22"/>
          <w:lang w:val="mk-MK"/>
        </w:rPr>
        <w:t>овој настан</w:t>
      </w:r>
      <w:r w:rsidRPr="00C4545C">
        <w:rPr>
          <w:sz w:val="22"/>
        </w:rPr>
        <w:t xml:space="preserve">. </w:t>
      </w:r>
      <w:proofErr w:type="spellStart"/>
      <w:r w:rsidRPr="00C4545C">
        <w:rPr>
          <w:sz w:val="22"/>
        </w:rPr>
        <w:t>Посебна</w:t>
      </w:r>
      <w:proofErr w:type="spellEnd"/>
      <w:r w:rsidRPr="00C4545C">
        <w:rPr>
          <w:sz w:val="22"/>
        </w:rPr>
        <w:t xml:space="preserve"> </w:t>
      </w:r>
      <w:proofErr w:type="spellStart"/>
      <w:r w:rsidRPr="00C4545C">
        <w:rPr>
          <w:sz w:val="22"/>
        </w:rPr>
        <w:t>благодарност</w:t>
      </w:r>
      <w:proofErr w:type="spellEnd"/>
      <w:r w:rsidRPr="00C4545C">
        <w:rPr>
          <w:sz w:val="22"/>
        </w:rPr>
        <w:t xml:space="preserve"> </w:t>
      </w:r>
      <w:proofErr w:type="spellStart"/>
      <w:r w:rsidRPr="00C4545C">
        <w:rPr>
          <w:sz w:val="22"/>
        </w:rPr>
        <w:t>до</w:t>
      </w:r>
      <w:proofErr w:type="spellEnd"/>
      <w:r w:rsidRPr="00C4545C">
        <w:rPr>
          <w:sz w:val="22"/>
        </w:rPr>
        <w:t xml:space="preserve"> </w:t>
      </w:r>
      <w:proofErr w:type="spellStart"/>
      <w:r w:rsidRPr="00C4545C">
        <w:rPr>
          <w:sz w:val="22"/>
        </w:rPr>
        <w:t>нашиот</w:t>
      </w:r>
      <w:proofErr w:type="spellEnd"/>
      <w:r w:rsidRPr="00C4545C">
        <w:rPr>
          <w:sz w:val="22"/>
        </w:rPr>
        <w:t xml:space="preserve"> </w:t>
      </w:r>
      <w:proofErr w:type="spellStart"/>
      <w:r w:rsidRPr="00C4545C">
        <w:rPr>
          <w:sz w:val="22"/>
        </w:rPr>
        <w:t>златен</w:t>
      </w:r>
      <w:proofErr w:type="spellEnd"/>
      <w:r w:rsidRPr="00C4545C">
        <w:rPr>
          <w:sz w:val="22"/>
        </w:rPr>
        <w:t xml:space="preserve"> </w:t>
      </w:r>
      <w:proofErr w:type="spellStart"/>
      <w:r w:rsidRPr="00C4545C">
        <w:rPr>
          <w:sz w:val="22"/>
        </w:rPr>
        <w:t>спонзор</w:t>
      </w:r>
      <w:proofErr w:type="spellEnd"/>
      <w:r w:rsidRPr="00C4545C">
        <w:rPr>
          <w:sz w:val="22"/>
        </w:rPr>
        <w:t xml:space="preserve">, </w:t>
      </w:r>
      <w:proofErr w:type="spellStart"/>
      <w:r w:rsidRPr="00C4545C">
        <w:rPr>
          <w:sz w:val="22"/>
        </w:rPr>
        <w:t>Халкбанк</w:t>
      </w:r>
      <w:proofErr w:type="spellEnd"/>
      <w:r w:rsidRPr="00C4545C">
        <w:rPr>
          <w:sz w:val="22"/>
        </w:rPr>
        <w:t xml:space="preserve">, </w:t>
      </w:r>
      <w:proofErr w:type="spellStart"/>
      <w:r w:rsidRPr="00C4545C">
        <w:rPr>
          <w:sz w:val="22"/>
        </w:rPr>
        <w:t>како</w:t>
      </w:r>
      <w:proofErr w:type="spellEnd"/>
      <w:r w:rsidRPr="00C4545C">
        <w:rPr>
          <w:sz w:val="22"/>
        </w:rPr>
        <w:t xml:space="preserve"> и </w:t>
      </w:r>
      <w:proofErr w:type="spellStart"/>
      <w:r w:rsidRPr="00C4545C">
        <w:rPr>
          <w:sz w:val="22"/>
        </w:rPr>
        <w:t>до</w:t>
      </w:r>
      <w:proofErr w:type="spellEnd"/>
      <w:r w:rsidRPr="00C4545C">
        <w:rPr>
          <w:sz w:val="22"/>
        </w:rPr>
        <w:t xml:space="preserve"> </w:t>
      </w:r>
      <w:proofErr w:type="spellStart"/>
      <w:r w:rsidRPr="00C4545C">
        <w:rPr>
          <w:sz w:val="22"/>
        </w:rPr>
        <w:t>спонзорите</w:t>
      </w:r>
      <w:proofErr w:type="spellEnd"/>
      <w:r w:rsidRPr="00C4545C">
        <w:rPr>
          <w:sz w:val="22"/>
        </w:rPr>
        <w:t xml:space="preserve">: </w:t>
      </w:r>
      <w:proofErr w:type="spellStart"/>
      <w:r w:rsidRPr="00C4545C">
        <w:rPr>
          <w:sz w:val="22"/>
        </w:rPr>
        <w:t>Централниот</w:t>
      </w:r>
      <w:proofErr w:type="spellEnd"/>
      <w:r w:rsidRPr="00C4545C">
        <w:rPr>
          <w:sz w:val="22"/>
        </w:rPr>
        <w:t xml:space="preserve"> </w:t>
      </w:r>
      <w:proofErr w:type="spellStart"/>
      <w:r w:rsidRPr="00C4545C">
        <w:rPr>
          <w:sz w:val="22"/>
        </w:rPr>
        <w:t>депозитар</w:t>
      </w:r>
      <w:proofErr w:type="spellEnd"/>
      <w:r w:rsidRPr="00C4545C">
        <w:rPr>
          <w:sz w:val="22"/>
        </w:rPr>
        <w:t xml:space="preserve">, НЛБ </w:t>
      </w:r>
      <w:r w:rsidR="00D2387B" w:rsidRPr="00C4545C">
        <w:rPr>
          <w:sz w:val="22"/>
          <w:lang w:val="mk-MK"/>
        </w:rPr>
        <w:t>и</w:t>
      </w:r>
      <w:r w:rsidRPr="00C4545C">
        <w:rPr>
          <w:sz w:val="22"/>
        </w:rPr>
        <w:t xml:space="preserve"> </w:t>
      </w:r>
      <w:proofErr w:type="spellStart"/>
      <w:r w:rsidRPr="00C4545C">
        <w:rPr>
          <w:sz w:val="22"/>
        </w:rPr>
        <w:t>Комерцијална</w:t>
      </w:r>
      <w:proofErr w:type="spellEnd"/>
      <w:r w:rsidRPr="00C4545C">
        <w:rPr>
          <w:sz w:val="22"/>
        </w:rPr>
        <w:t xml:space="preserve"> </w:t>
      </w:r>
      <w:proofErr w:type="spellStart"/>
      <w:r w:rsidRPr="00C4545C">
        <w:rPr>
          <w:sz w:val="22"/>
        </w:rPr>
        <w:t>банка</w:t>
      </w:r>
      <w:proofErr w:type="spellEnd"/>
      <w:r w:rsidRPr="00C4545C">
        <w:rPr>
          <w:sz w:val="22"/>
        </w:rPr>
        <w:t xml:space="preserve">, </w:t>
      </w:r>
      <w:proofErr w:type="spellStart"/>
      <w:r w:rsidRPr="00C4545C">
        <w:rPr>
          <w:sz w:val="22"/>
        </w:rPr>
        <w:t>Макстил</w:t>
      </w:r>
      <w:proofErr w:type="spellEnd"/>
      <w:r w:rsidRPr="00C4545C">
        <w:rPr>
          <w:sz w:val="22"/>
        </w:rPr>
        <w:t xml:space="preserve">, </w:t>
      </w:r>
      <w:proofErr w:type="spellStart"/>
      <w:r w:rsidRPr="00C4545C">
        <w:rPr>
          <w:sz w:val="22"/>
        </w:rPr>
        <w:t>Сава</w:t>
      </w:r>
      <w:proofErr w:type="spellEnd"/>
      <w:r w:rsidRPr="00C4545C">
        <w:rPr>
          <w:sz w:val="22"/>
        </w:rPr>
        <w:t xml:space="preserve"> </w:t>
      </w:r>
      <w:proofErr w:type="spellStart"/>
      <w:r w:rsidRPr="00C4545C">
        <w:rPr>
          <w:sz w:val="22"/>
        </w:rPr>
        <w:t>пензиско</w:t>
      </w:r>
      <w:proofErr w:type="spellEnd"/>
      <w:r w:rsidR="00D2387B" w:rsidRPr="00C4545C">
        <w:rPr>
          <w:sz w:val="22"/>
          <w:lang w:val="mk-MK"/>
        </w:rPr>
        <w:t xml:space="preserve"> друштво</w:t>
      </w:r>
      <w:r w:rsidRPr="00C4545C">
        <w:rPr>
          <w:sz w:val="22"/>
        </w:rPr>
        <w:t xml:space="preserve"> и Danske Commodities. </w:t>
      </w:r>
      <w:proofErr w:type="spellStart"/>
      <w:r w:rsidRPr="00C4545C">
        <w:rPr>
          <w:sz w:val="22"/>
        </w:rPr>
        <w:t>Благодарност</w:t>
      </w:r>
      <w:proofErr w:type="spellEnd"/>
      <w:r w:rsidRPr="00C4545C">
        <w:rPr>
          <w:sz w:val="22"/>
        </w:rPr>
        <w:t xml:space="preserve"> и </w:t>
      </w:r>
      <w:proofErr w:type="spellStart"/>
      <w:r w:rsidRPr="00C4545C">
        <w:rPr>
          <w:sz w:val="22"/>
        </w:rPr>
        <w:t>до</w:t>
      </w:r>
      <w:proofErr w:type="spellEnd"/>
      <w:r w:rsidRPr="00C4545C">
        <w:rPr>
          <w:sz w:val="22"/>
        </w:rPr>
        <w:t xml:space="preserve"> </w:t>
      </w:r>
      <w:proofErr w:type="spellStart"/>
      <w:r w:rsidRPr="00C4545C">
        <w:rPr>
          <w:sz w:val="22"/>
        </w:rPr>
        <w:t>медиумските</w:t>
      </w:r>
      <w:proofErr w:type="spellEnd"/>
      <w:r w:rsidRPr="00C4545C">
        <w:rPr>
          <w:sz w:val="22"/>
        </w:rPr>
        <w:t xml:space="preserve"> </w:t>
      </w:r>
      <w:proofErr w:type="spellStart"/>
      <w:r w:rsidRPr="00C4545C">
        <w:rPr>
          <w:sz w:val="22"/>
        </w:rPr>
        <w:t>покровители</w:t>
      </w:r>
      <w:proofErr w:type="spellEnd"/>
      <w:r w:rsidRPr="00C4545C">
        <w:rPr>
          <w:sz w:val="22"/>
        </w:rPr>
        <w:t xml:space="preserve"> </w:t>
      </w:r>
      <w:proofErr w:type="spellStart"/>
      <w:r w:rsidRPr="00C4545C">
        <w:rPr>
          <w:sz w:val="22"/>
        </w:rPr>
        <w:t>Телма</w:t>
      </w:r>
      <w:proofErr w:type="spellEnd"/>
      <w:r w:rsidRPr="00C4545C">
        <w:rPr>
          <w:sz w:val="22"/>
        </w:rPr>
        <w:t xml:space="preserve">, </w:t>
      </w:r>
      <w:proofErr w:type="spellStart"/>
      <w:r w:rsidRPr="00C4545C">
        <w:rPr>
          <w:sz w:val="22"/>
        </w:rPr>
        <w:t>Капитал</w:t>
      </w:r>
      <w:proofErr w:type="spellEnd"/>
      <w:r w:rsidRPr="00C4545C">
        <w:rPr>
          <w:sz w:val="22"/>
        </w:rPr>
        <w:t xml:space="preserve">, </w:t>
      </w:r>
      <w:proofErr w:type="spellStart"/>
      <w:r w:rsidRPr="00C4545C">
        <w:rPr>
          <w:sz w:val="22"/>
        </w:rPr>
        <w:t>Пари</w:t>
      </w:r>
      <w:proofErr w:type="spellEnd"/>
      <w:r w:rsidRPr="00C4545C">
        <w:rPr>
          <w:sz w:val="22"/>
        </w:rPr>
        <w:t xml:space="preserve"> и </w:t>
      </w:r>
      <w:proofErr w:type="spellStart"/>
      <w:r w:rsidRPr="00C4545C">
        <w:rPr>
          <w:sz w:val="22"/>
        </w:rPr>
        <w:t>Банкарство</w:t>
      </w:r>
      <w:proofErr w:type="spellEnd"/>
      <w:r w:rsidRPr="00C4545C">
        <w:rPr>
          <w:sz w:val="22"/>
        </w:rPr>
        <w:t xml:space="preserve">, </w:t>
      </w:r>
      <w:proofErr w:type="spellStart"/>
      <w:r w:rsidRPr="00C4545C">
        <w:rPr>
          <w:sz w:val="22"/>
        </w:rPr>
        <w:t>како</w:t>
      </w:r>
      <w:proofErr w:type="spellEnd"/>
      <w:r w:rsidRPr="00C4545C">
        <w:rPr>
          <w:sz w:val="22"/>
        </w:rPr>
        <w:t xml:space="preserve"> и </w:t>
      </w:r>
      <w:proofErr w:type="spellStart"/>
      <w:r w:rsidRPr="00C4545C">
        <w:rPr>
          <w:sz w:val="22"/>
        </w:rPr>
        <w:t>до</w:t>
      </w:r>
      <w:proofErr w:type="spellEnd"/>
      <w:r w:rsidRPr="00C4545C">
        <w:rPr>
          <w:sz w:val="22"/>
        </w:rPr>
        <w:t xml:space="preserve"> </w:t>
      </w:r>
      <w:proofErr w:type="spellStart"/>
      <w:r w:rsidRPr="00C4545C">
        <w:rPr>
          <w:sz w:val="22"/>
        </w:rPr>
        <w:t>нашите</w:t>
      </w:r>
      <w:proofErr w:type="spellEnd"/>
      <w:r w:rsidRPr="00C4545C">
        <w:rPr>
          <w:sz w:val="22"/>
        </w:rPr>
        <w:t xml:space="preserve"> </w:t>
      </w:r>
      <w:proofErr w:type="spellStart"/>
      <w:r w:rsidRPr="00C4545C">
        <w:rPr>
          <w:sz w:val="22"/>
        </w:rPr>
        <w:t>поддржувачи</w:t>
      </w:r>
      <w:proofErr w:type="spellEnd"/>
      <w:r w:rsidRPr="00C4545C">
        <w:rPr>
          <w:sz w:val="22"/>
        </w:rPr>
        <w:t xml:space="preserve"> </w:t>
      </w:r>
      <w:proofErr w:type="spellStart"/>
      <w:r w:rsidRPr="00C4545C">
        <w:rPr>
          <w:sz w:val="22"/>
        </w:rPr>
        <w:t>Иуте</w:t>
      </w:r>
      <w:proofErr w:type="spellEnd"/>
      <w:r w:rsidRPr="00C4545C">
        <w:rPr>
          <w:sz w:val="22"/>
        </w:rPr>
        <w:t xml:space="preserve"> </w:t>
      </w:r>
      <w:proofErr w:type="spellStart"/>
      <w:r w:rsidRPr="00C4545C">
        <w:rPr>
          <w:sz w:val="22"/>
        </w:rPr>
        <w:t>Македонија</w:t>
      </w:r>
      <w:proofErr w:type="spellEnd"/>
      <w:r w:rsidRPr="00C4545C">
        <w:rPr>
          <w:sz w:val="22"/>
        </w:rPr>
        <w:t xml:space="preserve">, </w:t>
      </w:r>
      <w:proofErr w:type="spellStart"/>
      <w:r w:rsidRPr="00C4545C">
        <w:rPr>
          <w:sz w:val="22"/>
        </w:rPr>
        <w:t>Тиквеш</w:t>
      </w:r>
      <w:proofErr w:type="spellEnd"/>
      <w:r w:rsidRPr="00C4545C">
        <w:rPr>
          <w:sz w:val="22"/>
        </w:rPr>
        <w:t xml:space="preserve"> и </w:t>
      </w:r>
      <w:proofErr w:type="spellStart"/>
      <w:r w:rsidRPr="00C4545C">
        <w:rPr>
          <w:sz w:val="22"/>
        </w:rPr>
        <w:t>Бучен</w:t>
      </w:r>
      <w:proofErr w:type="spellEnd"/>
      <w:r w:rsidRPr="00C4545C">
        <w:rPr>
          <w:sz w:val="22"/>
        </w:rPr>
        <w:t xml:space="preserve"> </w:t>
      </w:r>
      <w:proofErr w:type="spellStart"/>
      <w:r w:rsidRPr="00C4545C">
        <w:rPr>
          <w:sz w:val="22"/>
        </w:rPr>
        <w:t>Козјак</w:t>
      </w:r>
      <w:proofErr w:type="spellEnd"/>
      <w:r w:rsidRPr="00C4545C">
        <w:rPr>
          <w:sz w:val="22"/>
        </w:rPr>
        <w:t xml:space="preserve">. </w:t>
      </w:r>
      <w:proofErr w:type="spellStart"/>
      <w:r w:rsidRPr="00C4545C">
        <w:rPr>
          <w:sz w:val="22"/>
        </w:rPr>
        <w:t>Вашата</w:t>
      </w:r>
      <w:proofErr w:type="spellEnd"/>
      <w:r w:rsidRPr="00C4545C">
        <w:rPr>
          <w:sz w:val="22"/>
        </w:rPr>
        <w:t xml:space="preserve"> </w:t>
      </w:r>
      <w:proofErr w:type="spellStart"/>
      <w:r w:rsidRPr="00C4545C">
        <w:rPr>
          <w:sz w:val="22"/>
        </w:rPr>
        <w:t>поддршка</w:t>
      </w:r>
      <w:proofErr w:type="spellEnd"/>
      <w:r w:rsidRPr="00C4545C">
        <w:rPr>
          <w:sz w:val="22"/>
        </w:rPr>
        <w:t xml:space="preserve"> </w:t>
      </w:r>
      <w:proofErr w:type="spellStart"/>
      <w:r w:rsidRPr="00C4545C">
        <w:rPr>
          <w:sz w:val="22"/>
        </w:rPr>
        <w:t>ни</w:t>
      </w:r>
      <w:proofErr w:type="spellEnd"/>
      <w:r w:rsidRPr="00C4545C">
        <w:rPr>
          <w:sz w:val="22"/>
        </w:rPr>
        <w:t xml:space="preserve"> </w:t>
      </w:r>
      <w:proofErr w:type="spellStart"/>
      <w:r w:rsidRPr="00C4545C">
        <w:rPr>
          <w:sz w:val="22"/>
        </w:rPr>
        <w:t>овозможува</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собереме</w:t>
      </w:r>
      <w:proofErr w:type="spellEnd"/>
      <w:r w:rsidRPr="00C4545C">
        <w:rPr>
          <w:sz w:val="22"/>
        </w:rPr>
        <w:t xml:space="preserve"> </w:t>
      </w:r>
      <w:proofErr w:type="spellStart"/>
      <w:r w:rsidRPr="00C4545C">
        <w:rPr>
          <w:sz w:val="22"/>
        </w:rPr>
        <w:t>квалитетни</w:t>
      </w:r>
      <w:proofErr w:type="spellEnd"/>
      <w:r w:rsidRPr="00C4545C">
        <w:rPr>
          <w:sz w:val="22"/>
        </w:rPr>
        <w:t xml:space="preserve"> </w:t>
      </w:r>
      <w:proofErr w:type="spellStart"/>
      <w:r w:rsidRPr="00C4545C">
        <w:rPr>
          <w:sz w:val="22"/>
        </w:rPr>
        <w:t>соговорници</w:t>
      </w:r>
      <w:proofErr w:type="spellEnd"/>
      <w:r w:rsidRPr="00C4545C">
        <w:rPr>
          <w:sz w:val="22"/>
        </w:rPr>
        <w:t xml:space="preserve"> и </w:t>
      </w:r>
      <w:proofErr w:type="spellStart"/>
      <w:r w:rsidRPr="00C4545C">
        <w:rPr>
          <w:sz w:val="22"/>
        </w:rPr>
        <w:t>да</w:t>
      </w:r>
      <w:proofErr w:type="spellEnd"/>
      <w:r w:rsidRPr="00C4545C">
        <w:rPr>
          <w:sz w:val="22"/>
        </w:rPr>
        <w:t xml:space="preserve"> </w:t>
      </w:r>
      <w:proofErr w:type="spellStart"/>
      <w:r w:rsidRPr="00C4545C">
        <w:rPr>
          <w:sz w:val="22"/>
        </w:rPr>
        <w:t>создадеме</w:t>
      </w:r>
      <w:proofErr w:type="spellEnd"/>
      <w:r w:rsidRPr="00C4545C">
        <w:rPr>
          <w:sz w:val="22"/>
        </w:rPr>
        <w:t xml:space="preserve"> </w:t>
      </w:r>
      <w:proofErr w:type="spellStart"/>
      <w:r w:rsidRPr="00C4545C">
        <w:rPr>
          <w:sz w:val="22"/>
        </w:rPr>
        <w:t>простор</w:t>
      </w:r>
      <w:proofErr w:type="spellEnd"/>
      <w:r w:rsidRPr="00C4545C">
        <w:rPr>
          <w:sz w:val="22"/>
        </w:rPr>
        <w:t xml:space="preserve"> </w:t>
      </w:r>
      <w:proofErr w:type="spellStart"/>
      <w:r w:rsidRPr="00C4545C">
        <w:rPr>
          <w:sz w:val="22"/>
        </w:rPr>
        <w:t>за</w:t>
      </w:r>
      <w:proofErr w:type="spellEnd"/>
      <w:r w:rsidRPr="00C4545C">
        <w:rPr>
          <w:sz w:val="22"/>
        </w:rPr>
        <w:t xml:space="preserve"> </w:t>
      </w:r>
      <w:proofErr w:type="spellStart"/>
      <w:r w:rsidRPr="00C4545C">
        <w:rPr>
          <w:sz w:val="22"/>
        </w:rPr>
        <w:t>разговори</w:t>
      </w:r>
      <w:proofErr w:type="spellEnd"/>
      <w:r w:rsidRPr="00C4545C">
        <w:rPr>
          <w:sz w:val="22"/>
        </w:rPr>
        <w:t xml:space="preserve"> </w:t>
      </w:r>
      <w:proofErr w:type="spellStart"/>
      <w:r w:rsidRPr="00C4545C">
        <w:rPr>
          <w:sz w:val="22"/>
        </w:rPr>
        <w:t>од</w:t>
      </w:r>
      <w:proofErr w:type="spellEnd"/>
      <w:r w:rsidRPr="00C4545C">
        <w:rPr>
          <w:sz w:val="22"/>
        </w:rPr>
        <w:t xml:space="preserve"> </w:t>
      </w:r>
      <w:proofErr w:type="spellStart"/>
      <w:r w:rsidRPr="00C4545C">
        <w:rPr>
          <w:sz w:val="22"/>
        </w:rPr>
        <w:t>кои</w:t>
      </w:r>
      <w:proofErr w:type="spellEnd"/>
      <w:r w:rsidRPr="00C4545C">
        <w:rPr>
          <w:sz w:val="22"/>
        </w:rPr>
        <w:t xml:space="preserve"> </w:t>
      </w:r>
      <w:proofErr w:type="spellStart"/>
      <w:r w:rsidRPr="00C4545C">
        <w:rPr>
          <w:sz w:val="22"/>
        </w:rPr>
        <w:t>можат</w:t>
      </w:r>
      <w:proofErr w:type="spellEnd"/>
      <w:r w:rsidRPr="00C4545C">
        <w:rPr>
          <w:sz w:val="22"/>
        </w:rPr>
        <w:t xml:space="preserve"> </w:t>
      </w:r>
      <w:proofErr w:type="spellStart"/>
      <w:r w:rsidRPr="00C4545C">
        <w:rPr>
          <w:sz w:val="22"/>
        </w:rPr>
        <w:t>да</w:t>
      </w:r>
      <w:proofErr w:type="spellEnd"/>
      <w:r w:rsidRPr="00C4545C">
        <w:rPr>
          <w:sz w:val="22"/>
        </w:rPr>
        <w:t xml:space="preserve"> </w:t>
      </w:r>
      <w:proofErr w:type="spellStart"/>
      <w:r w:rsidRPr="00C4545C">
        <w:rPr>
          <w:sz w:val="22"/>
        </w:rPr>
        <w:t>произлезат</w:t>
      </w:r>
      <w:proofErr w:type="spellEnd"/>
      <w:r w:rsidRPr="00C4545C">
        <w:rPr>
          <w:sz w:val="22"/>
        </w:rPr>
        <w:t xml:space="preserve"> </w:t>
      </w:r>
      <w:proofErr w:type="spellStart"/>
      <w:r w:rsidRPr="00C4545C">
        <w:rPr>
          <w:sz w:val="22"/>
        </w:rPr>
        <w:t>нови</w:t>
      </w:r>
      <w:proofErr w:type="spellEnd"/>
      <w:r w:rsidRPr="00C4545C">
        <w:rPr>
          <w:sz w:val="22"/>
        </w:rPr>
        <w:t xml:space="preserve"> </w:t>
      </w:r>
      <w:proofErr w:type="spellStart"/>
      <w:r w:rsidRPr="00C4545C">
        <w:rPr>
          <w:sz w:val="22"/>
        </w:rPr>
        <w:t>соработки</w:t>
      </w:r>
      <w:proofErr w:type="spellEnd"/>
      <w:r w:rsidRPr="00C4545C">
        <w:rPr>
          <w:sz w:val="22"/>
        </w:rPr>
        <w:t xml:space="preserve"> и </w:t>
      </w:r>
      <w:proofErr w:type="spellStart"/>
      <w:r w:rsidRPr="00C4545C">
        <w:rPr>
          <w:sz w:val="22"/>
        </w:rPr>
        <w:t>деловни</w:t>
      </w:r>
      <w:proofErr w:type="spellEnd"/>
      <w:r w:rsidRPr="00C4545C">
        <w:rPr>
          <w:sz w:val="22"/>
        </w:rPr>
        <w:t xml:space="preserve"> </w:t>
      </w:r>
      <w:r w:rsidR="00D2387B" w:rsidRPr="00C4545C">
        <w:rPr>
          <w:sz w:val="22"/>
          <w:lang w:val="mk-MK"/>
        </w:rPr>
        <w:t>успеси</w:t>
      </w:r>
      <w:r w:rsidRPr="00C4545C">
        <w:rPr>
          <w:sz w:val="22"/>
        </w:rPr>
        <w:t xml:space="preserve">. </w:t>
      </w:r>
    </w:p>
    <w:p w14:paraId="34BBD06D" w14:textId="662ABC18" w:rsidR="00D2387B" w:rsidRPr="00C4545C" w:rsidRDefault="00000000" w:rsidP="00CD502C">
      <w:pPr>
        <w:jc w:val="both"/>
        <w:rPr>
          <w:sz w:val="22"/>
          <w:lang w:val="mk-MK"/>
        </w:rPr>
      </w:pPr>
      <w:proofErr w:type="spellStart"/>
      <w:r w:rsidRPr="00C4545C">
        <w:rPr>
          <w:sz w:val="22"/>
        </w:rPr>
        <w:t>Ви</w:t>
      </w:r>
      <w:proofErr w:type="spellEnd"/>
      <w:r w:rsidRPr="00C4545C">
        <w:rPr>
          <w:sz w:val="22"/>
        </w:rPr>
        <w:t xml:space="preserve"> </w:t>
      </w:r>
      <w:proofErr w:type="spellStart"/>
      <w:r w:rsidRPr="00C4545C">
        <w:rPr>
          <w:sz w:val="22"/>
        </w:rPr>
        <w:t>посакувам</w:t>
      </w:r>
      <w:proofErr w:type="spellEnd"/>
      <w:r w:rsidRPr="00C4545C">
        <w:rPr>
          <w:sz w:val="22"/>
        </w:rPr>
        <w:t xml:space="preserve"> </w:t>
      </w:r>
      <w:proofErr w:type="spellStart"/>
      <w:r w:rsidRPr="00C4545C">
        <w:rPr>
          <w:sz w:val="22"/>
        </w:rPr>
        <w:t>корисни</w:t>
      </w:r>
      <w:proofErr w:type="spellEnd"/>
      <w:r w:rsidRPr="00C4545C">
        <w:rPr>
          <w:sz w:val="22"/>
        </w:rPr>
        <w:t xml:space="preserve"> </w:t>
      </w:r>
      <w:r w:rsidR="00D2387B" w:rsidRPr="00C4545C">
        <w:rPr>
          <w:sz w:val="22"/>
          <w:lang w:val="mk-MK"/>
        </w:rPr>
        <w:t>пре</w:t>
      </w:r>
      <w:r w:rsidR="00FB7BE2">
        <w:rPr>
          <w:sz w:val="22"/>
          <w:lang w:val="mk-MK"/>
        </w:rPr>
        <w:t>з</w:t>
      </w:r>
      <w:r w:rsidR="00D2387B" w:rsidRPr="00C4545C">
        <w:rPr>
          <w:sz w:val="22"/>
          <w:lang w:val="mk-MK"/>
        </w:rPr>
        <w:t xml:space="preserve">ентации и </w:t>
      </w:r>
      <w:proofErr w:type="spellStart"/>
      <w:r w:rsidRPr="00C4545C">
        <w:rPr>
          <w:sz w:val="22"/>
        </w:rPr>
        <w:t>разговори</w:t>
      </w:r>
      <w:proofErr w:type="spellEnd"/>
      <w:r w:rsidRPr="00C4545C">
        <w:rPr>
          <w:sz w:val="22"/>
        </w:rPr>
        <w:t xml:space="preserve"> и </w:t>
      </w:r>
      <w:proofErr w:type="spellStart"/>
      <w:r w:rsidRPr="00C4545C">
        <w:rPr>
          <w:sz w:val="22"/>
        </w:rPr>
        <w:t>убав</w:t>
      </w:r>
      <w:proofErr w:type="spellEnd"/>
      <w:r w:rsidRPr="00C4545C">
        <w:rPr>
          <w:sz w:val="22"/>
        </w:rPr>
        <w:t xml:space="preserve"> </w:t>
      </w:r>
      <w:proofErr w:type="spellStart"/>
      <w:r w:rsidRPr="00C4545C">
        <w:rPr>
          <w:sz w:val="22"/>
        </w:rPr>
        <w:t>престој</w:t>
      </w:r>
      <w:proofErr w:type="spellEnd"/>
      <w:r w:rsidRPr="00C4545C">
        <w:rPr>
          <w:sz w:val="22"/>
        </w:rPr>
        <w:t xml:space="preserve"> </w:t>
      </w:r>
      <w:proofErr w:type="spellStart"/>
      <w:r w:rsidRPr="00C4545C">
        <w:rPr>
          <w:sz w:val="22"/>
        </w:rPr>
        <w:t>во</w:t>
      </w:r>
      <w:proofErr w:type="spellEnd"/>
      <w:r w:rsidRPr="00C4545C">
        <w:rPr>
          <w:sz w:val="22"/>
        </w:rPr>
        <w:t xml:space="preserve"> </w:t>
      </w:r>
      <w:proofErr w:type="spellStart"/>
      <w:r w:rsidRPr="00C4545C">
        <w:rPr>
          <w:sz w:val="22"/>
        </w:rPr>
        <w:t>Охрид</w:t>
      </w:r>
      <w:proofErr w:type="spellEnd"/>
      <w:r w:rsidR="00D2387B" w:rsidRPr="00C4545C">
        <w:rPr>
          <w:sz w:val="22"/>
          <w:lang w:val="mk-MK"/>
        </w:rPr>
        <w:t>!</w:t>
      </w:r>
      <w:r w:rsidRPr="00C4545C">
        <w:rPr>
          <w:sz w:val="22"/>
        </w:rPr>
        <w:t xml:space="preserve"> </w:t>
      </w:r>
    </w:p>
    <w:p w14:paraId="76CD0184" w14:textId="56129E9F" w:rsidR="00AC07EC" w:rsidRPr="00C4545C" w:rsidRDefault="00000000" w:rsidP="00CD502C">
      <w:pPr>
        <w:jc w:val="both"/>
        <w:rPr>
          <w:sz w:val="22"/>
        </w:rPr>
      </w:pPr>
      <w:proofErr w:type="spellStart"/>
      <w:r w:rsidRPr="00C4545C">
        <w:rPr>
          <w:sz w:val="22"/>
        </w:rPr>
        <w:t>Ви</w:t>
      </w:r>
      <w:proofErr w:type="spellEnd"/>
      <w:r w:rsidRPr="00C4545C">
        <w:rPr>
          <w:sz w:val="22"/>
        </w:rPr>
        <w:t xml:space="preserve"> </w:t>
      </w:r>
      <w:proofErr w:type="spellStart"/>
      <w:r w:rsidRPr="00C4545C">
        <w:rPr>
          <w:sz w:val="22"/>
        </w:rPr>
        <w:t>благодарам</w:t>
      </w:r>
      <w:proofErr w:type="spellEnd"/>
      <w:r w:rsidRPr="00C4545C">
        <w:rPr>
          <w:sz w:val="22"/>
        </w:rPr>
        <w:t xml:space="preserve"> </w:t>
      </w:r>
      <w:proofErr w:type="spellStart"/>
      <w:r w:rsidRPr="00C4545C">
        <w:rPr>
          <w:sz w:val="22"/>
        </w:rPr>
        <w:t>на</w:t>
      </w:r>
      <w:proofErr w:type="spellEnd"/>
      <w:r w:rsidRPr="00C4545C">
        <w:rPr>
          <w:sz w:val="22"/>
        </w:rPr>
        <w:t xml:space="preserve"> </w:t>
      </w:r>
      <w:proofErr w:type="spellStart"/>
      <w:r w:rsidRPr="00C4545C">
        <w:rPr>
          <w:sz w:val="22"/>
        </w:rPr>
        <w:t>вниманието</w:t>
      </w:r>
      <w:proofErr w:type="spellEnd"/>
      <w:r w:rsidR="001A54B7">
        <w:rPr>
          <w:sz w:val="22"/>
        </w:rPr>
        <w:t>!</w:t>
      </w:r>
    </w:p>
    <w:p w14:paraId="31C0132D" w14:textId="29D3656C" w:rsidR="00AC07EC" w:rsidRPr="00C4545C" w:rsidRDefault="00AC07EC" w:rsidP="00CD502C">
      <w:pPr>
        <w:jc w:val="both"/>
        <w:rPr>
          <w:sz w:val="22"/>
          <w:lang w:val="mk-MK"/>
        </w:rPr>
      </w:pPr>
    </w:p>
    <w:sectPr w:rsidR="00AC07EC" w:rsidRPr="00C4545C" w:rsidSect="00034616">
      <w:footerReference w:type="default" r:id="rId8"/>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BC35E" w14:textId="77777777" w:rsidR="00694526" w:rsidRDefault="00694526">
      <w:pPr>
        <w:spacing w:after="0" w:line="240" w:lineRule="auto"/>
      </w:pPr>
      <w:r>
        <w:separator/>
      </w:r>
    </w:p>
  </w:endnote>
  <w:endnote w:type="continuationSeparator" w:id="0">
    <w:p w14:paraId="4C03E8C0" w14:textId="77777777" w:rsidR="00694526" w:rsidRDefault="00694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D5197" w14:textId="77777777" w:rsidR="00AC07EC" w:rsidRDefault="00000000">
    <w:pPr>
      <w:pStyle w:val="Footer"/>
      <w:jc w:val="right"/>
    </w:pPr>
    <w:r>
      <w:fldChar w:fldCharType="begin"/>
    </w:r>
    <w:r>
      <w:instrText>PAGE</w:instrText>
    </w:r>
    <w:r>
      <w:fldChar w:fldCharType="separate"/>
    </w:r>
    <w:r w:rsidR="009D364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7C12DA" w14:textId="77777777" w:rsidR="00694526" w:rsidRDefault="00694526">
      <w:pPr>
        <w:spacing w:after="0" w:line="240" w:lineRule="auto"/>
      </w:pPr>
      <w:r>
        <w:separator/>
      </w:r>
    </w:p>
  </w:footnote>
  <w:footnote w:type="continuationSeparator" w:id="0">
    <w:p w14:paraId="7CBF63D5" w14:textId="77777777" w:rsidR="00694526" w:rsidRDefault="006945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7533011">
    <w:abstractNumId w:val="8"/>
  </w:num>
  <w:num w:numId="2" w16cid:durableId="1408531192">
    <w:abstractNumId w:val="6"/>
  </w:num>
  <w:num w:numId="3" w16cid:durableId="1662855108">
    <w:abstractNumId w:val="5"/>
  </w:num>
  <w:num w:numId="4" w16cid:durableId="2033410639">
    <w:abstractNumId w:val="4"/>
  </w:num>
  <w:num w:numId="5" w16cid:durableId="2070104141">
    <w:abstractNumId w:val="7"/>
  </w:num>
  <w:num w:numId="6" w16cid:durableId="1611744596">
    <w:abstractNumId w:val="3"/>
  </w:num>
  <w:num w:numId="7" w16cid:durableId="299506676">
    <w:abstractNumId w:val="2"/>
  </w:num>
  <w:num w:numId="8" w16cid:durableId="930628143">
    <w:abstractNumId w:val="1"/>
  </w:num>
  <w:num w:numId="9" w16cid:durableId="1170943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694"/>
    <w:rsid w:val="00034616"/>
    <w:rsid w:val="0006063C"/>
    <w:rsid w:val="000C45B3"/>
    <w:rsid w:val="0015074B"/>
    <w:rsid w:val="00166D81"/>
    <w:rsid w:val="001A54B7"/>
    <w:rsid w:val="00284E45"/>
    <w:rsid w:val="0029149C"/>
    <w:rsid w:val="0029639D"/>
    <w:rsid w:val="00326F90"/>
    <w:rsid w:val="00366682"/>
    <w:rsid w:val="00385B75"/>
    <w:rsid w:val="003F69DD"/>
    <w:rsid w:val="004076EA"/>
    <w:rsid w:val="004F27DA"/>
    <w:rsid w:val="00521F24"/>
    <w:rsid w:val="00563153"/>
    <w:rsid w:val="0063270A"/>
    <w:rsid w:val="00694526"/>
    <w:rsid w:val="006E4FBD"/>
    <w:rsid w:val="00752617"/>
    <w:rsid w:val="00771100"/>
    <w:rsid w:val="007A2B14"/>
    <w:rsid w:val="008267A4"/>
    <w:rsid w:val="00831918"/>
    <w:rsid w:val="008B2146"/>
    <w:rsid w:val="008E6C4D"/>
    <w:rsid w:val="00900794"/>
    <w:rsid w:val="00943544"/>
    <w:rsid w:val="009D364C"/>
    <w:rsid w:val="009F24FC"/>
    <w:rsid w:val="00AA1D8D"/>
    <w:rsid w:val="00AC0090"/>
    <w:rsid w:val="00AC07EC"/>
    <w:rsid w:val="00B47730"/>
    <w:rsid w:val="00BE49FD"/>
    <w:rsid w:val="00C1762D"/>
    <w:rsid w:val="00C20CFA"/>
    <w:rsid w:val="00C4545C"/>
    <w:rsid w:val="00C64DE5"/>
    <w:rsid w:val="00C90BDE"/>
    <w:rsid w:val="00C90DBC"/>
    <w:rsid w:val="00CA1F23"/>
    <w:rsid w:val="00CB0664"/>
    <w:rsid w:val="00CB6E36"/>
    <w:rsid w:val="00CD502C"/>
    <w:rsid w:val="00D2387B"/>
    <w:rsid w:val="00D25EED"/>
    <w:rsid w:val="00D90DA8"/>
    <w:rsid w:val="00D941A3"/>
    <w:rsid w:val="00DB7BB7"/>
    <w:rsid w:val="00DE4A2F"/>
    <w:rsid w:val="00E11CA9"/>
    <w:rsid w:val="00E919BC"/>
    <w:rsid w:val="00F335E7"/>
    <w:rsid w:val="00F33748"/>
    <w:rsid w:val="00F37D7A"/>
    <w:rsid w:val="00F54B42"/>
    <w:rsid w:val="00F95514"/>
    <w:rsid w:val="00FB7BE2"/>
    <w:rsid w:val="00FC693F"/>
    <w:rsid w:val="00FC7465"/>
    <w:rsid w:val="00FF5B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B5CA14"/>
  <w14:defaultImageDpi w14:val="300"/>
  <w15:docId w15:val="{997FD246-0652-4927-8E3E-D3AC2CE4D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keepLines/>
      <w:spacing w:after="160" w:line="271" w:lineRule="auto"/>
    </w:pPr>
    <w:rPr>
      <w:rFonts w:ascii="Arial" w:hAnsi="Arial"/>
      <w:color w:val="000000"/>
      <w:sz w:val="24"/>
    </w:rPr>
  </w:style>
  <w:style w:type="paragraph" w:styleId="Heading1">
    <w:name w:val="heading 1"/>
    <w:basedOn w:val="Normal"/>
    <w:next w:val="Normal"/>
    <w:link w:val="Heading1Char"/>
    <w:uiPriority w:val="9"/>
    <w:qFormat/>
    <w:rsid w:val="00FC693F"/>
    <w:pPr>
      <w:keepNext/>
      <w:spacing w:before="480" w:after="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Pages>
  <Words>2106</Words>
  <Characters>12005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Воведен говор на 25 годишна конференција на Македонската берза</vt:lpstr>
    </vt:vector>
  </TitlesOfParts>
  <Manager/>
  <Company/>
  <LinksUpToDate>false</LinksUpToDate>
  <CharactersWithSpaces>14083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Воведен говор на 25 годишна конференција на Македонската берза</dc:title>
  <dc:subject>Прва верзија за обраќање од 10 до 15 минути</dc:subject>
  <dc:creator>Иван Штериев</dc:creator>
  <cp:keywords/>
  <dc:description>generated by python-docx</dc:description>
  <cp:lastModifiedBy>Ivan Shteriev</cp:lastModifiedBy>
  <cp:revision>5</cp:revision>
  <dcterms:created xsi:type="dcterms:W3CDTF">2026-09-18T09:19:00Z</dcterms:created>
  <dcterms:modified xsi:type="dcterms:W3CDTF">2026-09-20T07:16:00Z</dcterms:modified>
  <cp:category/>
</cp:coreProperties>
</file>